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5E3B" w14:textId="77777777" w:rsidR="009A1DC4" w:rsidRPr="00D1013A" w:rsidRDefault="00000000">
      <w:pPr>
        <w:jc w:val="center"/>
        <w:rPr>
          <w:lang w:val="pt-PT"/>
        </w:rPr>
      </w:pPr>
      <w:r w:rsidRPr="00D1013A">
        <w:rPr>
          <w:b/>
          <w:sz w:val="32"/>
          <w:lang w:val="pt-PT"/>
        </w:rPr>
        <w:t>STAT DE FUNCȚII</w:t>
      </w:r>
    </w:p>
    <w:p w14:paraId="3218B82E" w14:textId="621E56A0" w:rsidR="009A1DC4" w:rsidRPr="00D1013A" w:rsidRDefault="00000000">
      <w:pPr>
        <w:spacing w:after="80"/>
        <w:jc w:val="center"/>
        <w:rPr>
          <w:lang w:val="pt-PT"/>
        </w:rPr>
      </w:pPr>
      <w:r w:rsidRPr="00D1013A">
        <w:rPr>
          <w:b/>
          <w:sz w:val="28"/>
          <w:lang w:val="pt-PT"/>
        </w:rPr>
        <w:t>SERVICIUL PUBLIC DE UTILITĂȚI</w:t>
      </w:r>
      <w:r w:rsidR="00017F3C">
        <w:rPr>
          <w:b/>
          <w:sz w:val="28"/>
          <w:lang w:val="pt-PT"/>
        </w:rPr>
        <w:t xml:space="preserve"> BUHUȘI</w:t>
      </w:r>
    </w:p>
    <w:p w14:paraId="795E7FC5" w14:textId="56DEF9BE" w:rsidR="009A1DC4" w:rsidRPr="00017F3C" w:rsidRDefault="00000000">
      <w:pPr>
        <w:spacing w:after="320"/>
        <w:jc w:val="center"/>
        <w:rPr>
          <w:lang w:val="pt-PT"/>
        </w:rPr>
      </w:pPr>
      <w:r w:rsidRPr="00017F3C">
        <w:rPr>
          <w:i/>
          <w:lang w:val="pt-PT"/>
        </w:rPr>
        <w:t xml:space="preserve">U.A.T. </w:t>
      </w:r>
      <w:r w:rsidR="00017F3C">
        <w:rPr>
          <w:i/>
          <w:lang w:val="pt-PT"/>
        </w:rPr>
        <w:t xml:space="preserve">ORAȘUL BUHUȘI, </w:t>
      </w:r>
      <w:r w:rsidRPr="00017F3C">
        <w:rPr>
          <w:i/>
          <w:lang w:val="pt-PT"/>
        </w:rPr>
        <w:t xml:space="preserve"> JUDEȚUL </w:t>
      </w:r>
      <w:r w:rsidR="00017F3C">
        <w:rPr>
          <w:i/>
          <w:lang w:val="pt-PT"/>
        </w:rPr>
        <w:t>BACĂU</w:t>
      </w:r>
    </w:p>
    <w:p w14:paraId="39589836" w14:textId="1F3CE7E0" w:rsidR="009A1DC4" w:rsidRPr="00017F3C" w:rsidRDefault="00000000">
      <w:pPr>
        <w:spacing w:after="120"/>
        <w:jc w:val="both"/>
        <w:rPr>
          <w:lang w:val="pt-PT"/>
        </w:rPr>
      </w:pPr>
      <w:r w:rsidRPr="00017F3C">
        <w:rPr>
          <w:i/>
          <w:sz w:val="21"/>
          <w:lang w:val="pt-PT"/>
        </w:rPr>
        <w:t xml:space="preserve">Prezentul stat de funcții este corelat cu organigrama serviciului, aprobată separat, și reflectă structura pe compartimente </w:t>
      </w:r>
      <w:r w:rsidR="00017F3C" w:rsidRPr="00017F3C">
        <w:rPr>
          <w:i/>
          <w:sz w:val="21"/>
          <w:lang w:val="pt-PT"/>
        </w:rPr>
        <w:t xml:space="preserve"> conform n</w:t>
      </w:r>
      <w:r w:rsidR="00017F3C">
        <w:rPr>
          <w:i/>
          <w:sz w:val="21"/>
          <w:lang w:val="pt-PT"/>
        </w:rPr>
        <w:t>ecesarului de personal pentru activitățile componente ale serviciului.</w:t>
      </w:r>
    </w:p>
    <w:p w14:paraId="16D41BF9" w14:textId="77777777" w:rsidR="009A1DC4" w:rsidRDefault="00000000">
      <w:pPr>
        <w:spacing w:before="280" w:after="120"/>
      </w:pPr>
      <w:r>
        <w:rPr>
          <w:b/>
          <w:sz w:val="28"/>
        </w:rPr>
        <w:t>Structura posturilor pe compartimente</w:t>
      </w: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696"/>
        <w:gridCol w:w="3062"/>
        <w:gridCol w:w="2268"/>
        <w:gridCol w:w="2842"/>
        <w:gridCol w:w="986"/>
      </w:tblGrid>
      <w:tr w:rsidR="009A1DC4" w14:paraId="036C08E0" w14:textId="77777777" w:rsidTr="00D1013A">
        <w:trPr>
          <w:jc w:val="center"/>
        </w:trPr>
        <w:tc>
          <w:tcPr>
            <w:tcW w:w="696" w:type="dxa"/>
          </w:tcPr>
          <w:p w14:paraId="6241D674" w14:textId="77777777" w:rsidR="009A1DC4" w:rsidRDefault="00000000">
            <w:r>
              <w:rPr>
                <w:b/>
                <w:sz w:val="20"/>
              </w:rPr>
              <w:t>Nr.</w:t>
            </w:r>
            <w:r>
              <w:rPr>
                <w:b/>
                <w:sz w:val="20"/>
              </w:rPr>
              <w:br/>
              <w:t>crt.</w:t>
            </w:r>
          </w:p>
        </w:tc>
        <w:tc>
          <w:tcPr>
            <w:tcW w:w="3062" w:type="dxa"/>
          </w:tcPr>
          <w:p w14:paraId="12CD066C" w14:textId="77777777" w:rsidR="009A1DC4" w:rsidRDefault="00000000">
            <w:r>
              <w:rPr>
                <w:b/>
                <w:sz w:val="20"/>
              </w:rPr>
              <w:t>Compartiment / Structură</w:t>
            </w:r>
          </w:p>
        </w:tc>
        <w:tc>
          <w:tcPr>
            <w:tcW w:w="2268" w:type="dxa"/>
          </w:tcPr>
          <w:p w14:paraId="5E7C0E63" w14:textId="77777777" w:rsidR="009A1DC4" w:rsidRDefault="00000000">
            <w:r>
              <w:rPr>
                <w:b/>
                <w:sz w:val="20"/>
              </w:rPr>
              <w:t>Funcția</w:t>
            </w:r>
          </w:p>
        </w:tc>
        <w:tc>
          <w:tcPr>
            <w:tcW w:w="2842" w:type="dxa"/>
          </w:tcPr>
          <w:p w14:paraId="5840CBCC" w14:textId="77777777" w:rsidR="009A1DC4" w:rsidRDefault="00000000">
            <w:r>
              <w:rPr>
                <w:b/>
                <w:sz w:val="20"/>
              </w:rPr>
              <w:t>Nivel studii / calificare</w:t>
            </w:r>
          </w:p>
        </w:tc>
        <w:tc>
          <w:tcPr>
            <w:tcW w:w="986" w:type="dxa"/>
          </w:tcPr>
          <w:p w14:paraId="48D73729" w14:textId="77777777" w:rsidR="009A1DC4" w:rsidRDefault="00000000">
            <w:r>
              <w:rPr>
                <w:b/>
                <w:sz w:val="20"/>
              </w:rPr>
              <w:t>Nr.</w:t>
            </w:r>
            <w:r>
              <w:rPr>
                <w:b/>
                <w:sz w:val="20"/>
              </w:rPr>
              <w:br/>
              <w:t>posturi</w:t>
            </w:r>
          </w:p>
        </w:tc>
      </w:tr>
      <w:tr w:rsidR="009A1DC4" w14:paraId="6952E1CE" w14:textId="77777777" w:rsidTr="00D1013A">
        <w:trPr>
          <w:jc w:val="center"/>
        </w:trPr>
        <w:tc>
          <w:tcPr>
            <w:tcW w:w="696" w:type="dxa"/>
          </w:tcPr>
          <w:p w14:paraId="629D18D8" w14:textId="77777777" w:rsidR="009A1DC4" w:rsidRDefault="00000000">
            <w:r>
              <w:rPr>
                <w:sz w:val="20"/>
              </w:rPr>
              <w:t>1.</w:t>
            </w:r>
          </w:p>
        </w:tc>
        <w:tc>
          <w:tcPr>
            <w:tcW w:w="3062" w:type="dxa"/>
          </w:tcPr>
          <w:p w14:paraId="3FCEFB66" w14:textId="77777777" w:rsidR="009A1DC4" w:rsidRDefault="00000000">
            <w:r>
              <w:rPr>
                <w:sz w:val="20"/>
              </w:rPr>
              <w:t>Conducere</w:t>
            </w:r>
          </w:p>
        </w:tc>
        <w:tc>
          <w:tcPr>
            <w:tcW w:w="2268" w:type="dxa"/>
          </w:tcPr>
          <w:p w14:paraId="028F453C" w14:textId="77777777" w:rsidR="009A1DC4" w:rsidRDefault="00000000">
            <w:r>
              <w:rPr>
                <w:sz w:val="20"/>
              </w:rPr>
              <w:t>Șef serviciu</w:t>
            </w:r>
          </w:p>
        </w:tc>
        <w:tc>
          <w:tcPr>
            <w:tcW w:w="2842" w:type="dxa"/>
          </w:tcPr>
          <w:p w14:paraId="4D5FC5B8" w14:textId="77777777" w:rsidR="009A1DC4" w:rsidRDefault="00000000">
            <w:r>
              <w:rPr>
                <w:sz w:val="20"/>
              </w:rPr>
              <w:t>Studii superioare</w:t>
            </w:r>
          </w:p>
        </w:tc>
        <w:tc>
          <w:tcPr>
            <w:tcW w:w="986" w:type="dxa"/>
          </w:tcPr>
          <w:p w14:paraId="6E310327" w14:textId="77777777" w:rsidR="009A1DC4" w:rsidRDefault="00000000">
            <w:r>
              <w:rPr>
                <w:sz w:val="20"/>
              </w:rPr>
              <w:t>1</w:t>
            </w:r>
          </w:p>
        </w:tc>
      </w:tr>
      <w:tr w:rsidR="009A1DC4" w14:paraId="72E54260" w14:textId="77777777" w:rsidTr="00D1013A">
        <w:trPr>
          <w:jc w:val="center"/>
        </w:trPr>
        <w:tc>
          <w:tcPr>
            <w:tcW w:w="696" w:type="dxa"/>
          </w:tcPr>
          <w:p w14:paraId="2BAD98BE" w14:textId="77777777" w:rsidR="009A1DC4" w:rsidRDefault="00000000">
            <w:r>
              <w:rPr>
                <w:sz w:val="20"/>
              </w:rPr>
              <w:t>2.</w:t>
            </w:r>
          </w:p>
        </w:tc>
        <w:tc>
          <w:tcPr>
            <w:tcW w:w="3062" w:type="dxa"/>
          </w:tcPr>
          <w:p w14:paraId="3DC982FF" w14:textId="77777777" w:rsidR="009A1DC4" w:rsidRDefault="00000000">
            <w:r>
              <w:rPr>
                <w:sz w:val="20"/>
              </w:rPr>
              <w:t>Compartiment financiar-contabil și raportări</w:t>
            </w:r>
          </w:p>
        </w:tc>
        <w:tc>
          <w:tcPr>
            <w:tcW w:w="2268" w:type="dxa"/>
          </w:tcPr>
          <w:p w14:paraId="76B33F88" w14:textId="77777777" w:rsidR="009A1DC4" w:rsidRDefault="00000000">
            <w:r>
              <w:rPr>
                <w:sz w:val="20"/>
              </w:rPr>
              <w:t>Contabil</w:t>
            </w:r>
          </w:p>
        </w:tc>
        <w:tc>
          <w:tcPr>
            <w:tcW w:w="2842" w:type="dxa"/>
          </w:tcPr>
          <w:p w14:paraId="55994EDF" w14:textId="77777777" w:rsidR="009A1DC4" w:rsidRPr="00D1013A" w:rsidRDefault="00000000">
            <w:pPr>
              <w:rPr>
                <w:lang w:val="it-CH"/>
              </w:rPr>
            </w:pPr>
            <w:r w:rsidRPr="00D1013A">
              <w:rPr>
                <w:sz w:val="20"/>
                <w:lang w:val="it-CH"/>
              </w:rPr>
              <w:t>Studii superioare/medii de specialitate</w:t>
            </w:r>
          </w:p>
        </w:tc>
        <w:tc>
          <w:tcPr>
            <w:tcW w:w="986" w:type="dxa"/>
          </w:tcPr>
          <w:p w14:paraId="7573B4A0" w14:textId="77777777" w:rsidR="009A1DC4" w:rsidRDefault="00000000">
            <w:r>
              <w:rPr>
                <w:sz w:val="20"/>
              </w:rPr>
              <w:t>1</w:t>
            </w:r>
          </w:p>
        </w:tc>
      </w:tr>
      <w:tr w:rsidR="009A1DC4" w14:paraId="74B2E204" w14:textId="77777777" w:rsidTr="00D1013A">
        <w:trPr>
          <w:jc w:val="center"/>
        </w:trPr>
        <w:tc>
          <w:tcPr>
            <w:tcW w:w="696" w:type="dxa"/>
          </w:tcPr>
          <w:p w14:paraId="60305E93" w14:textId="77777777" w:rsidR="009A1DC4" w:rsidRDefault="00000000">
            <w:r>
              <w:rPr>
                <w:sz w:val="20"/>
              </w:rPr>
              <w:t>3.</w:t>
            </w:r>
          </w:p>
        </w:tc>
        <w:tc>
          <w:tcPr>
            <w:tcW w:w="3062" w:type="dxa"/>
          </w:tcPr>
          <w:p w14:paraId="467C6579" w14:textId="77777777" w:rsidR="00D1013A" w:rsidRPr="00D1013A" w:rsidRDefault="00000000" w:rsidP="00D1013A">
            <w:pPr>
              <w:spacing w:before="8" w:after="8"/>
              <w:jc w:val="both"/>
              <w:rPr>
                <w:sz w:val="20"/>
                <w:szCs w:val="20"/>
              </w:rPr>
            </w:pPr>
            <w:r w:rsidRPr="00D1013A">
              <w:rPr>
                <w:sz w:val="20"/>
                <w:szCs w:val="20"/>
              </w:rPr>
              <w:t xml:space="preserve">Compartiment </w:t>
            </w:r>
            <w:r w:rsidR="00D1013A" w:rsidRPr="00D1013A">
              <w:rPr>
                <w:sz w:val="20"/>
                <w:szCs w:val="20"/>
              </w:rPr>
              <w:t>deszăpezire și</w:t>
            </w:r>
          </w:p>
          <w:p w14:paraId="2D4DBEDB" w14:textId="77777777" w:rsidR="00D1013A" w:rsidRPr="00D1013A" w:rsidRDefault="00D1013A" w:rsidP="00D1013A">
            <w:pPr>
              <w:spacing w:before="8" w:after="8"/>
              <w:jc w:val="both"/>
              <w:rPr>
                <w:sz w:val="20"/>
                <w:szCs w:val="20"/>
              </w:rPr>
            </w:pPr>
            <w:r w:rsidRPr="00D1013A">
              <w:rPr>
                <w:sz w:val="20"/>
                <w:szCs w:val="20"/>
              </w:rPr>
              <w:t>combaterea poleiului</w:t>
            </w:r>
          </w:p>
          <w:p w14:paraId="3AA9176D" w14:textId="1A9FA09E" w:rsidR="009A1DC4" w:rsidRDefault="009A1DC4"/>
        </w:tc>
        <w:tc>
          <w:tcPr>
            <w:tcW w:w="2268" w:type="dxa"/>
          </w:tcPr>
          <w:p w14:paraId="03F48B44" w14:textId="77777777" w:rsidR="009A1DC4" w:rsidRDefault="00000000">
            <w:r>
              <w:rPr>
                <w:sz w:val="20"/>
              </w:rPr>
              <w:t>Șofer</w:t>
            </w:r>
          </w:p>
        </w:tc>
        <w:tc>
          <w:tcPr>
            <w:tcW w:w="2842" w:type="dxa"/>
          </w:tcPr>
          <w:p w14:paraId="578F5AF0" w14:textId="77777777" w:rsidR="009A1DC4" w:rsidRPr="00D1013A" w:rsidRDefault="00000000">
            <w:pPr>
              <w:rPr>
                <w:lang w:val="it-CH"/>
              </w:rPr>
            </w:pPr>
            <w:r w:rsidRPr="00D1013A">
              <w:rPr>
                <w:sz w:val="20"/>
                <w:lang w:val="it-CH"/>
              </w:rPr>
              <w:t>Studii medii, permis categorie corespunzătoare</w:t>
            </w:r>
          </w:p>
        </w:tc>
        <w:tc>
          <w:tcPr>
            <w:tcW w:w="986" w:type="dxa"/>
          </w:tcPr>
          <w:p w14:paraId="31A07B9C" w14:textId="77777777" w:rsidR="009A1DC4" w:rsidRDefault="00000000">
            <w:r>
              <w:rPr>
                <w:sz w:val="20"/>
              </w:rPr>
              <w:t>1</w:t>
            </w:r>
          </w:p>
        </w:tc>
      </w:tr>
      <w:tr w:rsidR="009A1DC4" w14:paraId="1D3BE555" w14:textId="77777777" w:rsidTr="00D1013A">
        <w:trPr>
          <w:jc w:val="center"/>
        </w:trPr>
        <w:tc>
          <w:tcPr>
            <w:tcW w:w="696" w:type="dxa"/>
          </w:tcPr>
          <w:p w14:paraId="0D95A533" w14:textId="77777777" w:rsidR="009A1DC4" w:rsidRDefault="00000000">
            <w:r>
              <w:rPr>
                <w:sz w:val="20"/>
              </w:rPr>
              <w:t>4.</w:t>
            </w:r>
          </w:p>
        </w:tc>
        <w:tc>
          <w:tcPr>
            <w:tcW w:w="3062" w:type="dxa"/>
          </w:tcPr>
          <w:p w14:paraId="2FD6D2DA" w14:textId="77777777" w:rsidR="00D1013A" w:rsidRPr="00D1013A" w:rsidRDefault="00000000" w:rsidP="00D1013A">
            <w:pPr>
              <w:spacing w:before="8" w:after="8"/>
              <w:jc w:val="both"/>
              <w:rPr>
                <w:sz w:val="20"/>
                <w:szCs w:val="20"/>
              </w:rPr>
            </w:pPr>
            <w:r w:rsidRPr="00D1013A">
              <w:rPr>
                <w:sz w:val="20"/>
                <w:lang w:val="it-CH"/>
              </w:rPr>
              <w:t xml:space="preserve">Compartiment </w:t>
            </w:r>
            <w:r w:rsidR="00D1013A" w:rsidRPr="00D1013A">
              <w:rPr>
                <w:sz w:val="20"/>
                <w:szCs w:val="20"/>
              </w:rPr>
              <w:t>deszăpezire și</w:t>
            </w:r>
          </w:p>
          <w:p w14:paraId="5F63BA5A" w14:textId="77777777" w:rsidR="00D1013A" w:rsidRPr="00D1013A" w:rsidRDefault="00D1013A" w:rsidP="00D1013A">
            <w:pPr>
              <w:spacing w:before="8" w:after="8"/>
              <w:jc w:val="both"/>
              <w:rPr>
                <w:sz w:val="20"/>
                <w:szCs w:val="20"/>
              </w:rPr>
            </w:pPr>
            <w:r w:rsidRPr="00D1013A">
              <w:rPr>
                <w:sz w:val="20"/>
                <w:szCs w:val="20"/>
              </w:rPr>
              <w:t>combaterea poleiului</w:t>
            </w:r>
          </w:p>
          <w:p w14:paraId="40EF3ED0" w14:textId="0FF101A3" w:rsidR="009A1DC4" w:rsidRPr="00D1013A" w:rsidRDefault="009A1DC4">
            <w:pPr>
              <w:rPr>
                <w:lang w:val="it-CH"/>
              </w:rPr>
            </w:pPr>
          </w:p>
        </w:tc>
        <w:tc>
          <w:tcPr>
            <w:tcW w:w="2268" w:type="dxa"/>
          </w:tcPr>
          <w:p w14:paraId="35498EA0" w14:textId="69C97ED3" w:rsidR="009A1DC4" w:rsidRDefault="00000000">
            <w:r>
              <w:rPr>
                <w:sz w:val="20"/>
              </w:rPr>
              <w:t>Muncitor necalificat</w:t>
            </w:r>
            <w:r w:rsidR="00D1013A">
              <w:rPr>
                <w:sz w:val="20"/>
              </w:rPr>
              <w:t>.calificat</w:t>
            </w:r>
          </w:p>
        </w:tc>
        <w:tc>
          <w:tcPr>
            <w:tcW w:w="2842" w:type="dxa"/>
          </w:tcPr>
          <w:p w14:paraId="61F15A87" w14:textId="77777777" w:rsidR="009A1DC4" w:rsidRDefault="00000000">
            <w:r>
              <w:rPr>
                <w:sz w:val="20"/>
              </w:rPr>
              <w:t>—</w:t>
            </w:r>
          </w:p>
        </w:tc>
        <w:tc>
          <w:tcPr>
            <w:tcW w:w="986" w:type="dxa"/>
          </w:tcPr>
          <w:p w14:paraId="032AD50C" w14:textId="6A8DADD4" w:rsidR="009A1DC4" w:rsidRDefault="00D1013A">
            <w:r>
              <w:t>1</w:t>
            </w:r>
          </w:p>
        </w:tc>
      </w:tr>
      <w:tr w:rsidR="009A1DC4" w14:paraId="50472CC4" w14:textId="77777777" w:rsidTr="00D1013A">
        <w:trPr>
          <w:jc w:val="center"/>
        </w:trPr>
        <w:tc>
          <w:tcPr>
            <w:tcW w:w="696" w:type="dxa"/>
          </w:tcPr>
          <w:p w14:paraId="1DD9BBA9" w14:textId="77777777" w:rsidR="009A1DC4" w:rsidRDefault="00000000">
            <w:r>
              <w:rPr>
                <w:sz w:val="20"/>
              </w:rPr>
              <w:t>5.</w:t>
            </w:r>
          </w:p>
        </w:tc>
        <w:tc>
          <w:tcPr>
            <w:tcW w:w="3062" w:type="dxa"/>
          </w:tcPr>
          <w:p w14:paraId="4500FB57" w14:textId="77777777" w:rsidR="009A1DC4" w:rsidRDefault="00000000">
            <w:r>
              <w:rPr>
                <w:sz w:val="20"/>
              </w:rPr>
              <w:t>Compartiment colectare și transport deșeuri municipale</w:t>
            </w:r>
          </w:p>
        </w:tc>
        <w:tc>
          <w:tcPr>
            <w:tcW w:w="2268" w:type="dxa"/>
          </w:tcPr>
          <w:p w14:paraId="51B7143E" w14:textId="77777777" w:rsidR="009A1DC4" w:rsidRDefault="00000000">
            <w:r>
              <w:rPr>
                <w:sz w:val="20"/>
              </w:rPr>
              <w:t>Șofer</w:t>
            </w:r>
          </w:p>
        </w:tc>
        <w:tc>
          <w:tcPr>
            <w:tcW w:w="2842" w:type="dxa"/>
          </w:tcPr>
          <w:p w14:paraId="77906DFB" w14:textId="77777777" w:rsidR="009A1DC4" w:rsidRPr="00D1013A" w:rsidRDefault="00000000">
            <w:pPr>
              <w:rPr>
                <w:lang w:val="it-CH"/>
              </w:rPr>
            </w:pPr>
            <w:r w:rsidRPr="00D1013A">
              <w:rPr>
                <w:sz w:val="20"/>
                <w:lang w:val="it-CH"/>
              </w:rPr>
              <w:t>Studii medii, permis categorie corespunzătoare</w:t>
            </w:r>
          </w:p>
        </w:tc>
        <w:tc>
          <w:tcPr>
            <w:tcW w:w="986" w:type="dxa"/>
          </w:tcPr>
          <w:p w14:paraId="7AD81FC1" w14:textId="7A8372E7" w:rsidR="009A1DC4" w:rsidRDefault="00D1013A">
            <w:r>
              <w:t>3</w:t>
            </w:r>
          </w:p>
        </w:tc>
      </w:tr>
      <w:tr w:rsidR="009A1DC4" w14:paraId="69F234CF" w14:textId="77777777" w:rsidTr="00D1013A">
        <w:trPr>
          <w:jc w:val="center"/>
        </w:trPr>
        <w:tc>
          <w:tcPr>
            <w:tcW w:w="696" w:type="dxa"/>
          </w:tcPr>
          <w:p w14:paraId="558D4C92" w14:textId="77777777" w:rsidR="009A1DC4" w:rsidRDefault="00000000">
            <w:r>
              <w:rPr>
                <w:sz w:val="20"/>
              </w:rPr>
              <w:t>6.</w:t>
            </w:r>
          </w:p>
        </w:tc>
        <w:tc>
          <w:tcPr>
            <w:tcW w:w="3062" w:type="dxa"/>
          </w:tcPr>
          <w:p w14:paraId="28BF5010" w14:textId="77777777" w:rsidR="009A1DC4" w:rsidRDefault="00000000">
            <w:r>
              <w:rPr>
                <w:sz w:val="20"/>
              </w:rPr>
              <w:t>Compartiment colectare și transport deșeuri municipale</w:t>
            </w:r>
          </w:p>
        </w:tc>
        <w:tc>
          <w:tcPr>
            <w:tcW w:w="2268" w:type="dxa"/>
          </w:tcPr>
          <w:p w14:paraId="4E6F332E" w14:textId="77777777" w:rsidR="009A1DC4" w:rsidRDefault="00000000">
            <w:r>
              <w:rPr>
                <w:sz w:val="20"/>
              </w:rPr>
              <w:t>Muncitor necalificat</w:t>
            </w:r>
          </w:p>
        </w:tc>
        <w:tc>
          <w:tcPr>
            <w:tcW w:w="2842" w:type="dxa"/>
          </w:tcPr>
          <w:p w14:paraId="1B0B3C7C" w14:textId="77777777" w:rsidR="009A1DC4" w:rsidRDefault="00000000">
            <w:r>
              <w:rPr>
                <w:sz w:val="20"/>
              </w:rPr>
              <w:t>—</w:t>
            </w:r>
          </w:p>
        </w:tc>
        <w:tc>
          <w:tcPr>
            <w:tcW w:w="986" w:type="dxa"/>
          </w:tcPr>
          <w:p w14:paraId="191C338C" w14:textId="53D205CE" w:rsidR="009A1DC4" w:rsidRDefault="00D1013A">
            <w:r>
              <w:t>6</w:t>
            </w:r>
          </w:p>
        </w:tc>
      </w:tr>
      <w:tr w:rsidR="00D1013A" w:rsidRPr="00D1013A" w14:paraId="2184E809" w14:textId="77777777" w:rsidTr="00D1013A">
        <w:trPr>
          <w:jc w:val="center"/>
        </w:trPr>
        <w:tc>
          <w:tcPr>
            <w:tcW w:w="696" w:type="dxa"/>
          </w:tcPr>
          <w:p w14:paraId="4BBEFAFD" w14:textId="77777777" w:rsidR="00D1013A" w:rsidRDefault="00D1013A">
            <w:pPr>
              <w:rPr>
                <w:sz w:val="20"/>
              </w:rPr>
            </w:pPr>
          </w:p>
        </w:tc>
        <w:tc>
          <w:tcPr>
            <w:tcW w:w="3062" w:type="dxa"/>
          </w:tcPr>
          <w:p w14:paraId="78AF8B42" w14:textId="5326BD60" w:rsidR="00D1013A" w:rsidRPr="00D1013A" w:rsidRDefault="00D1013A">
            <w:pPr>
              <w:rPr>
                <w:sz w:val="20"/>
                <w:lang w:val="it-CH"/>
              </w:rPr>
            </w:pPr>
            <w:r w:rsidRPr="00D1013A">
              <w:rPr>
                <w:sz w:val="20"/>
                <w:lang w:val="it-CH"/>
              </w:rPr>
              <w:t>Compartimentul curățenie stradală</w:t>
            </w:r>
            <w:r w:rsidRPr="00D1013A">
              <w:rPr>
                <w:lang w:val="it-CH"/>
              </w:rPr>
              <w:t xml:space="preserve"> </w:t>
            </w:r>
            <w:r w:rsidRPr="00D1013A">
              <w:rPr>
                <w:sz w:val="20"/>
                <w:lang w:val="it-CH"/>
              </w:rPr>
              <w:t>a căilor publice</w:t>
            </w:r>
          </w:p>
        </w:tc>
        <w:tc>
          <w:tcPr>
            <w:tcW w:w="2268" w:type="dxa"/>
          </w:tcPr>
          <w:p w14:paraId="017E4A88" w14:textId="76924201" w:rsidR="00D1013A" w:rsidRPr="00D1013A" w:rsidRDefault="00D1013A">
            <w:pPr>
              <w:rPr>
                <w:sz w:val="20"/>
                <w:lang w:val="it-CH"/>
              </w:rPr>
            </w:pPr>
            <w:r>
              <w:rPr>
                <w:sz w:val="20"/>
                <w:lang w:val="it-CH"/>
              </w:rPr>
              <w:t>Șofer</w:t>
            </w:r>
          </w:p>
        </w:tc>
        <w:tc>
          <w:tcPr>
            <w:tcW w:w="2842" w:type="dxa"/>
          </w:tcPr>
          <w:p w14:paraId="64FDF814" w14:textId="31DE464A" w:rsidR="00D1013A" w:rsidRPr="00D1013A" w:rsidRDefault="00D1013A">
            <w:pPr>
              <w:rPr>
                <w:sz w:val="20"/>
                <w:lang w:val="it-CH"/>
              </w:rPr>
            </w:pPr>
            <w:r w:rsidRPr="00D1013A">
              <w:rPr>
                <w:sz w:val="20"/>
                <w:lang w:val="it-CH"/>
              </w:rPr>
              <w:t>Studii medii, permis categorie corespunzătoare</w:t>
            </w:r>
          </w:p>
        </w:tc>
        <w:tc>
          <w:tcPr>
            <w:tcW w:w="986" w:type="dxa"/>
          </w:tcPr>
          <w:p w14:paraId="7E230BB4" w14:textId="373B5176" w:rsidR="00D1013A" w:rsidRPr="00D1013A" w:rsidRDefault="00D1013A">
            <w:pPr>
              <w:rPr>
                <w:lang w:val="it-CH"/>
              </w:rPr>
            </w:pPr>
            <w:r>
              <w:rPr>
                <w:lang w:val="it-CH"/>
              </w:rPr>
              <w:t>1</w:t>
            </w:r>
          </w:p>
        </w:tc>
      </w:tr>
      <w:tr w:rsidR="00D1013A" w:rsidRPr="00D1013A" w14:paraId="0A9C35F0" w14:textId="77777777" w:rsidTr="00D1013A">
        <w:trPr>
          <w:jc w:val="center"/>
        </w:trPr>
        <w:tc>
          <w:tcPr>
            <w:tcW w:w="696" w:type="dxa"/>
          </w:tcPr>
          <w:p w14:paraId="5659BCF9" w14:textId="77777777" w:rsidR="00D1013A" w:rsidRDefault="00D1013A">
            <w:pPr>
              <w:rPr>
                <w:sz w:val="20"/>
              </w:rPr>
            </w:pPr>
          </w:p>
        </w:tc>
        <w:tc>
          <w:tcPr>
            <w:tcW w:w="3062" w:type="dxa"/>
          </w:tcPr>
          <w:p w14:paraId="4BB37A31" w14:textId="025975A5" w:rsidR="00D1013A" w:rsidRPr="00D1013A" w:rsidRDefault="00D1013A">
            <w:pPr>
              <w:rPr>
                <w:sz w:val="20"/>
                <w:lang w:val="it-CH"/>
              </w:rPr>
            </w:pPr>
            <w:r w:rsidRPr="00D1013A">
              <w:rPr>
                <w:sz w:val="20"/>
                <w:lang w:val="it-CH"/>
              </w:rPr>
              <w:t>Compartimentul curățenie stradală</w:t>
            </w:r>
            <w:r w:rsidRPr="00D1013A">
              <w:rPr>
                <w:lang w:val="it-CH"/>
              </w:rPr>
              <w:t xml:space="preserve"> </w:t>
            </w:r>
            <w:r w:rsidRPr="00D1013A">
              <w:rPr>
                <w:sz w:val="20"/>
                <w:lang w:val="it-CH"/>
              </w:rPr>
              <w:t>a căilor publice</w:t>
            </w:r>
          </w:p>
        </w:tc>
        <w:tc>
          <w:tcPr>
            <w:tcW w:w="2268" w:type="dxa"/>
          </w:tcPr>
          <w:p w14:paraId="3F638C8E" w14:textId="5AF72B4E" w:rsidR="00D1013A" w:rsidRDefault="00D1013A">
            <w:pPr>
              <w:rPr>
                <w:sz w:val="20"/>
                <w:lang w:val="it-CH"/>
              </w:rPr>
            </w:pPr>
            <w:r>
              <w:rPr>
                <w:sz w:val="20"/>
              </w:rPr>
              <w:t>Muncitor necalificat</w:t>
            </w:r>
          </w:p>
        </w:tc>
        <w:tc>
          <w:tcPr>
            <w:tcW w:w="2842" w:type="dxa"/>
          </w:tcPr>
          <w:p w14:paraId="69140CDC" w14:textId="57453C81" w:rsidR="00D1013A" w:rsidRPr="00D1013A" w:rsidRDefault="00D1013A">
            <w:pPr>
              <w:rPr>
                <w:sz w:val="20"/>
                <w:lang w:val="it-CH"/>
              </w:rPr>
            </w:pPr>
            <w:r>
              <w:rPr>
                <w:sz w:val="20"/>
                <w:lang w:val="it-CH"/>
              </w:rPr>
              <w:t>-</w:t>
            </w:r>
          </w:p>
        </w:tc>
        <w:tc>
          <w:tcPr>
            <w:tcW w:w="986" w:type="dxa"/>
          </w:tcPr>
          <w:p w14:paraId="413E35A1" w14:textId="162F13A8" w:rsidR="00D1013A" w:rsidRDefault="00D1013A">
            <w:pPr>
              <w:rPr>
                <w:lang w:val="it-CH"/>
              </w:rPr>
            </w:pPr>
            <w:r>
              <w:rPr>
                <w:lang w:val="it-CH"/>
              </w:rPr>
              <w:t>2</w:t>
            </w:r>
          </w:p>
        </w:tc>
      </w:tr>
      <w:tr w:rsidR="009A1DC4" w14:paraId="2FECDC90" w14:textId="77777777" w:rsidTr="00D1013A">
        <w:trPr>
          <w:jc w:val="center"/>
        </w:trPr>
        <w:tc>
          <w:tcPr>
            <w:tcW w:w="696" w:type="dxa"/>
          </w:tcPr>
          <w:p w14:paraId="0BE0D6D3" w14:textId="77777777" w:rsidR="009A1DC4" w:rsidRDefault="00000000">
            <w:r>
              <w:rPr>
                <w:sz w:val="20"/>
              </w:rPr>
              <w:t>7.</w:t>
            </w:r>
          </w:p>
        </w:tc>
        <w:tc>
          <w:tcPr>
            <w:tcW w:w="3062" w:type="dxa"/>
          </w:tcPr>
          <w:p w14:paraId="4B9E062A" w14:textId="77777777" w:rsidR="009A1DC4" w:rsidRDefault="00000000">
            <w:r>
              <w:rPr>
                <w:sz w:val="20"/>
              </w:rPr>
              <w:t>Compartiment dispecerat, relații cu publicul și IT</w:t>
            </w:r>
          </w:p>
        </w:tc>
        <w:tc>
          <w:tcPr>
            <w:tcW w:w="2268" w:type="dxa"/>
          </w:tcPr>
          <w:p w14:paraId="085F44DD" w14:textId="77777777" w:rsidR="009A1DC4" w:rsidRDefault="00000000">
            <w:r>
              <w:rPr>
                <w:sz w:val="20"/>
              </w:rPr>
              <w:t>Referent</w:t>
            </w:r>
          </w:p>
        </w:tc>
        <w:tc>
          <w:tcPr>
            <w:tcW w:w="2842" w:type="dxa"/>
          </w:tcPr>
          <w:p w14:paraId="49E19053" w14:textId="77777777" w:rsidR="009A1DC4" w:rsidRDefault="00000000">
            <w:r>
              <w:rPr>
                <w:sz w:val="20"/>
              </w:rPr>
              <w:t>Studii medii</w:t>
            </w:r>
          </w:p>
        </w:tc>
        <w:tc>
          <w:tcPr>
            <w:tcW w:w="986" w:type="dxa"/>
          </w:tcPr>
          <w:p w14:paraId="6D6AA946" w14:textId="77777777" w:rsidR="009A1DC4" w:rsidRDefault="00000000">
            <w:r>
              <w:rPr>
                <w:sz w:val="20"/>
              </w:rPr>
              <w:t>1</w:t>
            </w:r>
          </w:p>
        </w:tc>
      </w:tr>
      <w:tr w:rsidR="009A1DC4" w14:paraId="477E835E" w14:textId="77777777" w:rsidTr="00D1013A">
        <w:trPr>
          <w:jc w:val="center"/>
        </w:trPr>
        <w:tc>
          <w:tcPr>
            <w:tcW w:w="696" w:type="dxa"/>
          </w:tcPr>
          <w:p w14:paraId="2CD65D26" w14:textId="77777777" w:rsidR="009A1DC4" w:rsidRDefault="00000000">
            <w:r>
              <w:rPr>
                <w:sz w:val="20"/>
              </w:rPr>
              <w:t>8.</w:t>
            </w:r>
          </w:p>
        </w:tc>
        <w:tc>
          <w:tcPr>
            <w:tcW w:w="3062" w:type="dxa"/>
          </w:tcPr>
          <w:p w14:paraId="36C056AB" w14:textId="77777777" w:rsidR="009A1DC4" w:rsidRDefault="00000000">
            <w:r>
              <w:rPr>
                <w:sz w:val="20"/>
              </w:rPr>
              <w:t>Compartiment juridic și resurse umane</w:t>
            </w:r>
          </w:p>
        </w:tc>
        <w:tc>
          <w:tcPr>
            <w:tcW w:w="2268" w:type="dxa"/>
          </w:tcPr>
          <w:p w14:paraId="0BC9AC20" w14:textId="77777777" w:rsidR="009A1DC4" w:rsidRDefault="00000000">
            <w:r>
              <w:rPr>
                <w:sz w:val="20"/>
              </w:rPr>
              <w:t>Consilier juridic</w:t>
            </w:r>
          </w:p>
        </w:tc>
        <w:tc>
          <w:tcPr>
            <w:tcW w:w="2842" w:type="dxa"/>
          </w:tcPr>
          <w:p w14:paraId="52DCFE79" w14:textId="77777777" w:rsidR="009A1DC4" w:rsidRDefault="00000000">
            <w:r>
              <w:rPr>
                <w:sz w:val="20"/>
              </w:rPr>
              <w:t>Studii superioare juridice</w:t>
            </w:r>
          </w:p>
        </w:tc>
        <w:tc>
          <w:tcPr>
            <w:tcW w:w="986" w:type="dxa"/>
          </w:tcPr>
          <w:p w14:paraId="031B404D" w14:textId="77777777" w:rsidR="009A1DC4" w:rsidRDefault="00000000">
            <w:r>
              <w:rPr>
                <w:sz w:val="20"/>
              </w:rPr>
              <w:t>1</w:t>
            </w:r>
          </w:p>
        </w:tc>
      </w:tr>
      <w:tr w:rsidR="009A1DC4" w14:paraId="2C234AF6" w14:textId="77777777" w:rsidTr="00D1013A">
        <w:trPr>
          <w:jc w:val="center"/>
        </w:trPr>
        <w:tc>
          <w:tcPr>
            <w:tcW w:w="696" w:type="dxa"/>
          </w:tcPr>
          <w:p w14:paraId="5B828C3C" w14:textId="77777777" w:rsidR="009A1DC4" w:rsidRDefault="00000000">
            <w:r>
              <w:rPr>
                <w:sz w:val="20"/>
              </w:rPr>
              <w:t>9.</w:t>
            </w:r>
          </w:p>
        </w:tc>
        <w:tc>
          <w:tcPr>
            <w:tcW w:w="3062" w:type="dxa"/>
          </w:tcPr>
          <w:p w14:paraId="3A4AB788" w14:textId="77777777" w:rsidR="009A1DC4" w:rsidRPr="00D1013A" w:rsidRDefault="00000000">
            <w:pPr>
              <w:rPr>
                <w:lang w:val="it-CH"/>
              </w:rPr>
            </w:pPr>
            <w:r w:rsidRPr="00D1013A">
              <w:rPr>
                <w:sz w:val="20"/>
                <w:lang w:val="it-CH"/>
              </w:rPr>
              <w:t>Compartiment reparații bunuri și mobilier stradal</w:t>
            </w:r>
          </w:p>
        </w:tc>
        <w:tc>
          <w:tcPr>
            <w:tcW w:w="2268" w:type="dxa"/>
          </w:tcPr>
          <w:p w14:paraId="5F6FBF29" w14:textId="77777777" w:rsidR="009A1DC4" w:rsidRDefault="00000000">
            <w:r>
              <w:rPr>
                <w:sz w:val="20"/>
              </w:rPr>
              <w:t>Muncitor calificat</w:t>
            </w:r>
          </w:p>
        </w:tc>
        <w:tc>
          <w:tcPr>
            <w:tcW w:w="2842" w:type="dxa"/>
          </w:tcPr>
          <w:p w14:paraId="5D05712B" w14:textId="77777777" w:rsidR="009A1DC4" w:rsidRDefault="00000000">
            <w:r>
              <w:rPr>
                <w:sz w:val="20"/>
              </w:rPr>
              <w:t>Studii medii / calificare profesională</w:t>
            </w:r>
          </w:p>
        </w:tc>
        <w:tc>
          <w:tcPr>
            <w:tcW w:w="986" w:type="dxa"/>
          </w:tcPr>
          <w:p w14:paraId="34D36054" w14:textId="12370945" w:rsidR="009A1DC4" w:rsidRDefault="00D1013A">
            <w:r>
              <w:t>1</w:t>
            </w:r>
          </w:p>
        </w:tc>
      </w:tr>
      <w:tr w:rsidR="009A1DC4" w14:paraId="5200C603" w14:textId="77777777" w:rsidTr="00D1013A">
        <w:trPr>
          <w:jc w:val="center"/>
        </w:trPr>
        <w:tc>
          <w:tcPr>
            <w:tcW w:w="696" w:type="dxa"/>
          </w:tcPr>
          <w:p w14:paraId="60FF8E0A" w14:textId="77777777" w:rsidR="009A1DC4" w:rsidRDefault="00000000">
            <w:r>
              <w:rPr>
                <w:sz w:val="20"/>
              </w:rPr>
              <w:t>10.</w:t>
            </w:r>
          </w:p>
        </w:tc>
        <w:tc>
          <w:tcPr>
            <w:tcW w:w="3062" w:type="dxa"/>
          </w:tcPr>
          <w:p w14:paraId="46F90B32" w14:textId="201F3393" w:rsidR="009A1DC4" w:rsidRPr="00D1013A" w:rsidRDefault="00D1013A">
            <w:pPr>
              <w:rPr>
                <w:lang w:val="pt-PT"/>
              </w:rPr>
            </w:pPr>
            <w:r>
              <w:rPr>
                <w:sz w:val="20"/>
                <w:lang w:val="pt-PT"/>
              </w:rPr>
              <w:t xml:space="preserve">Compartiment </w:t>
            </w:r>
            <w:r w:rsidRPr="00D1013A">
              <w:rPr>
                <w:sz w:val="20"/>
                <w:lang w:val="pt-PT"/>
              </w:rPr>
              <w:t>achiziții publice și investiții</w:t>
            </w:r>
          </w:p>
        </w:tc>
        <w:tc>
          <w:tcPr>
            <w:tcW w:w="2268" w:type="dxa"/>
          </w:tcPr>
          <w:p w14:paraId="5B2F56C7" w14:textId="77777777" w:rsidR="009A1DC4" w:rsidRDefault="00000000">
            <w:r>
              <w:rPr>
                <w:sz w:val="20"/>
              </w:rPr>
              <w:t>Inspector de specialitate</w:t>
            </w:r>
          </w:p>
        </w:tc>
        <w:tc>
          <w:tcPr>
            <w:tcW w:w="2842" w:type="dxa"/>
          </w:tcPr>
          <w:p w14:paraId="4220F36C" w14:textId="77777777" w:rsidR="009A1DC4" w:rsidRDefault="00000000">
            <w:r>
              <w:rPr>
                <w:sz w:val="20"/>
              </w:rPr>
              <w:t>Studii superioare</w:t>
            </w:r>
          </w:p>
        </w:tc>
        <w:tc>
          <w:tcPr>
            <w:tcW w:w="986" w:type="dxa"/>
          </w:tcPr>
          <w:p w14:paraId="05275BFE" w14:textId="77777777" w:rsidR="009A1DC4" w:rsidRDefault="00000000">
            <w:r>
              <w:rPr>
                <w:sz w:val="20"/>
              </w:rPr>
              <w:t>1</w:t>
            </w:r>
          </w:p>
        </w:tc>
      </w:tr>
    </w:tbl>
    <w:p w14:paraId="02B93769" w14:textId="77777777" w:rsidR="009A1DC4" w:rsidRDefault="009A1DC4">
      <w:pPr>
        <w:spacing w:after="160"/>
      </w:pPr>
    </w:p>
    <w:p w14:paraId="168F7437" w14:textId="52589122" w:rsidR="009A1DC4" w:rsidRPr="00D1013A" w:rsidRDefault="00000000" w:rsidP="00D1013A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D1013A">
        <w:rPr>
          <w:rFonts w:ascii="Times New Roman" w:hAnsi="Times New Roman" w:cs="Times New Roman"/>
          <w:sz w:val="24"/>
          <w:szCs w:val="24"/>
        </w:rPr>
        <w:t xml:space="preserve">TOTAL POSTURI: </w:t>
      </w:r>
      <w:r w:rsidR="00D1013A" w:rsidRPr="00D1013A">
        <w:rPr>
          <w:rFonts w:ascii="Times New Roman" w:hAnsi="Times New Roman" w:cs="Times New Roman"/>
          <w:sz w:val="24"/>
          <w:szCs w:val="24"/>
        </w:rPr>
        <w:t>20</w:t>
      </w:r>
    </w:p>
    <w:p w14:paraId="54E2438C" w14:textId="49E2DE32" w:rsidR="00D1013A" w:rsidRPr="00017F3C" w:rsidRDefault="00D1013A" w:rsidP="00D1013A">
      <w:pPr>
        <w:pStyle w:val="Frspaiere"/>
        <w:rPr>
          <w:rFonts w:ascii="Times New Roman" w:hAnsi="Times New Roman" w:cs="Times New Roman"/>
          <w:sz w:val="24"/>
          <w:szCs w:val="24"/>
          <w:lang w:val="pt-PT"/>
        </w:rPr>
      </w:pPr>
      <w:r w:rsidRPr="00017F3C">
        <w:rPr>
          <w:rFonts w:ascii="Times New Roman" w:hAnsi="Times New Roman" w:cs="Times New Roman"/>
          <w:sz w:val="24"/>
          <w:szCs w:val="24"/>
          <w:lang w:val="pt-PT"/>
        </w:rPr>
        <w:t>Total posturi propus a se ocupa: 16</w:t>
      </w:r>
    </w:p>
    <w:p w14:paraId="3A5C9EC7" w14:textId="461FE8C2" w:rsidR="00D1013A" w:rsidRPr="00017F3C" w:rsidRDefault="00D1013A" w:rsidP="00D1013A">
      <w:pPr>
        <w:pStyle w:val="Frspaiere"/>
        <w:rPr>
          <w:rFonts w:ascii="Times New Roman" w:hAnsi="Times New Roman" w:cs="Times New Roman"/>
          <w:sz w:val="24"/>
          <w:szCs w:val="24"/>
          <w:lang w:val="pt-PT"/>
        </w:rPr>
      </w:pPr>
      <w:r w:rsidRPr="00017F3C">
        <w:rPr>
          <w:rFonts w:ascii="Times New Roman" w:hAnsi="Times New Roman" w:cs="Times New Roman"/>
          <w:sz w:val="24"/>
          <w:szCs w:val="24"/>
          <w:lang w:val="pt-PT"/>
        </w:rPr>
        <w:t>Total posturi vacante: 4</w:t>
      </w:r>
    </w:p>
    <w:p w14:paraId="694DC224" w14:textId="203FC7DB" w:rsidR="009A1DC4" w:rsidRPr="00017F3C" w:rsidRDefault="00D1013A" w:rsidP="00D1013A">
      <w:pPr>
        <w:pStyle w:val="Frspaiere"/>
        <w:rPr>
          <w:rFonts w:ascii="Times New Roman" w:hAnsi="Times New Roman" w:cs="Times New Roman"/>
          <w:sz w:val="24"/>
          <w:szCs w:val="24"/>
          <w:lang w:val="pt-PT"/>
        </w:rPr>
      </w:pPr>
      <w:r w:rsidRPr="00017F3C">
        <w:rPr>
          <w:rFonts w:ascii="Times New Roman" w:hAnsi="Times New Roman" w:cs="Times New Roman"/>
          <w:sz w:val="24"/>
          <w:szCs w:val="24"/>
          <w:lang w:val="pt-PT"/>
        </w:rPr>
        <w:t>Total posturi de conducere: 1</w:t>
      </w:r>
    </w:p>
    <w:p w14:paraId="40E025C2" w14:textId="5E6BB754" w:rsidR="00D1013A" w:rsidRPr="00017F3C" w:rsidRDefault="00D1013A" w:rsidP="00D1013A">
      <w:pPr>
        <w:pStyle w:val="Frspaiere"/>
        <w:rPr>
          <w:rFonts w:ascii="Times New Roman" w:hAnsi="Times New Roman" w:cs="Times New Roman"/>
          <w:sz w:val="24"/>
          <w:szCs w:val="24"/>
          <w:lang w:val="pt-PT"/>
        </w:rPr>
      </w:pPr>
      <w:r w:rsidRPr="00017F3C">
        <w:rPr>
          <w:rFonts w:ascii="Times New Roman" w:hAnsi="Times New Roman" w:cs="Times New Roman"/>
          <w:sz w:val="24"/>
          <w:szCs w:val="24"/>
          <w:lang w:val="pt-PT"/>
        </w:rPr>
        <w:t>Total posturi de execuție: 19</w:t>
      </w:r>
    </w:p>
    <w:p w14:paraId="64EDB8E9" w14:textId="77777777" w:rsidR="00D1013A" w:rsidRPr="00017F3C" w:rsidRDefault="00D1013A">
      <w:pPr>
        <w:spacing w:before="400"/>
        <w:rPr>
          <w:lang w:val="pt-P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9A1DC4" w14:paraId="63D6088E" w14:textId="77777777">
        <w:tc>
          <w:tcPr>
            <w:tcW w:w="4819" w:type="dxa"/>
          </w:tcPr>
          <w:p w14:paraId="671DE007" w14:textId="77777777" w:rsidR="009A1DC4" w:rsidRDefault="00000000">
            <w:r>
              <w:rPr>
                <w:b/>
              </w:rPr>
              <w:t>PRIMAR,</w:t>
            </w:r>
          </w:p>
          <w:p w14:paraId="00285D8A" w14:textId="6ABEEF98" w:rsidR="009A1DC4" w:rsidRDefault="006309CE">
            <w:r>
              <w:t>VASILE ZAHARIA</w:t>
            </w:r>
          </w:p>
        </w:tc>
        <w:tc>
          <w:tcPr>
            <w:tcW w:w="4819" w:type="dxa"/>
          </w:tcPr>
          <w:p w14:paraId="27992750" w14:textId="77777777" w:rsidR="009A1DC4" w:rsidRDefault="00000000">
            <w:r>
              <w:rPr>
                <w:b/>
              </w:rPr>
              <w:t>AVIZAT,</w:t>
            </w:r>
            <w:r>
              <w:rPr>
                <w:b/>
              </w:rPr>
              <w:br/>
              <w:t>COMPARTIMENT RESURSE UMANE</w:t>
            </w:r>
          </w:p>
          <w:p w14:paraId="3985FA09" w14:textId="00A1AD7E" w:rsidR="009A1DC4" w:rsidRDefault="009A1DC4"/>
        </w:tc>
      </w:tr>
    </w:tbl>
    <w:p w14:paraId="25130EE6" w14:textId="77777777" w:rsidR="00A657F5" w:rsidRDefault="00A657F5"/>
    <w:sectPr w:rsidR="00A657F5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7567358">
    <w:abstractNumId w:val="8"/>
  </w:num>
  <w:num w:numId="2" w16cid:durableId="1452671900">
    <w:abstractNumId w:val="6"/>
  </w:num>
  <w:num w:numId="3" w16cid:durableId="1620382014">
    <w:abstractNumId w:val="5"/>
  </w:num>
  <w:num w:numId="4" w16cid:durableId="1253662526">
    <w:abstractNumId w:val="4"/>
  </w:num>
  <w:num w:numId="5" w16cid:durableId="1195920916">
    <w:abstractNumId w:val="7"/>
  </w:num>
  <w:num w:numId="6" w16cid:durableId="821896869">
    <w:abstractNumId w:val="3"/>
  </w:num>
  <w:num w:numId="7" w16cid:durableId="1957441941">
    <w:abstractNumId w:val="2"/>
  </w:num>
  <w:num w:numId="8" w16cid:durableId="1888182474">
    <w:abstractNumId w:val="1"/>
  </w:num>
  <w:num w:numId="9" w16cid:durableId="414939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7F3C"/>
    <w:rsid w:val="00034616"/>
    <w:rsid w:val="0006063C"/>
    <w:rsid w:val="000E7E26"/>
    <w:rsid w:val="0015074B"/>
    <w:rsid w:val="0029639D"/>
    <w:rsid w:val="00326F90"/>
    <w:rsid w:val="00372EAF"/>
    <w:rsid w:val="006309CE"/>
    <w:rsid w:val="0081796C"/>
    <w:rsid w:val="009A1DC4"/>
    <w:rsid w:val="00A657F5"/>
    <w:rsid w:val="00AA1D8D"/>
    <w:rsid w:val="00B47730"/>
    <w:rsid w:val="00CB0664"/>
    <w:rsid w:val="00D1013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E34F2B"/>
  <w14:defaultImageDpi w14:val="300"/>
  <w15:docId w15:val="{9BE2B600-65AF-4DC1-AECD-152AD577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color w:val="000000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253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Viacons</dc:creator>
  <cp:keywords/>
  <dc:description>generated by python-docx</dc:description>
  <cp:lastModifiedBy>Hotea Viorel</cp:lastModifiedBy>
  <cp:revision>4</cp:revision>
  <cp:lastPrinted>2026-08-27T15:32:00Z</cp:lastPrinted>
  <dcterms:created xsi:type="dcterms:W3CDTF">2013-12-23T23:15:00Z</dcterms:created>
  <dcterms:modified xsi:type="dcterms:W3CDTF">2026-08-27T18:21:00Z</dcterms:modified>
  <cp:category/>
</cp:coreProperties>
</file>