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8B8AE" w14:textId="0D182248" w:rsidR="006633E6" w:rsidRPr="00DD198D" w:rsidRDefault="00000000">
      <w:pPr>
        <w:spacing w:after="240"/>
        <w:jc w:val="right"/>
        <w:rPr>
          <w:lang w:val="it-CH"/>
        </w:rPr>
      </w:pPr>
      <w:r w:rsidRPr="00223B75">
        <w:rPr>
          <w:b/>
          <w:color w:val="000000"/>
          <w:lang w:val="it-CH"/>
        </w:rPr>
        <w:t>Anexa</w:t>
      </w:r>
      <w:r w:rsidR="00702E60">
        <w:rPr>
          <w:b/>
          <w:color w:val="000000"/>
          <w:lang w:val="it-CH"/>
        </w:rPr>
        <w:t xml:space="preserve"> </w:t>
      </w:r>
      <w:r w:rsidR="00735F5F">
        <w:rPr>
          <w:b/>
          <w:color w:val="000000"/>
          <w:lang w:val="it-CH"/>
        </w:rPr>
        <w:t>4</w:t>
      </w:r>
      <w:r w:rsidRPr="00223B75">
        <w:rPr>
          <w:b/>
          <w:color w:val="000000"/>
          <w:lang w:val="it-CH"/>
        </w:rPr>
        <w:t xml:space="preserve"> la H.C.L. nr. ____/2026</w:t>
      </w:r>
    </w:p>
    <w:p w14:paraId="6171CEF0" w14:textId="2E5454BF" w:rsidR="006633E6" w:rsidRPr="00DD198D" w:rsidRDefault="00000000">
      <w:pPr>
        <w:spacing w:after="240"/>
        <w:jc w:val="center"/>
        <w:rPr>
          <w:lang w:val="it-CH"/>
        </w:rPr>
      </w:pPr>
      <w:r w:rsidRPr="00DD198D">
        <w:rPr>
          <w:b/>
          <w:color w:val="000000"/>
          <w:sz w:val="28"/>
          <w:lang w:val="it-CH"/>
        </w:rPr>
        <w:t xml:space="preserve">REGULAMENTUL </w:t>
      </w:r>
      <w:r w:rsidR="0031509C">
        <w:rPr>
          <w:b/>
          <w:color w:val="000000"/>
          <w:sz w:val="28"/>
          <w:lang w:val="it-CH"/>
        </w:rPr>
        <w:t>S</w:t>
      </w:r>
      <w:r w:rsidRPr="00DD198D">
        <w:rPr>
          <w:b/>
          <w:color w:val="000000"/>
          <w:sz w:val="28"/>
          <w:lang w:val="it-CH"/>
        </w:rPr>
        <w:t>erviciului de salubrizare al orașului Buhuși</w:t>
      </w:r>
    </w:p>
    <w:p w14:paraId="661CC452" w14:textId="77777777" w:rsidR="006633E6" w:rsidRPr="00DD198D" w:rsidRDefault="00000000">
      <w:pPr>
        <w:keepNext/>
        <w:spacing w:before="280" w:after="120"/>
        <w:jc w:val="center"/>
        <w:rPr>
          <w:lang w:val="it-CH"/>
        </w:rPr>
      </w:pPr>
      <w:r w:rsidRPr="00DD198D">
        <w:rPr>
          <w:b/>
          <w:color w:val="000000"/>
          <w:lang w:val="it-CH"/>
        </w:rPr>
        <w:t>CAP. I Dispoziții generale</w:t>
      </w:r>
    </w:p>
    <w:p w14:paraId="78A476A5" w14:textId="77777777" w:rsidR="006633E6" w:rsidRPr="00DD198D" w:rsidRDefault="00000000">
      <w:pPr>
        <w:keepNext/>
        <w:spacing w:before="200" w:after="120"/>
        <w:jc w:val="center"/>
        <w:rPr>
          <w:lang w:val="it-CH"/>
        </w:rPr>
      </w:pPr>
      <w:r w:rsidRPr="00DD198D">
        <w:rPr>
          <w:b/>
          <w:color w:val="000000"/>
          <w:lang w:val="it-CH"/>
        </w:rPr>
        <w:t>SECȚIUNEA 1 Domeniul de aplicare</w:t>
      </w:r>
    </w:p>
    <w:p w14:paraId="5868979E" w14:textId="77777777" w:rsidR="006633E6" w:rsidRPr="00DD198D" w:rsidRDefault="00000000">
      <w:pPr>
        <w:keepNext/>
        <w:spacing w:before="120"/>
        <w:rPr>
          <w:lang w:val="it-CH"/>
        </w:rPr>
      </w:pPr>
      <w:r w:rsidRPr="00DD198D">
        <w:rPr>
          <w:b/>
          <w:color w:val="000000"/>
          <w:lang w:val="it-CH"/>
        </w:rPr>
        <w:t>ART. 1</w:t>
      </w:r>
    </w:p>
    <w:p w14:paraId="3F8D7605" w14:textId="77777777" w:rsidR="006633E6" w:rsidRPr="00DD198D" w:rsidRDefault="00000000">
      <w:pPr>
        <w:ind w:firstLine="425"/>
        <w:jc w:val="both"/>
        <w:rPr>
          <w:lang w:val="it-CH"/>
        </w:rPr>
      </w:pPr>
      <w:r w:rsidRPr="00DD198D">
        <w:rPr>
          <w:color w:val="000000"/>
          <w:lang w:val="it-CH"/>
        </w:rPr>
        <w:t>(1) Prevederile prezentului regulament se aplică serviciului public de salubrizare al orașului Buhuși, denumit în continuare serviciu de salubrizare, înființat și organizat la nivelul orașului pentru satisfacerea nevoilor de salubrizare ale populației, ale instituțiilor publice și ale operatorilor economici de pe teritoriul unității administrativ-teritoriale.</w:t>
      </w:r>
    </w:p>
    <w:p w14:paraId="30F56DB1" w14:textId="77777777" w:rsidR="006633E6" w:rsidRPr="00DD198D" w:rsidRDefault="00000000">
      <w:pPr>
        <w:ind w:firstLine="425"/>
        <w:jc w:val="both"/>
        <w:rPr>
          <w:lang w:val="it-CH"/>
        </w:rPr>
      </w:pPr>
      <w:r w:rsidRPr="00DD198D">
        <w:rPr>
          <w:color w:val="000000"/>
          <w:lang w:val="it-CH"/>
        </w:rPr>
        <w:t>(2) Prezentul regulament stabilește cadrul juridic unitar privind organizarea și desfășurarea serviciului de salubrizare, definind modalitățile și condițiile-cadru ce trebuie îndeplinite pentru asigurarea serviciului de salubrizare, indicatorii de performanță ai serviciului, cerințele fundamentale aplicabile serviciului, raporturile dintre operatori și utilizatori.</w:t>
      </w:r>
    </w:p>
    <w:p w14:paraId="527DEAE7" w14:textId="77777777" w:rsidR="006633E6" w:rsidRPr="00DD198D" w:rsidRDefault="00000000">
      <w:pPr>
        <w:ind w:firstLine="425"/>
        <w:jc w:val="both"/>
        <w:rPr>
          <w:lang w:val="it-CH"/>
        </w:rPr>
      </w:pPr>
      <w:r w:rsidRPr="00DD198D">
        <w:rPr>
          <w:color w:val="000000"/>
          <w:lang w:val="it-CH"/>
        </w:rPr>
        <w:t>(3) Prevederile prezentului regulament se aplică la exploatarea și întreținerea instalațiilor și echipamentelor din sistemul public de salubrizare, precum și la proiectarea, recepționarea investițiilor din sistemul public de salubrizare care sunt în sarcina operatorilor, cu urmărirea tuturor cerințelor legale specifice în vigoare.</w:t>
      </w:r>
    </w:p>
    <w:p w14:paraId="43A98452" w14:textId="77777777" w:rsidR="006633E6" w:rsidRPr="00DD198D" w:rsidRDefault="00000000">
      <w:pPr>
        <w:ind w:firstLine="425"/>
        <w:jc w:val="both"/>
        <w:rPr>
          <w:lang w:val="it-CH"/>
        </w:rPr>
      </w:pPr>
      <w:r w:rsidRPr="00DD198D">
        <w:rPr>
          <w:color w:val="000000"/>
          <w:lang w:val="it-CH"/>
        </w:rPr>
        <w:t>(4) Operatorii serviciului de salubrizare, indiferent de forma de proprietate și de modul în care este organizată gestiunea serviciului de salubrizare în cadrul unității administrativ-teritoriale, se vor conforma prevederilor prezentului regulament.</w:t>
      </w:r>
    </w:p>
    <w:p w14:paraId="594626EA" w14:textId="77777777" w:rsidR="006633E6" w:rsidRPr="00DD198D" w:rsidRDefault="00000000">
      <w:pPr>
        <w:ind w:firstLine="425"/>
        <w:jc w:val="both"/>
        <w:rPr>
          <w:lang w:val="it-CH"/>
        </w:rPr>
      </w:pPr>
      <w:r w:rsidRPr="00DD198D">
        <w:rPr>
          <w:color w:val="000000"/>
          <w:lang w:val="it-CH"/>
        </w:rPr>
        <w:t>(5) Prestarea activităților specifice serviciului de salubrizare se va realiza numai pe baza contractelor de delegare a gestiunii încheiate cu autoritatea administrației publice locale/asociația de dezvoltare intercomunitară (ADIS Bacău) sau a hotărârii de dare în administrare, de către operatori licențiați A.N.R.S.C., după obținerea avizelor, acordurilor și autorizațiilor solicitate prin actele normative în vigoare.</w:t>
      </w:r>
    </w:p>
    <w:p w14:paraId="734FB2C6" w14:textId="77777777" w:rsidR="006633E6" w:rsidRPr="00DD198D" w:rsidRDefault="00000000">
      <w:pPr>
        <w:ind w:firstLine="425"/>
        <w:jc w:val="both"/>
        <w:rPr>
          <w:lang w:val="pt-PT"/>
        </w:rPr>
      </w:pPr>
      <w:r w:rsidRPr="00DD198D">
        <w:rPr>
          <w:color w:val="000000"/>
          <w:lang w:val="pt-PT"/>
        </w:rPr>
        <w:t>(6) Prevederile prezentului regulament au caracter minimal. În vederea creșterii calității și eficienței prestării serviciului, consiliul local, asociația de dezvoltare intercomunitară, după caz, pot aproba și alte condiții specifice pentru organizarea și desfășurarea serviciului de salubrizare, după dezbaterea publică a acestora, cu asigurarea echilibrului contractual și fără a aduce atingere altor dispoziții legale.</w:t>
      </w:r>
    </w:p>
    <w:p w14:paraId="538A58FA" w14:textId="77777777" w:rsidR="006633E6" w:rsidRPr="00DD198D" w:rsidRDefault="00000000">
      <w:pPr>
        <w:ind w:firstLine="425"/>
        <w:jc w:val="both"/>
        <w:rPr>
          <w:lang w:val="pt-PT"/>
        </w:rPr>
      </w:pPr>
      <w:r w:rsidRPr="005E15BF">
        <w:rPr>
          <w:color w:val="000000"/>
          <w:lang w:val="pt-PT"/>
        </w:rPr>
        <w:t>(7) Activitățile de salubrizare prevăzute la art. 2 alin. (1) lit. a), j) și k) și la art. 2 alin. (2) se prestează în modalitatea gestiunii directe de către Serviciul Public de Utilități Buhuși, serviciu public de interes local, specializat, cu personalitate juridică, înființat și organizat în subordinea Consiliului Local al orașului Buhuși, în baza hotărârii de dare în administrare, potrivit Studiului de oportunitate aprobat prin hotărâre a Consiliului Local. Activitățile de transfer, sortare, tratare și eliminare prin depozitare a deșeurilor municipale se prestează de operatorii desemnați în cadrul Sistemului de management integrat al deșeurilor în județul Bacău, prin Asociația de Dezvoltare Intercomunitară pentru Salubrizare Bacău (ADIS Bacău).</w:t>
      </w:r>
    </w:p>
    <w:p w14:paraId="7D84632E" w14:textId="77777777" w:rsidR="00A8160A" w:rsidRPr="00DD198D" w:rsidRDefault="00000000">
      <w:pPr>
        <w:spacing w:after="120"/>
        <w:jc w:val="both"/>
        <w:rPr>
          <w:rFonts w:cs="Times New Roman"/>
          <w:szCs w:val="24"/>
          <w:lang w:val="pt-PT"/>
        </w:rPr>
      </w:pPr>
      <w:r w:rsidRPr="00DD198D">
        <w:rPr>
          <w:rFonts w:cs="Times New Roman"/>
          <w:szCs w:val="24"/>
          <w:lang w:val="pt-PT"/>
        </w:rPr>
        <w:t>(8) Prezentul regulament se aplică împreună cu Caietul de sarcini al serviciului de salubrizare al orașului Buhuși, aprobat prin aceeași hotărâre. Listele căilor publice, suprafețele programate, cantitățile, frecvențele de operare și dotările tehnice sunt cele prevăzute în anexele nr. 1 – 17 la caietul de sarcini și nu se reiau în prezentul regulament. În caz de neconcordanță între prevederile prezentului regulament și cele ale caietului de sarcini cu privire la aceste elemente, prevalează caietul de sarcini.</w:t>
      </w:r>
    </w:p>
    <w:p w14:paraId="5ADDDF49" w14:textId="77777777" w:rsidR="006633E6" w:rsidRPr="00DD198D" w:rsidRDefault="00000000">
      <w:pPr>
        <w:keepNext/>
        <w:spacing w:before="120"/>
        <w:rPr>
          <w:lang w:val="pt-PT"/>
        </w:rPr>
      </w:pPr>
      <w:r w:rsidRPr="00DD198D">
        <w:rPr>
          <w:b/>
          <w:color w:val="000000"/>
          <w:lang w:val="pt-PT"/>
        </w:rPr>
        <w:lastRenderedPageBreak/>
        <w:t>ART. 2</w:t>
      </w:r>
    </w:p>
    <w:p w14:paraId="0CCBCBDD" w14:textId="77777777" w:rsidR="006633E6" w:rsidRPr="00DD198D" w:rsidRDefault="00000000">
      <w:pPr>
        <w:ind w:firstLine="425"/>
        <w:jc w:val="both"/>
        <w:rPr>
          <w:lang w:val="pt-PT"/>
        </w:rPr>
      </w:pPr>
      <w:r w:rsidRPr="00DD198D">
        <w:rPr>
          <w:color w:val="000000"/>
          <w:lang w:val="pt-PT"/>
        </w:rPr>
        <w:t>(1) Prezentul regulament se aplică următoarelor activități de salubrizare:</w:t>
      </w:r>
    </w:p>
    <w:p w14:paraId="015896AF" w14:textId="77777777" w:rsidR="006633E6" w:rsidRPr="00DD198D" w:rsidRDefault="00000000">
      <w:pPr>
        <w:ind w:left="425"/>
        <w:jc w:val="both"/>
        <w:rPr>
          <w:lang w:val="pt-PT"/>
        </w:rPr>
      </w:pPr>
      <w:r w:rsidRPr="00DD198D">
        <w:rPr>
          <w:color w:val="000000"/>
          <w:lang w:val="pt-PT"/>
        </w:rPr>
        <w:t>a) colectarea separată și transportul separat al deșeurilor menajere și al deșeurilor similare provenind din activități comerciale din industrie și instituții, inclusiv fracții colectate separat;</w:t>
      </w:r>
    </w:p>
    <w:p w14:paraId="3E99704C" w14:textId="77777777" w:rsidR="006633E6" w:rsidRPr="00DD198D" w:rsidRDefault="00000000">
      <w:pPr>
        <w:ind w:left="425"/>
        <w:jc w:val="both"/>
        <w:rPr>
          <w:lang w:val="pt-PT"/>
        </w:rPr>
      </w:pPr>
      <w:r w:rsidRPr="00DD198D">
        <w:rPr>
          <w:color w:val="000000"/>
          <w:lang w:val="pt-PT"/>
        </w:rPr>
        <w:t>b) operarea centrelor de colectare prin aport voluntar a deșeurilor de la persoanele fizice;</w:t>
      </w:r>
    </w:p>
    <w:p w14:paraId="1F75DA58" w14:textId="77777777" w:rsidR="006633E6" w:rsidRPr="00DD198D" w:rsidRDefault="00000000">
      <w:pPr>
        <w:ind w:left="425"/>
        <w:jc w:val="both"/>
        <w:rPr>
          <w:lang w:val="pt-PT"/>
        </w:rPr>
      </w:pPr>
      <w:r w:rsidRPr="00DD198D">
        <w:rPr>
          <w:color w:val="000000"/>
          <w:lang w:val="pt-PT"/>
        </w:rPr>
        <w:t>c) transferul deșeurilor municipale în stații de transfer, inclusiv transportul separat al deșeurilor reziduale la depozitele de deșeuri nepericuloase și/sau la instalațiile integrate de tratare, al deșeurilor de hârtie, metal, plastic și sticlă colectate separat la stațiile de sortare și al biodeșeurilor la instalațiile de compostare și/sau de digestie anaerobă;</w:t>
      </w:r>
    </w:p>
    <w:p w14:paraId="074632E5" w14:textId="77777777" w:rsidR="006633E6" w:rsidRPr="00DD198D" w:rsidRDefault="00000000">
      <w:pPr>
        <w:ind w:left="425"/>
        <w:jc w:val="both"/>
        <w:rPr>
          <w:lang w:val="pt-PT"/>
        </w:rPr>
      </w:pPr>
      <w:r w:rsidRPr="00DD198D">
        <w:rPr>
          <w:color w:val="000000"/>
          <w:lang w:val="pt-PT"/>
        </w:rPr>
        <w:t>d) sortarea deșeurilor de hârtie, carton, metal, plastic și sticlă colectate separat din deșeurile municipale în stații de sortare, inclusiv transportul reziduurilor rezultate din sortare la depozitele de deșeuri și/sau la instalațiile de valorificare energetică;</w:t>
      </w:r>
    </w:p>
    <w:p w14:paraId="2B1B3543" w14:textId="77777777" w:rsidR="006633E6" w:rsidRPr="00DD198D" w:rsidRDefault="00000000">
      <w:pPr>
        <w:ind w:left="425"/>
        <w:jc w:val="both"/>
        <w:rPr>
          <w:lang w:val="pt-PT"/>
        </w:rPr>
      </w:pPr>
      <w:r w:rsidRPr="00DD198D">
        <w:rPr>
          <w:color w:val="000000"/>
          <w:lang w:val="pt-PT"/>
        </w:rPr>
        <w:t>e) tratarea aerobă a biodeșeurilor colectate separat în instalații de compostare, inclusiv transportul reziduurilor la depozitele de deșeuri și/sau la instalațiile de valorificare energetică;</w:t>
      </w:r>
    </w:p>
    <w:p w14:paraId="4DD71C69" w14:textId="77777777" w:rsidR="006633E6" w:rsidRPr="00DD198D" w:rsidRDefault="00000000">
      <w:pPr>
        <w:ind w:left="425"/>
        <w:jc w:val="both"/>
        <w:rPr>
          <w:lang w:val="pt-PT"/>
        </w:rPr>
      </w:pPr>
      <w:r w:rsidRPr="00DD198D">
        <w:rPr>
          <w:color w:val="000000"/>
          <w:lang w:val="pt-PT"/>
        </w:rPr>
        <w:t>f) tratarea anaerobă a biodeșeurilor colectate separat în instalații de digestie anaerobă, inclusiv transportul materialului semisolid igienizat și stabilizat la depozitele de deșeuri și/sau la instalațiile de valorificare energetică;</w:t>
      </w:r>
    </w:p>
    <w:p w14:paraId="5069D683" w14:textId="77777777" w:rsidR="006633E6" w:rsidRPr="00DD198D" w:rsidRDefault="00000000">
      <w:pPr>
        <w:ind w:left="425"/>
        <w:jc w:val="both"/>
        <w:rPr>
          <w:lang w:val="pt-PT"/>
        </w:rPr>
      </w:pPr>
      <w:r w:rsidRPr="00DD198D">
        <w:rPr>
          <w:color w:val="000000"/>
          <w:lang w:val="pt-PT"/>
        </w:rPr>
        <w:t>g) tratarea mecano-biologică a deșeurilor reziduale în instalațiile de tratare mecano-biologice sau, după caz, în instalațiile integrate de tratare, inclusiv transportul deșeurilor stabilizate biologic și al deșeurilor reziduale care nu mai pot fi valorificate la depozitele de deșeuri și al deșeurilor reziduale valorificabile energetic la instalațiile de valorificare energetică;</w:t>
      </w:r>
    </w:p>
    <w:p w14:paraId="07574ECA" w14:textId="77777777" w:rsidR="006633E6" w:rsidRPr="00DD198D" w:rsidRDefault="00000000">
      <w:pPr>
        <w:ind w:left="425"/>
        <w:jc w:val="both"/>
        <w:rPr>
          <w:lang w:val="pt-PT"/>
        </w:rPr>
      </w:pPr>
      <w:r w:rsidRPr="00DD198D">
        <w:rPr>
          <w:color w:val="000000"/>
          <w:lang w:val="pt-PT"/>
        </w:rPr>
        <w:t>h) tratarea deșeurilor municipale cu potențial energetic în instalații de incinerare cu eficiență energetică ridicată, inclusiv transportul reziduurilor rezultate din incinerare la depozitele de deșeuri;</w:t>
      </w:r>
    </w:p>
    <w:p w14:paraId="3B763DC7" w14:textId="77777777" w:rsidR="006633E6" w:rsidRPr="00DD198D" w:rsidRDefault="00000000">
      <w:pPr>
        <w:ind w:left="425"/>
        <w:jc w:val="both"/>
        <w:rPr>
          <w:lang w:val="pt-PT"/>
        </w:rPr>
      </w:pPr>
      <w:r w:rsidRPr="00DD198D">
        <w:rPr>
          <w:color w:val="000000"/>
          <w:lang w:val="pt-PT"/>
        </w:rPr>
        <w:t>i) eliminarea, prin depozitare, a deșeurilor reziduale, a deșeurilor stradale, a deșeurilor de pământ și pietre provenite de pe căile publice, a reziduurilor rezultate de la instalațiile de tratare a deșeurilor municipale, precum și a deșeurilor care nu pot fi valorificate provenite din activități de reamenajare și reabilitare interioară și/sau exterioară a locuințelor la depozitele de deșeuri nepericuloase;</w:t>
      </w:r>
    </w:p>
    <w:p w14:paraId="422CBD15" w14:textId="77777777" w:rsidR="006633E6" w:rsidRPr="00DD198D" w:rsidRDefault="00000000">
      <w:pPr>
        <w:ind w:left="425"/>
        <w:jc w:val="both"/>
        <w:rPr>
          <w:lang w:val="pt-PT"/>
        </w:rPr>
      </w:pPr>
      <w:r w:rsidRPr="00DD198D">
        <w:rPr>
          <w:color w:val="000000"/>
          <w:lang w:val="pt-PT"/>
        </w:rPr>
        <w:t>j) măturatul, spălatul și stropitul căilor publice din localitate, inclusiv colectarea și transportul deșeurilor de pământ și pietre provenite de pe căile publice la depozitele de deșeuri, precum și a deșeurilor provenite din coșurile stradale la depozitele de deșeuri și/sau la instalațiile de tratare;</w:t>
      </w:r>
    </w:p>
    <w:p w14:paraId="495E9489" w14:textId="77777777" w:rsidR="006633E6" w:rsidRPr="00DD198D" w:rsidRDefault="00000000">
      <w:pPr>
        <w:ind w:left="425"/>
        <w:jc w:val="both"/>
        <w:rPr>
          <w:lang w:val="pt-PT"/>
        </w:rPr>
      </w:pPr>
      <w:r w:rsidRPr="00DD198D">
        <w:rPr>
          <w:color w:val="000000"/>
          <w:lang w:val="pt-PT"/>
        </w:rPr>
        <w:t>k) curățarea și transportul zăpezii de pe căile publice din localitate și menținerea în funcțiune a acestora pe timp de polei sau de îngheț;</w:t>
      </w:r>
    </w:p>
    <w:p w14:paraId="4C7537AA" w14:textId="77777777" w:rsidR="006633E6" w:rsidRPr="00DD198D" w:rsidRDefault="00000000">
      <w:pPr>
        <w:ind w:left="425"/>
        <w:jc w:val="both"/>
        <w:rPr>
          <w:lang w:val="it-CH"/>
        </w:rPr>
      </w:pPr>
      <w:r w:rsidRPr="00DD198D">
        <w:rPr>
          <w:color w:val="000000"/>
          <w:lang w:val="it-CH"/>
        </w:rPr>
        <w:t>l) dezinsecția, dezinfecția și deratizarea la obiectivele din domeniul public și domeniul privat al unității administrativ-teritoriale.</w:t>
      </w:r>
    </w:p>
    <w:p w14:paraId="47E5642D" w14:textId="77777777" w:rsidR="006633E6" w:rsidRPr="00DD198D" w:rsidRDefault="00000000">
      <w:pPr>
        <w:ind w:firstLine="425"/>
        <w:jc w:val="both"/>
        <w:rPr>
          <w:lang w:val="pt-PT"/>
        </w:rPr>
      </w:pPr>
      <w:r w:rsidRPr="00DD198D">
        <w:rPr>
          <w:color w:val="000000"/>
          <w:lang w:val="pt-PT"/>
        </w:rPr>
        <w:t>(2) Prezentul regulament se aplică și serviciilor conexe serviciului de salubrizare, precum și activităților de colectare a deșeurilor abandonate ocazional, respectiv:</w:t>
      </w:r>
    </w:p>
    <w:p w14:paraId="4640F002" w14:textId="77777777" w:rsidR="006633E6" w:rsidRPr="00DD198D" w:rsidRDefault="00000000">
      <w:pPr>
        <w:ind w:left="425"/>
        <w:jc w:val="both"/>
        <w:rPr>
          <w:lang w:val="pt-PT"/>
        </w:rPr>
      </w:pPr>
      <w:r w:rsidRPr="00DD198D">
        <w:rPr>
          <w:color w:val="000000"/>
          <w:lang w:val="pt-PT"/>
        </w:rPr>
        <w:t>a) colectarea și transportul deșeurilor din construcții provenite din locuințe, generate de activități de reamenajare și reabilitare interioară/exterioară a acestora;</w:t>
      </w:r>
    </w:p>
    <w:p w14:paraId="44445884" w14:textId="77777777" w:rsidR="006633E6" w:rsidRPr="00DD198D" w:rsidRDefault="00000000">
      <w:pPr>
        <w:ind w:left="425"/>
        <w:jc w:val="both"/>
        <w:rPr>
          <w:lang w:val="pt-PT"/>
        </w:rPr>
      </w:pPr>
      <w:r w:rsidRPr="00DD198D">
        <w:rPr>
          <w:color w:val="000000"/>
          <w:lang w:val="pt-PT"/>
        </w:rPr>
        <w:t>b) colectarea deșeurilor voluminoase, inclusiv saltelele și mobila, în afara campaniilor regulate de colectare;</w:t>
      </w:r>
    </w:p>
    <w:p w14:paraId="0D0486FD" w14:textId="77777777" w:rsidR="006633E6" w:rsidRPr="00DD198D" w:rsidRDefault="00000000">
      <w:pPr>
        <w:ind w:left="425"/>
        <w:jc w:val="both"/>
        <w:rPr>
          <w:lang w:val="it-CH"/>
        </w:rPr>
      </w:pPr>
      <w:r w:rsidRPr="00DD198D">
        <w:rPr>
          <w:color w:val="000000"/>
          <w:lang w:val="it-CH"/>
        </w:rPr>
        <w:lastRenderedPageBreak/>
        <w:t>c) colectarea deșeurilor provenite de la evenimente publice, precum bâlciuri, festivaluri, concerte, târguri, campinguri și alte evenimente similare;</w:t>
      </w:r>
    </w:p>
    <w:p w14:paraId="01BB52E2" w14:textId="77777777" w:rsidR="006633E6" w:rsidRPr="00DD198D" w:rsidRDefault="00000000">
      <w:pPr>
        <w:ind w:left="425"/>
        <w:jc w:val="both"/>
        <w:rPr>
          <w:lang w:val="pt-PT"/>
        </w:rPr>
      </w:pPr>
      <w:r w:rsidRPr="00DD198D">
        <w:rPr>
          <w:color w:val="000000"/>
          <w:lang w:val="pt-PT"/>
        </w:rPr>
        <w:t>d) colectarea deșeurilor municipale abandonate și a deșeurilor din construcții abandonate lângă punctele de colectare a deșeurilor;</w:t>
      </w:r>
    </w:p>
    <w:p w14:paraId="0A6759B5" w14:textId="77777777" w:rsidR="006633E6" w:rsidRPr="00DD198D" w:rsidRDefault="00000000">
      <w:pPr>
        <w:ind w:left="425"/>
        <w:jc w:val="both"/>
        <w:rPr>
          <w:lang w:val="pt-PT"/>
        </w:rPr>
      </w:pPr>
      <w:r w:rsidRPr="00DD198D">
        <w:rPr>
          <w:color w:val="000000"/>
          <w:lang w:val="pt-PT"/>
        </w:rPr>
        <w:t>e) colectarea deșeurilor municipale abandonate și a deșeurilor din construcții abandonate pe căile publice.</w:t>
      </w:r>
    </w:p>
    <w:p w14:paraId="39E931AC" w14:textId="77777777" w:rsidR="006633E6" w:rsidRPr="00DD198D" w:rsidRDefault="00000000">
      <w:pPr>
        <w:keepNext/>
        <w:spacing w:before="120"/>
        <w:rPr>
          <w:lang w:val="pt-PT"/>
        </w:rPr>
      </w:pPr>
      <w:r w:rsidRPr="00DD198D">
        <w:rPr>
          <w:b/>
          <w:color w:val="000000"/>
          <w:lang w:val="pt-PT"/>
        </w:rPr>
        <w:t>ART. 3</w:t>
      </w:r>
    </w:p>
    <w:p w14:paraId="422377CE" w14:textId="77777777" w:rsidR="006633E6" w:rsidRPr="00DD198D" w:rsidRDefault="00000000">
      <w:pPr>
        <w:ind w:firstLine="425"/>
        <w:jc w:val="both"/>
        <w:rPr>
          <w:lang w:val="pt-PT"/>
        </w:rPr>
      </w:pPr>
      <w:r w:rsidRPr="00DD198D">
        <w:rPr>
          <w:color w:val="000000"/>
          <w:lang w:val="pt-PT"/>
        </w:rPr>
        <w:t>(1) Modul de organizare și funcționare a serviciului de salubrizare trebuie să se realizeze pe baza următoarelor principii:</w:t>
      </w:r>
    </w:p>
    <w:p w14:paraId="65B7ECB4" w14:textId="77777777" w:rsidR="006633E6" w:rsidRPr="00DD198D" w:rsidRDefault="00000000">
      <w:pPr>
        <w:ind w:left="425"/>
        <w:jc w:val="both"/>
        <w:rPr>
          <w:lang w:val="pt-PT"/>
        </w:rPr>
      </w:pPr>
      <w:r w:rsidRPr="00DD198D">
        <w:rPr>
          <w:color w:val="000000"/>
          <w:lang w:val="pt-PT"/>
        </w:rPr>
        <w:t>a) protecția sănătății populației;</w:t>
      </w:r>
    </w:p>
    <w:p w14:paraId="5C00B18C" w14:textId="77777777" w:rsidR="006633E6" w:rsidRPr="00DD198D" w:rsidRDefault="00000000">
      <w:pPr>
        <w:ind w:left="425"/>
        <w:jc w:val="both"/>
        <w:rPr>
          <w:lang w:val="pt-PT"/>
        </w:rPr>
      </w:pPr>
      <w:r w:rsidRPr="00DD198D">
        <w:rPr>
          <w:color w:val="000000"/>
          <w:lang w:val="pt-PT"/>
        </w:rPr>
        <w:t>b) autonomia locală și descentralizarea serviciilor;</w:t>
      </w:r>
    </w:p>
    <w:p w14:paraId="21A820E0" w14:textId="77777777" w:rsidR="006633E6" w:rsidRPr="00DD198D" w:rsidRDefault="00000000">
      <w:pPr>
        <w:ind w:left="425"/>
        <w:jc w:val="both"/>
        <w:rPr>
          <w:lang w:val="pt-PT"/>
        </w:rPr>
      </w:pPr>
      <w:r w:rsidRPr="00DD198D">
        <w:rPr>
          <w:color w:val="000000"/>
          <w:lang w:val="pt-PT"/>
        </w:rPr>
        <w:t>c) responsabilitatea față de cetățeni;</w:t>
      </w:r>
    </w:p>
    <w:p w14:paraId="4A02031F" w14:textId="77777777" w:rsidR="006633E6" w:rsidRPr="00DD198D" w:rsidRDefault="00000000">
      <w:pPr>
        <w:ind w:left="425"/>
        <w:jc w:val="both"/>
        <w:rPr>
          <w:lang w:val="pt-PT"/>
        </w:rPr>
      </w:pPr>
      <w:r w:rsidRPr="00DD198D">
        <w:rPr>
          <w:color w:val="000000"/>
          <w:lang w:val="pt-PT"/>
        </w:rPr>
        <w:t>d) conservarea și protecția mediului înconjurător;</w:t>
      </w:r>
    </w:p>
    <w:p w14:paraId="4A3E9C9F" w14:textId="77777777" w:rsidR="006633E6" w:rsidRPr="00DD198D" w:rsidRDefault="00000000">
      <w:pPr>
        <w:ind w:left="425"/>
        <w:jc w:val="both"/>
        <w:rPr>
          <w:lang w:val="it-CH"/>
        </w:rPr>
      </w:pPr>
      <w:r w:rsidRPr="00DD198D">
        <w:rPr>
          <w:color w:val="000000"/>
          <w:lang w:val="it-CH"/>
        </w:rPr>
        <w:t>e) asigurarea calității și continuității serviciului;</w:t>
      </w:r>
    </w:p>
    <w:p w14:paraId="5F0B49DD" w14:textId="77777777" w:rsidR="006633E6" w:rsidRPr="00DD198D" w:rsidRDefault="00000000">
      <w:pPr>
        <w:ind w:left="425"/>
        <w:jc w:val="both"/>
        <w:rPr>
          <w:lang w:val="it-CH"/>
        </w:rPr>
      </w:pPr>
      <w:r w:rsidRPr="00DD198D">
        <w:rPr>
          <w:color w:val="000000"/>
          <w:lang w:val="it-CH"/>
        </w:rPr>
        <w:t>f) tarifarea echitabilă, corelată cu calitatea și cantitatea serviciului prestat;</w:t>
      </w:r>
    </w:p>
    <w:p w14:paraId="4F1D95C6" w14:textId="77777777" w:rsidR="006633E6" w:rsidRPr="00DD198D" w:rsidRDefault="00000000">
      <w:pPr>
        <w:ind w:left="425"/>
        <w:jc w:val="both"/>
        <w:rPr>
          <w:lang w:val="it-CH"/>
        </w:rPr>
      </w:pPr>
      <w:r w:rsidRPr="00DD198D">
        <w:rPr>
          <w:color w:val="000000"/>
          <w:lang w:val="it-CH"/>
        </w:rPr>
        <w:t>g) nediscriminarea și egalitatea de tratament al utilizatorilor;</w:t>
      </w:r>
    </w:p>
    <w:p w14:paraId="3D07BBC0" w14:textId="77777777" w:rsidR="006633E6" w:rsidRPr="00DD198D" w:rsidRDefault="00000000">
      <w:pPr>
        <w:ind w:left="425"/>
        <w:jc w:val="both"/>
        <w:rPr>
          <w:lang w:val="it-CH"/>
        </w:rPr>
      </w:pPr>
      <w:r w:rsidRPr="00DD198D">
        <w:rPr>
          <w:color w:val="000000"/>
          <w:lang w:val="it-CH"/>
        </w:rPr>
        <w:t>h) transparența, consultarea și antrenarea în decizii a cetățenilor;</w:t>
      </w:r>
    </w:p>
    <w:p w14:paraId="6CBA8106" w14:textId="77777777" w:rsidR="006633E6" w:rsidRPr="00DD198D" w:rsidRDefault="00000000">
      <w:pPr>
        <w:ind w:left="425"/>
        <w:jc w:val="both"/>
        <w:rPr>
          <w:lang w:val="it-CH"/>
        </w:rPr>
      </w:pPr>
      <w:r w:rsidRPr="00DD198D">
        <w:rPr>
          <w:color w:val="000000"/>
          <w:lang w:val="it-CH"/>
        </w:rPr>
        <w:t>i) administrarea corectă și eficientă a bunurilor din proprietatea publică sau privată a unităților administrativ-teritoriale și a banilor publici;</w:t>
      </w:r>
    </w:p>
    <w:p w14:paraId="49F4BFEF" w14:textId="77777777" w:rsidR="006633E6" w:rsidRPr="00DD198D" w:rsidRDefault="00000000">
      <w:pPr>
        <w:ind w:left="425"/>
        <w:jc w:val="both"/>
        <w:rPr>
          <w:lang w:val="it-CH"/>
        </w:rPr>
      </w:pPr>
      <w:r w:rsidRPr="00DD198D">
        <w:rPr>
          <w:color w:val="000000"/>
          <w:lang w:val="it-CH"/>
        </w:rPr>
        <w:t>j) securitatea serviciului;</w:t>
      </w:r>
    </w:p>
    <w:p w14:paraId="4D741E4C" w14:textId="77777777" w:rsidR="006633E6" w:rsidRPr="00DD198D" w:rsidRDefault="00000000">
      <w:pPr>
        <w:ind w:left="425"/>
        <w:jc w:val="both"/>
        <w:rPr>
          <w:lang w:val="it-CH"/>
        </w:rPr>
      </w:pPr>
      <w:r w:rsidRPr="00DD198D">
        <w:rPr>
          <w:color w:val="000000"/>
          <w:lang w:val="it-CH"/>
        </w:rPr>
        <w:t>k) dezvoltarea durabilă.</w:t>
      </w:r>
    </w:p>
    <w:p w14:paraId="7ABB27B7" w14:textId="77777777" w:rsidR="006633E6" w:rsidRPr="00DD198D" w:rsidRDefault="00000000">
      <w:pPr>
        <w:ind w:firstLine="425"/>
        <w:jc w:val="both"/>
        <w:rPr>
          <w:lang w:val="it-CH"/>
        </w:rPr>
      </w:pPr>
      <w:r w:rsidRPr="00DD198D">
        <w:rPr>
          <w:color w:val="000000"/>
          <w:lang w:val="it-CH"/>
        </w:rPr>
        <w:t>(2) Operatorii întocmesc proceduri operaționale proprii privind modul de colectare, sortare, tratare și valorificare materială și/sau energetică a deșeurilor, astfel încât cantitatea de deșeuri depozitate să fie minimă.</w:t>
      </w:r>
    </w:p>
    <w:p w14:paraId="78EF9D13" w14:textId="77777777" w:rsidR="006633E6" w:rsidRPr="00DD198D" w:rsidRDefault="00000000">
      <w:pPr>
        <w:ind w:firstLine="425"/>
        <w:jc w:val="both"/>
        <w:rPr>
          <w:lang w:val="it-CH"/>
        </w:rPr>
      </w:pPr>
      <w:r w:rsidRPr="00DD198D">
        <w:rPr>
          <w:color w:val="000000"/>
          <w:lang w:val="it-CH"/>
        </w:rPr>
        <w:t>(3) La solicitarea operatorilor, Asociația de dezvoltare intercomunitară Bacău sprijină operatorii în procesul de încredințare a deșeurilor în vederea reciclării/valorificării acestora, în conformitate cu prevederile art. 16 alin. (9) lit. h) din Legea nr. 249/2015 privind modalitatea de gestionare a ambalajelor și a deșeurilor de ambalaje, cu modificările și completările ulterioare, și dispozițiile art. 12 alin. (10) din O.U.G. nr. 92/2021 privind regimul deșeurilor, cu modificările și completările ulterioare.</w:t>
      </w:r>
    </w:p>
    <w:p w14:paraId="1B69DD03" w14:textId="77777777" w:rsidR="006633E6" w:rsidRPr="00DD198D" w:rsidRDefault="00000000">
      <w:pPr>
        <w:keepNext/>
        <w:spacing w:before="120"/>
        <w:rPr>
          <w:lang w:val="it-CH"/>
        </w:rPr>
      </w:pPr>
      <w:r w:rsidRPr="00DD198D">
        <w:rPr>
          <w:b/>
          <w:color w:val="000000"/>
          <w:lang w:val="it-CH"/>
        </w:rPr>
        <w:t>ART. 4</w:t>
      </w:r>
    </w:p>
    <w:p w14:paraId="47508059" w14:textId="77777777" w:rsidR="006633E6" w:rsidRPr="00DD198D" w:rsidRDefault="00000000">
      <w:pPr>
        <w:jc w:val="both"/>
        <w:rPr>
          <w:lang w:val="it-CH"/>
        </w:rPr>
      </w:pPr>
      <w:r w:rsidRPr="00DD198D">
        <w:rPr>
          <w:color w:val="000000"/>
          <w:lang w:val="it-CH"/>
        </w:rPr>
        <w:t>Termenii și noțiunile utilizate în prezentul regulament se definesc după cum urmează:</w:t>
      </w:r>
    </w:p>
    <w:p w14:paraId="7658C260" w14:textId="77777777" w:rsidR="006633E6" w:rsidRPr="00DD198D" w:rsidRDefault="00000000">
      <w:pPr>
        <w:ind w:left="425"/>
        <w:jc w:val="both"/>
        <w:rPr>
          <w:lang w:val="it-CH"/>
        </w:rPr>
      </w:pPr>
      <w:r w:rsidRPr="00DD198D">
        <w:rPr>
          <w:color w:val="000000"/>
          <w:lang w:val="it-CH"/>
        </w:rPr>
        <w:t>4.1. autoritate competentă de reglementare - Autoritatea Națională de Reglementare pentru Serviciile Comunitare de Utilități Publice, denumită în continuare A.N.R.S.C.;</w:t>
      </w:r>
    </w:p>
    <w:p w14:paraId="4625DA3B" w14:textId="77777777" w:rsidR="006633E6" w:rsidRPr="00DD198D" w:rsidRDefault="00000000">
      <w:pPr>
        <w:ind w:left="425"/>
        <w:jc w:val="both"/>
        <w:rPr>
          <w:lang w:val="it-CH"/>
        </w:rPr>
      </w:pPr>
      <w:r w:rsidRPr="00DD198D">
        <w:rPr>
          <w:color w:val="000000"/>
          <w:lang w:val="it-CH"/>
        </w:rPr>
        <w:t>4.2. biodeșeuri - conform prevederilor pct. 3 din anexa nr. la Ordonanța de urgență a Guvernului nr. 92/2021, cu modificările și completările ulterioare, înseamnă deșeuri biodegradabile provenite din grădini și parcuri, deșeuri alimentare și de bucătărie provenite de la gospodării, birouri, restaurante, depozite angro, cantine, firme de catering sau magazine de vânzare cu amănuntul și deșeuri comparabile provenite din uzinele de prelucrare a produselor alimentare;</w:t>
      </w:r>
    </w:p>
    <w:p w14:paraId="3531DEEE" w14:textId="77777777" w:rsidR="006633E6" w:rsidRPr="00DD198D" w:rsidRDefault="00000000">
      <w:pPr>
        <w:ind w:left="425"/>
        <w:jc w:val="both"/>
        <w:rPr>
          <w:lang w:val="pt-PT"/>
        </w:rPr>
      </w:pPr>
      <w:r w:rsidRPr="00DD198D">
        <w:rPr>
          <w:color w:val="000000"/>
          <w:lang w:val="pt-PT"/>
        </w:rPr>
        <w:t xml:space="preserve">4.3. centru de colectare prin aport voluntar - conform prevederilor art. 2 alin. (4) pct. 9 din Legea serviciului de salubrizare a localităților nr. 101/2006, republicată, cu modificările și completările </w:t>
      </w:r>
      <w:r w:rsidRPr="00DD198D">
        <w:rPr>
          <w:color w:val="000000"/>
          <w:lang w:val="pt-PT"/>
        </w:rPr>
        <w:lastRenderedPageBreak/>
        <w:t>ulterioare, înseamnă loc de recepție a unor fracții speciale de deșeuri colectate separat prin aportul voluntar al utilizatorilor, identificabil teritorial, administrativ și juridic, dotat cu construcții, instalații și echipamente specifice destinate colectării și/sau tratării deșeurilor, la care persoanele fizice pot preda, cu titlu gratuit, tipurile de deșeuri stabilite de către autoritățile administrației publice locale și/sau cele stabilite prin proiectele finanțate din fonduri nerambursabile;</w:t>
      </w:r>
    </w:p>
    <w:p w14:paraId="55420D9A" w14:textId="77777777" w:rsidR="006633E6" w:rsidRPr="00DD198D" w:rsidRDefault="00000000">
      <w:pPr>
        <w:ind w:left="425"/>
        <w:jc w:val="both"/>
        <w:rPr>
          <w:lang w:val="pt-PT"/>
        </w:rPr>
      </w:pPr>
      <w:r w:rsidRPr="00DD198D">
        <w:rPr>
          <w:color w:val="000000"/>
          <w:lang w:val="pt-PT"/>
        </w:rPr>
        <w:t>4.4. CLO - "Compost Like Output" - conform prevederilor pct. 44 din anexa nr. 1 la Ordonanța de urgență a Guvernului nr. 92/2021, cu modificările și completările ulterioare, înseamnă deșeu rezultat din tratarea mecano-biologică a deșeurilor reziduale, maturat până la stabilizarea raportului C:N, carbon: azot și reducerea nivelului de acizi grași, utilizat pentru straturile de suport și de acoperire a depozitelor de deșeuri, pentru reabilitarea minelor abandonate și/sau a terenurilor contaminate. Acesta poate conține material contaminant față de compostul finit și nu îndeplinește criteriile complete ale unui compost;</w:t>
      </w:r>
    </w:p>
    <w:p w14:paraId="6210AF2D" w14:textId="77777777" w:rsidR="006633E6" w:rsidRPr="00DD198D" w:rsidRDefault="00000000">
      <w:pPr>
        <w:ind w:left="425"/>
        <w:jc w:val="both"/>
        <w:rPr>
          <w:lang w:val="pt-PT"/>
        </w:rPr>
      </w:pPr>
      <w:r w:rsidRPr="00DD198D">
        <w:rPr>
          <w:color w:val="000000"/>
          <w:lang w:val="pt-PT"/>
        </w:rPr>
        <w:t>4.5. compost - conform prevederilor pct. 1 lit. b) din anexa la Legea nr. 181/2020 privind gestionarea deșeurilor nepericuloase compostabile, înseamnă material solid, igienizat și stabilizat obținut printr-un tratament biologic aerob;</w:t>
      </w:r>
    </w:p>
    <w:p w14:paraId="351D3035" w14:textId="77777777" w:rsidR="006633E6" w:rsidRPr="00DD198D" w:rsidRDefault="00000000">
      <w:pPr>
        <w:ind w:left="425"/>
        <w:jc w:val="both"/>
        <w:rPr>
          <w:lang w:val="pt-PT"/>
        </w:rPr>
      </w:pPr>
      <w:r w:rsidRPr="00DD198D">
        <w:rPr>
          <w:color w:val="000000"/>
          <w:lang w:val="pt-PT"/>
        </w:rPr>
        <w:t>4.6. compostare - conform prevederilor pct. 1 lit. a) din anexa la Legea nr. 181/2020, înseamnă procesul de descompunere controlată a materialelor biodegradabile, predominant aerob care permite generarea de temperaturi adecvate dezvoltării bacteriilor termofile ca rezultat al producerii de căldură în procesul biologic;</w:t>
      </w:r>
    </w:p>
    <w:p w14:paraId="3BCF3972" w14:textId="77777777" w:rsidR="006633E6" w:rsidRPr="00DD198D" w:rsidRDefault="00000000">
      <w:pPr>
        <w:ind w:left="425"/>
        <w:jc w:val="both"/>
        <w:rPr>
          <w:lang w:val="pt-PT"/>
        </w:rPr>
      </w:pPr>
      <w:r w:rsidRPr="00DD198D">
        <w:rPr>
          <w:color w:val="000000"/>
          <w:lang w:val="pt-PT"/>
        </w:rPr>
        <w:t>4.7. colectare - conform prevederilor pct. 6 din anexa nr. la Ordonanța de urgență a Guvernului nr. 92/2021, cu modificările și completările ulterioare;</w:t>
      </w:r>
    </w:p>
    <w:p w14:paraId="17DB9C3D" w14:textId="77777777" w:rsidR="006633E6" w:rsidRPr="00DD198D" w:rsidRDefault="00000000">
      <w:pPr>
        <w:ind w:left="425"/>
        <w:jc w:val="both"/>
        <w:rPr>
          <w:lang w:val="pt-PT"/>
        </w:rPr>
      </w:pPr>
      <w:r w:rsidRPr="00DD198D">
        <w:rPr>
          <w:color w:val="000000"/>
          <w:lang w:val="pt-PT"/>
        </w:rPr>
        <w:t>4.8. colectare separată - conform prevederilor pct. 7 din anexa nr. la Ordonanța de urgență a Guvernului nr. 92/2021, cu modificările și completările ulterioare;</w:t>
      </w:r>
    </w:p>
    <w:p w14:paraId="5F05911F" w14:textId="77777777" w:rsidR="006633E6" w:rsidRPr="00DD198D" w:rsidRDefault="00000000">
      <w:pPr>
        <w:ind w:left="425"/>
        <w:jc w:val="both"/>
        <w:rPr>
          <w:lang w:val="pt-PT"/>
        </w:rPr>
      </w:pPr>
      <w:r w:rsidRPr="00DD198D">
        <w:rPr>
          <w:color w:val="000000"/>
          <w:lang w:val="pt-PT"/>
        </w:rPr>
        <w:t>4.9. curățarea zăpezii/gheții - operațiunea de îndepărtare a stratului de zăpadă sau de gheață depus pe suprafața carosabilă și pietonală, în scopul asigurării deplasării vehiculelor și pietonilor în condiții de siguranță;</w:t>
      </w:r>
    </w:p>
    <w:p w14:paraId="739D3E9B" w14:textId="77777777" w:rsidR="006633E6" w:rsidRPr="00DD198D" w:rsidRDefault="00000000">
      <w:pPr>
        <w:jc w:val="both"/>
        <w:rPr>
          <w:lang w:val="pt-PT"/>
        </w:rPr>
      </w:pPr>
      <w:r w:rsidRPr="00DD198D">
        <w:rPr>
          <w:color w:val="000000"/>
          <w:lang w:val="pt-PT"/>
        </w:rPr>
        <w:t>4.10. curățarea rigolelor - operațiunea de îndepărtare manuală sau mecanizată a depunerilor de noroi, nisip și praf de pe o porțiune de 0,75 m de la bordură spre axul median al străzii, urmată de măturare și/sau stropire;</w:t>
      </w:r>
    </w:p>
    <w:p w14:paraId="7277B32C" w14:textId="77777777" w:rsidR="006633E6" w:rsidRPr="00DD198D" w:rsidRDefault="00000000">
      <w:pPr>
        <w:jc w:val="both"/>
        <w:rPr>
          <w:lang w:val="pt-PT"/>
        </w:rPr>
      </w:pPr>
      <w:r w:rsidRPr="00DD198D">
        <w:rPr>
          <w:color w:val="000000"/>
          <w:lang w:val="pt-PT"/>
        </w:rPr>
        <w:t>4.11. delegatar - calitatea pe care o are unitatea/subdiviziunea administrativ-teritorială, individual sau în asociere, prin asociația de dezvoltare intercomunitară, în procedura de atribuire pentru delegarea gestiunii activității/activităților de salubrizare și în contractul de delegare;</w:t>
      </w:r>
    </w:p>
    <w:p w14:paraId="75218A5B" w14:textId="77777777" w:rsidR="006633E6" w:rsidRPr="00DD198D" w:rsidRDefault="00000000">
      <w:pPr>
        <w:jc w:val="both"/>
      </w:pPr>
      <w:r>
        <w:rPr>
          <w:color w:val="000000"/>
        </w:rPr>
        <w:t xml:space="preserve">4.12. </w:t>
      </w:r>
      <w:proofErr w:type="spellStart"/>
      <w:r>
        <w:rPr>
          <w:color w:val="000000"/>
        </w:rPr>
        <w:t>depozit</w:t>
      </w:r>
      <w:proofErr w:type="spellEnd"/>
      <w:r>
        <w:rPr>
          <w:color w:val="000000"/>
        </w:rPr>
        <w:t xml:space="preserve"> - conform </w:t>
      </w:r>
      <w:proofErr w:type="spellStart"/>
      <w:r>
        <w:rPr>
          <w:color w:val="000000"/>
        </w:rPr>
        <w:t>prevederilor</w:t>
      </w:r>
      <w:proofErr w:type="spellEnd"/>
      <w:r>
        <w:rPr>
          <w:color w:val="000000"/>
        </w:rPr>
        <w:t xml:space="preserve"> art. 3 </w:t>
      </w:r>
      <w:proofErr w:type="spellStart"/>
      <w:r>
        <w:rPr>
          <w:color w:val="000000"/>
        </w:rPr>
        <w:t>alin</w:t>
      </w:r>
      <w:proofErr w:type="spellEnd"/>
      <w:r>
        <w:rPr>
          <w:color w:val="000000"/>
        </w:rPr>
        <w:t xml:space="preserve">. (2) lit. b) din </w:t>
      </w:r>
      <w:proofErr w:type="spellStart"/>
      <w:r>
        <w:rPr>
          <w:color w:val="000000"/>
        </w:rPr>
        <w:t>Ordonanța</w:t>
      </w:r>
      <w:proofErr w:type="spellEnd"/>
      <w:r>
        <w:rPr>
          <w:color w:val="000000"/>
        </w:rPr>
        <w:t xml:space="preserve"> </w:t>
      </w:r>
      <w:proofErr w:type="spellStart"/>
      <w:r>
        <w:rPr>
          <w:color w:val="000000"/>
        </w:rPr>
        <w:t>Guvernului</w:t>
      </w:r>
      <w:proofErr w:type="spellEnd"/>
      <w:r>
        <w:rPr>
          <w:color w:val="000000"/>
        </w:rPr>
        <w:t xml:space="preserve"> nr. 2/2021 </w:t>
      </w:r>
      <w:proofErr w:type="spellStart"/>
      <w:r>
        <w:rPr>
          <w:color w:val="000000"/>
        </w:rPr>
        <w:t>privind</w:t>
      </w:r>
      <w:proofErr w:type="spellEnd"/>
      <w:r>
        <w:rPr>
          <w:color w:val="000000"/>
        </w:rPr>
        <w:t xml:space="preserve"> </w:t>
      </w:r>
      <w:proofErr w:type="spellStart"/>
      <w:r w:rsidRPr="00DD198D">
        <w:rPr>
          <w:color w:val="000000"/>
        </w:rPr>
        <w:t>depozitarea</w:t>
      </w:r>
      <w:proofErr w:type="spellEnd"/>
      <w:r w:rsidRPr="00DD198D">
        <w:rPr>
          <w:color w:val="000000"/>
        </w:rPr>
        <w:t xml:space="preserve"> </w:t>
      </w:r>
      <w:proofErr w:type="spellStart"/>
      <w:r w:rsidRPr="00DD198D">
        <w:rPr>
          <w:color w:val="000000"/>
        </w:rPr>
        <w:t>deșeurilor</w:t>
      </w:r>
      <w:proofErr w:type="spellEnd"/>
      <w:r w:rsidRPr="00DD198D">
        <w:rPr>
          <w:color w:val="000000"/>
        </w:rPr>
        <w:t xml:space="preserve">, cu </w:t>
      </w:r>
      <w:proofErr w:type="spellStart"/>
      <w:r w:rsidRPr="00DD198D">
        <w:rPr>
          <w:color w:val="000000"/>
        </w:rPr>
        <w:t>modificările</w:t>
      </w:r>
      <w:proofErr w:type="spellEnd"/>
      <w:r w:rsidRPr="00DD198D">
        <w:rPr>
          <w:color w:val="000000"/>
        </w:rPr>
        <w:t xml:space="preserve"> </w:t>
      </w:r>
      <w:proofErr w:type="spellStart"/>
      <w:r w:rsidRPr="00DD198D">
        <w:rPr>
          <w:color w:val="000000"/>
        </w:rPr>
        <w:t>și</w:t>
      </w:r>
      <w:proofErr w:type="spellEnd"/>
      <w:r w:rsidRPr="00DD198D">
        <w:rPr>
          <w:color w:val="000000"/>
        </w:rPr>
        <w:t xml:space="preserve"> </w:t>
      </w:r>
      <w:proofErr w:type="spellStart"/>
      <w:r w:rsidRPr="00DD198D">
        <w:rPr>
          <w:color w:val="000000"/>
        </w:rPr>
        <w:t>completările</w:t>
      </w:r>
      <w:proofErr w:type="spellEnd"/>
      <w:r w:rsidRPr="00DD198D">
        <w:rPr>
          <w:color w:val="000000"/>
        </w:rPr>
        <w:t xml:space="preserve"> </w:t>
      </w:r>
      <w:proofErr w:type="spellStart"/>
      <w:r w:rsidRPr="00DD198D">
        <w:rPr>
          <w:color w:val="000000"/>
        </w:rPr>
        <w:t>ulterioare</w:t>
      </w:r>
      <w:proofErr w:type="spellEnd"/>
      <w:r w:rsidRPr="00DD198D">
        <w:rPr>
          <w:color w:val="000000"/>
        </w:rPr>
        <w:t>;</w:t>
      </w:r>
    </w:p>
    <w:p w14:paraId="22C5AA24" w14:textId="77777777" w:rsidR="006633E6" w:rsidRPr="00DD198D" w:rsidRDefault="00000000">
      <w:pPr>
        <w:jc w:val="both"/>
      </w:pPr>
      <w:r w:rsidRPr="00DD198D">
        <w:rPr>
          <w:color w:val="000000"/>
        </w:rPr>
        <w:t xml:space="preserve">4.13. </w:t>
      </w:r>
      <w:proofErr w:type="spellStart"/>
      <w:r w:rsidRPr="00DD198D">
        <w:rPr>
          <w:color w:val="000000"/>
        </w:rPr>
        <w:t>deratizare</w:t>
      </w:r>
      <w:proofErr w:type="spellEnd"/>
      <w:r w:rsidRPr="00DD198D">
        <w:rPr>
          <w:color w:val="000000"/>
        </w:rPr>
        <w:t xml:space="preserve"> - </w:t>
      </w:r>
      <w:proofErr w:type="spellStart"/>
      <w:r w:rsidRPr="00DD198D">
        <w:rPr>
          <w:color w:val="000000"/>
        </w:rPr>
        <w:t>activitatea</w:t>
      </w:r>
      <w:proofErr w:type="spellEnd"/>
      <w:r w:rsidRPr="00DD198D">
        <w:rPr>
          <w:color w:val="000000"/>
        </w:rPr>
        <w:t xml:space="preserve"> de </w:t>
      </w:r>
      <w:proofErr w:type="spellStart"/>
      <w:r w:rsidRPr="00DD198D">
        <w:rPr>
          <w:color w:val="000000"/>
        </w:rPr>
        <w:t>stârpire</w:t>
      </w:r>
      <w:proofErr w:type="spellEnd"/>
      <w:r w:rsidRPr="00DD198D">
        <w:rPr>
          <w:color w:val="000000"/>
        </w:rPr>
        <w:t xml:space="preserve"> a </w:t>
      </w:r>
      <w:proofErr w:type="spellStart"/>
      <w:r w:rsidRPr="00DD198D">
        <w:rPr>
          <w:color w:val="000000"/>
        </w:rPr>
        <w:t>rozătoarelor</w:t>
      </w:r>
      <w:proofErr w:type="spellEnd"/>
      <w:r w:rsidRPr="00DD198D">
        <w:rPr>
          <w:color w:val="000000"/>
        </w:rPr>
        <w:t xml:space="preserve"> </w:t>
      </w:r>
      <w:proofErr w:type="spellStart"/>
      <w:r w:rsidRPr="00DD198D">
        <w:rPr>
          <w:color w:val="000000"/>
        </w:rPr>
        <w:t>prin</w:t>
      </w:r>
      <w:proofErr w:type="spellEnd"/>
      <w:r w:rsidRPr="00DD198D">
        <w:rPr>
          <w:color w:val="000000"/>
        </w:rPr>
        <w:t xml:space="preserve"> </w:t>
      </w:r>
      <w:proofErr w:type="spellStart"/>
      <w:r w:rsidRPr="00DD198D">
        <w:rPr>
          <w:color w:val="000000"/>
        </w:rPr>
        <w:t>otrăvire</w:t>
      </w:r>
      <w:proofErr w:type="spellEnd"/>
      <w:r w:rsidRPr="00DD198D">
        <w:rPr>
          <w:color w:val="000000"/>
        </w:rPr>
        <w:t xml:space="preserve"> cu </w:t>
      </w:r>
      <w:proofErr w:type="spellStart"/>
      <w:r w:rsidRPr="00DD198D">
        <w:rPr>
          <w:color w:val="000000"/>
        </w:rPr>
        <w:t>substanțe</w:t>
      </w:r>
      <w:proofErr w:type="spellEnd"/>
      <w:r w:rsidRPr="00DD198D">
        <w:rPr>
          <w:color w:val="000000"/>
        </w:rPr>
        <w:t xml:space="preserve"> </w:t>
      </w:r>
      <w:proofErr w:type="spellStart"/>
      <w:r w:rsidRPr="00DD198D">
        <w:rPr>
          <w:color w:val="000000"/>
        </w:rPr>
        <w:t>chimice</w:t>
      </w:r>
      <w:proofErr w:type="spellEnd"/>
      <w:r w:rsidRPr="00DD198D">
        <w:rPr>
          <w:color w:val="000000"/>
        </w:rPr>
        <w:t xml:space="preserve"> </w:t>
      </w:r>
      <w:proofErr w:type="spellStart"/>
      <w:r w:rsidRPr="00DD198D">
        <w:rPr>
          <w:color w:val="000000"/>
        </w:rPr>
        <w:t>sau</w:t>
      </w:r>
      <w:proofErr w:type="spellEnd"/>
      <w:r w:rsidRPr="00DD198D">
        <w:rPr>
          <w:color w:val="000000"/>
        </w:rPr>
        <w:t xml:space="preserve"> </w:t>
      </w:r>
      <w:proofErr w:type="spellStart"/>
      <w:r w:rsidRPr="00DD198D">
        <w:rPr>
          <w:color w:val="000000"/>
        </w:rPr>
        <w:t>prin</w:t>
      </w:r>
      <w:proofErr w:type="spellEnd"/>
      <w:r w:rsidRPr="00DD198D">
        <w:rPr>
          <w:color w:val="000000"/>
        </w:rPr>
        <w:t xml:space="preserve"> </w:t>
      </w:r>
      <w:proofErr w:type="spellStart"/>
      <w:r w:rsidRPr="00DD198D">
        <w:rPr>
          <w:color w:val="000000"/>
        </w:rPr>
        <w:t>culturi</w:t>
      </w:r>
      <w:proofErr w:type="spellEnd"/>
      <w:r w:rsidRPr="00DD198D">
        <w:rPr>
          <w:color w:val="000000"/>
        </w:rPr>
        <w:t xml:space="preserve"> </w:t>
      </w:r>
      <w:proofErr w:type="spellStart"/>
      <w:r w:rsidRPr="00DD198D">
        <w:rPr>
          <w:color w:val="000000"/>
        </w:rPr>
        <w:t>microbiene</w:t>
      </w:r>
      <w:proofErr w:type="spellEnd"/>
      <w:r w:rsidRPr="00DD198D">
        <w:rPr>
          <w:color w:val="000000"/>
        </w:rPr>
        <w:t>;</w:t>
      </w:r>
    </w:p>
    <w:p w14:paraId="141CDBE8" w14:textId="77777777" w:rsidR="006633E6" w:rsidRDefault="00000000">
      <w:pPr>
        <w:jc w:val="both"/>
      </w:pPr>
      <w:r w:rsidRPr="00DD198D">
        <w:rPr>
          <w:color w:val="000000"/>
        </w:rPr>
        <w:t xml:space="preserve">4.14. </w:t>
      </w:r>
      <w:proofErr w:type="spellStart"/>
      <w:r w:rsidRPr="00DD198D">
        <w:rPr>
          <w:color w:val="000000"/>
        </w:rPr>
        <w:t>deșeuri</w:t>
      </w:r>
      <w:proofErr w:type="spellEnd"/>
      <w:r w:rsidRPr="00DD198D">
        <w:rPr>
          <w:color w:val="000000"/>
        </w:rPr>
        <w:t xml:space="preserve"> - conform</w:t>
      </w:r>
      <w:r>
        <w:rPr>
          <w:color w:val="000000"/>
        </w:rPr>
        <w:t xml:space="preserve"> </w:t>
      </w:r>
      <w:proofErr w:type="spellStart"/>
      <w:r>
        <w:rPr>
          <w:color w:val="000000"/>
        </w:rPr>
        <w:t>prevederilor</w:t>
      </w:r>
      <w:proofErr w:type="spellEnd"/>
      <w:r>
        <w:rPr>
          <w:color w:val="000000"/>
        </w:rPr>
        <w:t xml:space="preserve"> pct. 10 din </w:t>
      </w:r>
      <w:proofErr w:type="spellStart"/>
      <w:r>
        <w:rPr>
          <w:color w:val="000000"/>
        </w:rPr>
        <w:t>anexa</w:t>
      </w:r>
      <w:proofErr w:type="spellEnd"/>
      <w:r>
        <w:rPr>
          <w:color w:val="000000"/>
        </w:rPr>
        <w:t xml:space="preserve"> nr. 1 la </w:t>
      </w:r>
      <w:proofErr w:type="spellStart"/>
      <w:r>
        <w:rPr>
          <w:color w:val="000000"/>
        </w:rPr>
        <w:t>Ordonanța</w:t>
      </w:r>
      <w:proofErr w:type="spellEnd"/>
      <w:r>
        <w:rPr>
          <w:color w:val="000000"/>
        </w:rPr>
        <w:t xml:space="preserve"> de </w:t>
      </w:r>
      <w:proofErr w:type="spellStart"/>
      <w:r>
        <w:rPr>
          <w:color w:val="000000"/>
        </w:rPr>
        <w:t>urgență</w:t>
      </w:r>
      <w:proofErr w:type="spellEnd"/>
      <w:r>
        <w:rPr>
          <w:color w:val="000000"/>
        </w:rPr>
        <w:t xml:space="preserve"> a </w:t>
      </w:r>
      <w:proofErr w:type="spellStart"/>
      <w:r>
        <w:rPr>
          <w:color w:val="000000"/>
        </w:rPr>
        <w:t>Guvernului</w:t>
      </w:r>
      <w:proofErr w:type="spellEnd"/>
      <w:r>
        <w:rPr>
          <w:color w:val="000000"/>
        </w:rPr>
        <w:t xml:space="preserve"> nr.92/2021, cu </w:t>
      </w:r>
      <w:proofErr w:type="spellStart"/>
      <w:r>
        <w:rPr>
          <w:color w:val="000000"/>
        </w:rPr>
        <w:t>modificările</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completările</w:t>
      </w:r>
      <w:proofErr w:type="spellEnd"/>
      <w:r>
        <w:rPr>
          <w:color w:val="000000"/>
        </w:rPr>
        <w:t xml:space="preserve"> </w:t>
      </w:r>
      <w:proofErr w:type="spellStart"/>
      <w:r>
        <w:rPr>
          <w:color w:val="000000"/>
        </w:rPr>
        <w:t>ulterioare</w:t>
      </w:r>
      <w:proofErr w:type="spellEnd"/>
      <w:r>
        <w:rPr>
          <w:color w:val="000000"/>
        </w:rPr>
        <w:t xml:space="preserve">, </w:t>
      </w:r>
      <w:proofErr w:type="spellStart"/>
      <w:r>
        <w:rPr>
          <w:color w:val="000000"/>
        </w:rPr>
        <w:t>înseamnă</w:t>
      </w:r>
      <w:proofErr w:type="spellEnd"/>
      <w:r>
        <w:rPr>
          <w:color w:val="000000"/>
        </w:rPr>
        <w:t xml:space="preserve"> </w:t>
      </w:r>
      <w:proofErr w:type="spellStart"/>
      <w:r>
        <w:rPr>
          <w:color w:val="000000"/>
        </w:rPr>
        <w:t>orice</w:t>
      </w:r>
      <w:proofErr w:type="spellEnd"/>
      <w:r>
        <w:rPr>
          <w:color w:val="000000"/>
        </w:rPr>
        <w:t xml:space="preserve"> </w:t>
      </w:r>
      <w:proofErr w:type="spellStart"/>
      <w:r>
        <w:rPr>
          <w:color w:val="000000"/>
        </w:rPr>
        <w:t>substanță</w:t>
      </w:r>
      <w:proofErr w:type="spellEnd"/>
      <w:r>
        <w:rPr>
          <w:color w:val="000000"/>
        </w:rPr>
        <w:t xml:space="preserve"> </w:t>
      </w:r>
      <w:proofErr w:type="spellStart"/>
      <w:r>
        <w:rPr>
          <w:color w:val="000000"/>
        </w:rPr>
        <w:t>sau</w:t>
      </w:r>
      <w:proofErr w:type="spellEnd"/>
      <w:r>
        <w:rPr>
          <w:color w:val="000000"/>
        </w:rPr>
        <w:t xml:space="preserve"> </w:t>
      </w:r>
      <w:proofErr w:type="spellStart"/>
      <w:r>
        <w:rPr>
          <w:color w:val="000000"/>
        </w:rPr>
        <w:t>obiect</w:t>
      </w:r>
      <w:proofErr w:type="spellEnd"/>
      <w:r>
        <w:rPr>
          <w:color w:val="000000"/>
        </w:rPr>
        <w:t xml:space="preserve"> pe care </w:t>
      </w:r>
      <w:proofErr w:type="spellStart"/>
      <w:r>
        <w:rPr>
          <w:color w:val="000000"/>
        </w:rPr>
        <w:t>deținătorul</w:t>
      </w:r>
      <w:proofErr w:type="spellEnd"/>
      <w:r>
        <w:rPr>
          <w:color w:val="000000"/>
        </w:rPr>
        <w:t xml:space="preserve"> le </w:t>
      </w:r>
      <w:proofErr w:type="spellStart"/>
      <w:r>
        <w:rPr>
          <w:color w:val="000000"/>
        </w:rPr>
        <w:t>aruncă</w:t>
      </w:r>
      <w:proofErr w:type="spellEnd"/>
      <w:r>
        <w:rPr>
          <w:color w:val="000000"/>
        </w:rPr>
        <w:t xml:space="preserve"> </w:t>
      </w:r>
      <w:proofErr w:type="spellStart"/>
      <w:r>
        <w:rPr>
          <w:color w:val="000000"/>
        </w:rPr>
        <w:t>ori</w:t>
      </w:r>
      <w:proofErr w:type="spellEnd"/>
      <w:r>
        <w:rPr>
          <w:color w:val="000000"/>
        </w:rPr>
        <w:t xml:space="preserve"> are </w:t>
      </w:r>
      <w:proofErr w:type="spellStart"/>
      <w:r>
        <w:rPr>
          <w:color w:val="000000"/>
        </w:rPr>
        <w:t>intenția</w:t>
      </w:r>
      <w:proofErr w:type="spellEnd"/>
      <w:r>
        <w:rPr>
          <w:color w:val="000000"/>
        </w:rPr>
        <w:t xml:space="preserve"> </w:t>
      </w:r>
      <w:proofErr w:type="spellStart"/>
      <w:r>
        <w:rPr>
          <w:color w:val="000000"/>
        </w:rPr>
        <w:t>sau</w:t>
      </w:r>
      <w:proofErr w:type="spellEnd"/>
      <w:r>
        <w:rPr>
          <w:color w:val="000000"/>
        </w:rPr>
        <w:t xml:space="preserve"> </w:t>
      </w:r>
      <w:proofErr w:type="spellStart"/>
      <w:r>
        <w:rPr>
          <w:color w:val="000000"/>
        </w:rPr>
        <w:t>obligația</w:t>
      </w:r>
      <w:proofErr w:type="spellEnd"/>
      <w:r>
        <w:rPr>
          <w:color w:val="000000"/>
        </w:rPr>
        <w:t xml:space="preserve"> </w:t>
      </w:r>
      <w:proofErr w:type="spellStart"/>
      <w:r>
        <w:rPr>
          <w:color w:val="000000"/>
        </w:rPr>
        <w:t>să</w:t>
      </w:r>
      <w:proofErr w:type="spellEnd"/>
      <w:r>
        <w:rPr>
          <w:color w:val="000000"/>
        </w:rPr>
        <w:t xml:space="preserve"> le </w:t>
      </w:r>
      <w:proofErr w:type="spellStart"/>
      <w:r>
        <w:rPr>
          <w:color w:val="000000"/>
        </w:rPr>
        <w:t>arunce</w:t>
      </w:r>
      <w:proofErr w:type="spellEnd"/>
      <w:r>
        <w:rPr>
          <w:color w:val="000000"/>
        </w:rPr>
        <w:t>;</w:t>
      </w:r>
    </w:p>
    <w:p w14:paraId="322D08EE" w14:textId="77777777" w:rsidR="006633E6" w:rsidRDefault="00000000">
      <w:pPr>
        <w:jc w:val="both"/>
      </w:pPr>
      <w:r>
        <w:rPr>
          <w:color w:val="000000"/>
        </w:rPr>
        <w:t xml:space="preserve">4.15. </w:t>
      </w:r>
      <w:proofErr w:type="spellStart"/>
      <w:r>
        <w:rPr>
          <w:color w:val="000000"/>
        </w:rPr>
        <w:t>deșeuri</w:t>
      </w:r>
      <w:proofErr w:type="spellEnd"/>
      <w:r>
        <w:rPr>
          <w:color w:val="000000"/>
        </w:rPr>
        <w:t xml:space="preserve"> din </w:t>
      </w:r>
      <w:proofErr w:type="spellStart"/>
      <w:r>
        <w:rPr>
          <w:color w:val="000000"/>
        </w:rPr>
        <w:t>construcții</w:t>
      </w:r>
      <w:proofErr w:type="spellEnd"/>
      <w:r>
        <w:rPr>
          <w:color w:val="000000"/>
        </w:rPr>
        <w:t xml:space="preserve"> </w:t>
      </w:r>
      <w:proofErr w:type="spellStart"/>
      <w:r>
        <w:rPr>
          <w:color w:val="000000"/>
        </w:rPr>
        <w:t>provenite</w:t>
      </w:r>
      <w:proofErr w:type="spellEnd"/>
      <w:r>
        <w:rPr>
          <w:color w:val="000000"/>
        </w:rPr>
        <w:t xml:space="preserve"> din </w:t>
      </w:r>
      <w:proofErr w:type="spellStart"/>
      <w:r>
        <w:rPr>
          <w:color w:val="000000"/>
        </w:rPr>
        <w:t>locuințe</w:t>
      </w:r>
      <w:proofErr w:type="spellEnd"/>
      <w:r>
        <w:rPr>
          <w:color w:val="000000"/>
        </w:rPr>
        <w:t xml:space="preserve"> - </w:t>
      </w:r>
      <w:proofErr w:type="spellStart"/>
      <w:r>
        <w:rPr>
          <w:color w:val="000000"/>
        </w:rPr>
        <w:t>deșeuri</w:t>
      </w:r>
      <w:proofErr w:type="spellEnd"/>
      <w:r>
        <w:rPr>
          <w:color w:val="000000"/>
        </w:rPr>
        <w:t xml:space="preserve"> generate din </w:t>
      </w:r>
      <w:proofErr w:type="spellStart"/>
      <w:r>
        <w:rPr>
          <w:color w:val="000000"/>
        </w:rPr>
        <w:t>activitățile</w:t>
      </w:r>
      <w:proofErr w:type="spellEnd"/>
      <w:r>
        <w:rPr>
          <w:color w:val="000000"/>
        </w:rPr>
        <w:t xml:space="preserve"> de </w:t>
      </w:r>
      <w:proofErr w:type="spellStart"/>
      <w:r>
        <w:rPr>
          <w:color w:val="000000"/>
        </w:rPr>
        <w:t>reamenajare</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reabilitare</w:t>
      </w:r>
      <w:proofErr w:type="spellEnd"/>
      <w:r>
        <w:rPr>
          <w:color w:val="000000"/>
        </w:rPr>
        <w:t xml:space="preserve"> </w:t>
      </w:r>
      <w:proofErr w:type="spellStart"/>
      <w:r>
        <w:rPr>
          <w:color w:val="000000"/>
        </w:rPr>
        <w:t>interioară</w:t>
      </w:r>
      <w:proofErr w:type="spellEnd"/>
      <w:r>
        <w:rPr>
          <w:color w:val="000000"/>
        </w:rPr>
        <w:t xml:space="preserve"> </w:t>
      </w:r>
      <w:proofErr w:type="spellStart"/>
      <w:r>
        <w:rPr>
          <w:color w:val="000000"/>
        </w:rPr>
        <w:t>și</w:t>
      </w:r>
      <w:proofErr w:type="spellEnd"/>
      <w:r>
        <w:rPr>
          <w:color w:val="000000"/>
        </w:rPr>
        <w:t>/</w:t>
      </w:r>
      <w:proofErr w:type="spellStart"/>
      <w:r>
        <w:rPr>
          <w:color w:val="000000"/>
        </w:rPr>
        <w:t>sau</w:t>
      </w:r>
      <w:proofErr w:type="spellEnd"/>
      <w:r>
        <w:rPr>
          <w:color w:val="000000"/>
        </w:rPr>
        <w:t xml:space="preserve"> </w:t>
      </w:r>
      <w:proofErr w:type="spellStart"/>
      <w:r>
        <w:rPr>
          <w:color w:val="000000"/>
        </w:rPr>
        <w:t>exterioară</w:t>
      </w:r>
      <w:proofErr w:type="spellEnd"/>
      <w:r>
        <w:rPr>
          <w:color w:val="000000"/>
        </w:rPr>
        <w:t xml:space="preserve"> a </w:t>
      </w:r>
      <w:proofErr w:type="spellStart"/>
      <w:r>
        <w:rPr>
          <w:color w:val="000000"/>
        </w:rPr>
        <w:t>locuințelor</w:t>
      </w:r>
      <w:proofErr w:type="spellEnd"/>
      <w:r>
        <w:rPr>
          <w:color w:val="000000"/>
        </w:rPr>
        <w:t>;</w:t>
      </w:r>
    </w:p>
    <w:p w14:paraId="04BC6E67" w14:textId="77777777" w:rsidR="006633E6" w:rsidRPr="00DD198D" w:rsidRDefault="00000000">
      <w:pPr>
        <w:jc w:val="both"/>
        <w:rPr>
          <w:lang w:val="pt-PT"/>
        </w:rPr>
      </w:pPr>
      <w:r w:rsidRPr="00DD198D">
        <w:rPr>
          <w:color w:val="000000"/>
          <w:lang w:val="pt-PT"/>
        </w:rPr>
        <w:t>4.16. deșeuri de ambalaje - orice ambalaje sau materiale de ambalare care satisfac cerințele definiției de deșeu, cu excepția reziduurilor de producție;</w:t>
      </w:r>
    </w:p>
    <w:p w14:paraId="4BE41406" w14:textId="77777777" w:rsidR="006633E6" w:rsidRPr="00DD198D" w:rsidRDefault="00000000">
      <w:pPr>
        <w:jc w:val="both"/>
        <w:rPr>
          <w:lang w:val="pt-PT"/>
        </w:rPr>
      </w:pPr>
      <w:r w:rsidRPr="00DD198D">
        <w:rPr>
          <w:color w:val="000000"/>
          <w:lang w:val="pt-PT"/>
        </w:rPr>
        <w:lastRenderedPageBreak/>
        <w:t>4.17. deșeuri menajere - conform prevederilor art. 1 alin. (1) din Decizia Comisiei 2011/753/UE de stabilire a normelor și a metodelor de calcul pentru verificarea respectării obiectivelor fixate la articolul 11 alineatul (2) din Directiva 2008/98/CE a Parlamentului European și a Consiliului, înseamnă deșeuri provenite din gospodăriile populației;</w:t>
      </w:r>
    </w:p>
    <w:p w14:paraId="07E10346" w14:textId="77777777" w:rsidR="006633E6" w:rsidRPr="00DD198D" w:rsidRDefault="00000000">
      <w:pPr>
        <w:jc w:val="both"/>
        <w:rPr>
          <w:lang w:val="pt-PT"/>
        </w:rPr>
      </w:pPr>
      <w:r w:rsidRPr="00DD198D">
        <w:rPr>
          <w:color w:val="000000"/>
          <w:lang w:val="pt-PT"/>
        </w:rPr>
        <w:t>4.18. deșeuri municipale, care cuprind deșeuri menajere și similare - conform prevederilor pct. 13 din anexa nr. la Ordonanța de urgență a Guvernului nr. 92/2021, cu modificările și completările ulterioare, înseamnă:</w:t>
      </w:r>
    </w:p>
    <w:p w14:paraId="5E4746C8" w14:textId="77777777" w:rsidR="006633E6" w:rsidRPr="00DD198D" w:rsidRDefault="00000000">
      <w:pPr>
        <w:ind w:left="425"/>
        <w:jc w:val="both"/>
        <w:rPr>
          <w:lang w:val="pt-PT"/>
        </w:rPr>
      </w:pPr>
      <w:r w:rsidRPr="00DD198D">
        <w:rPr>
          <w:color w:val="000000"/>
          <w:lang w:val="pt-PT"/>
        </w:rPr>
        <w:t>a) deșeuri amestecate și deșeuri colectate separat de la gospodării, inclusiv hârtia și cartonul, sticla, metalele, materialele plastice, biodeșeurile, lemnul, textilele, ambalajele, deșeurile de echipamente electrice și electronice, deșeurile de baterii și acumulatori și deșeurile voluminoase, inclusiv saltelele și mobila;</w:t>
      </w:r>
    </w:p>
    <w:p w14:paraId="6F7342E4" w14:textId="77777777" w:rsidR="006633E6" w:rsidRPr="00DD198D" w:rsidRDefault="00000000">
      <w:pPr>
        <w:ind w:left="425"/>
        <w:jc w:val="both"/>
        <w:rPr>
          <w:lang w:val="pt-PT"/>
        </w:rPr>
      </w:pPr>
      <w:r w:rsidRPr="00DD198D">
        <w:rPr>
          <w:color w:val="000000"/>
          <w:lang w:val="pt-PT"/>
        </w:rPr>
        <w:t>b) deșeuri amestecate și deșeuri colectate separat din alte surse, în cazul în care deșeurile respective sunt similare ca natură și compoziție cu deșeurile menajere. Deșeurile municipale nu includ deșeurile provenite din producție, agricultură, silvicultură, pescuit, fose septice și rețeaua de canalizare și tratare, inclusiv nămolul de epurare, vehiculele scoase din uz sau deșeurile provenite din activități de construcție și desființări.</w:t>
      </w:r>
    </w:p>
    <w:p w14:paraId="33DA15AC" w14:textId="77777777" w:rsidR="006633E6" w:rsidRPr="00DD198D" w:rsidRDefault="00000000">
      <w:pPr>
        <w:jc w:val="both"/>
        <w:rPr>
          <w:lang w:val="pt-PT"/>
        </w:rPr>
      </w:pPr>
      <w:r w:rsidRPr="00DD198D">
        <w:rPr>
          <w:color w:val="000000"/>
          <w:lang w:val="pt-PT"/>
        </w:rPr>
        <w:t>4.19. deșeuri periculoase - conform prevederilor pct. 11 din anexa nr. 1 la Ordonanța de urgență a Guvernului nr. 92/2021, cu modificările și completările ulterioare;</w:t>
      </w:r>
    </w:p>
    <w:p w14:paraId="507E303D" w14:textId="77777777" w:rsidR="006633E6" w:rsidRPr="00DD198D" w:rsidRDefault="00000000">
      <w:pPr>
        <w:jc w:val="both"/>
        <w:rPr>
          <w:lang w:val="it-CH"/>
        </w:rPr>
      </w:pPr>
      <w:r w:rsidRPr="00DD198D">
        <w:rPr>
          <w:color w:val="000000"/>
          <w:lang w:val="it-CH"/>
        </w:rPr>
        <w:t>4.20. deșeuri de producție - deșeuri rezultate din activități industriale, ce fac parte din categoriile 03 - 14 din anexa la Decizia Comisiei 2000/532/CE din 3 mai 2000 de înlocuire a Deciziei 94/3/CE de stabilire a unei liste de deșeuri în temeiul art. 1 lit. (a) din Directiva 75/442/CEE a Consiliului privind deșeurile și a Directivei 94/904/CE a Consiliului de stabilire a unei liste de deșeuri periculoase în temeiul art. 1 alin. (4) din Directiva 91/689/CEE a Consiliului privind deșeurile periculoase, cu modificările ulterioare;</w:t>
      </w:r>
    </w:p>
    <w:p w14:paraId="140D7C50" w14:textId="77777777" w:rsidR="006633E6" w:rsidRPr="00DD198D" w:rsidRDefault="00000000">
      <w:pPr>
        <w:jc w:val="both"/>
        <w:rPr>
          <w:lang w:val="it-CH"/>
        </w:rPr>
      </w:pPr>
      <w:r w:rsidRPr="00DD198D">
        <w:rPr>
          <w:color w:val="000000"/>
          <w:lang w:val="it-CH"/>
        </w:rPr>
        <w:t>4.21. deșeuri reciclabile - deșeuri care prin operațiuni de valorificare poate fi reprocesat în produse, materiale sau substanțe pentru a-și îndeplini funcția sa inițială sau pentru alte scopuri; operațiunile de valorificare includ reprocesarea materialelor organice, dar nu includ valorificarea energetică și reprocesarea în vederea folosirii materialelor drept combustibil sau pentru operațiunile de rambleiere;</w:t>
      </w:r>
    </w:p>
    <w:p w14:paraId="6466CEF8" w14:textId="77777777" w:rsidR="006633E6" w:rsidRPr="00DD198D" w:rsidRDefault="00000000">
      <w:pPr>
        <w:jc w:val="both"/>
        <w:rPr>
          <w:lang w:val="it-CH"/>
        </w:rPr>
      </w:pPr>
      <w:r w:rsidRPr="00DD198D">
        <w:rPr>
          <w:color w:val="000000"/>
          <w:lang w:val="it-CH"/>
        </w:rPr>
        <w:t>4.22. deșeuri reziduale - fracția de deșeuri municipale amestecate rămasă după colectarea separată a deșeurilor de hârtie, metal, plastic și sticlă și, după caz, a biodeșeurilor, deșeurilor textile și deșeurilor menajere periculoase (cod deșeu 20 03 01);</w:t>
      </w:r>
    </w:p>
    <w:p w14:paraId="571EEBFD" w14:textId="77777777" w:rsidR="006633E6" w:rsidRPr="00DD198D" w:rsidRDefault="00000000">
      <w:pPr>
        <w:jc w:val="both"/>
        <w:rPr>
          <w:lang w:val="it-CH"/>
        </w:rPr>
      </w:pPr>
      <w:r w:rsidRPr="00DD198D">
        <w:rPr>
          <w:color w:val="000000"/>
          <w:lang w:val="it-CH"/>
        </w:rPr>
        <w:t>4.23. deșeuri similare - conform prevederilor art. 1 alin. (2) din Decizia Comisiei 2011/753/UE, înseamnă deșeuri care din punctul de vedere al naturii și al compoziției sunt comparabile deșeurilor menajere, exclusiv deșeurile din industrie și deșeurile din agricultură și activități forestiere;</w:t>
      </w:r>
    </w:p>
    <w:p w14:paraId="58503854" w14:textId="77777777" w:rsidR="006633E6" w:rsidRPr="00DD198D" w:rsidRDefault="00000000">
      <w:pPr>
        <w:jc w:val="both"/>
        <w:rPr>
          <w:lang w:val="it-CH"/>
        </w:rPr>
      </w:pPr>
      <w:r w:rsidRPr="00DD198D">
        <w:rPr>
          <w:color w:val="000000"/>
          <w:lang w:val="it-CH"/>
        </w:rPr>
        <w:t>4.24. deșeuri stradale - deșeuri specifice căilor de circulație publică, provenite din activitatea cotidiană a populației, de la spațiile verzi, de la animale, din depunerea de substanțe solide provenite din atmosferă;</w:t>
      </w:r>
    </w:p>
    <w:p w14:paraId="188DCC2E" w14:textId="77777777" w:rsidR="006633E6" w:rsidRPr="00DD198D" w:rsidRDefault="00000000">
      <w:pPr>
        <w:jc w:val="both"/>
        <w:rPr>
          <w:lang w:val="it-CH"/>
        </w:rPr>
      </w:pPr>
      <w:r w:rsidRPr="00DD198D">
        <w:rPr>
          <w:color w:val="000000"/>
          <w:lang w:val="it-CH"/>
        </w:rPr>
        <w:t>4.25. deșeuri voluminoase - deșeuri solide de diferite proveniențe care, datorită dimensiunilor lor, nu pot fi preluate cu sistemele obișnuite de colectare, ci necesită o tratare diferențiată față de acestea, din punct de vedere al preluării și transportului;</w:t>
      </w:r>
    </w:p>
    <w:p w14:paraId="12DEB623" w14:textId="77777777" w:rsidR="006633E6" w:rsidRPr="00DD198D" w:rsidRDefault="00000000">
      <w:pPr>
        <w:jc w:val="both"/>
        <w:rPr>
          <w:lang w:val="it-CH"/>
        </w:rPr>
      </w:pPr>
      <w:r w:rsidRPr="00DD198D">
        <w:rPr>
          <w:color w:val="000000"/>
          <w:lang w:val="it-CH"/>
        </w:rPr>
        <w:t>4.26. deținător de deșeuri - conform prevederilor pct. 16 din anexa nr. la Ordonanța de urgență a Guvernului nr. 92/2021, cu modificările și completările ulterioare, înseamnă producătorul deșeurilor sau persoana fizică sau juridică care se află în posesia acestora;</w:t>
      </w:r>
    </w:p>
    <w:p w14:paraId="04FE23C0" w14:textId="77777777" w:rsidR="006633E6" w:rsidRPr="00DD198D" w:rsidRDefault="00000000">
      <w:pPr>
        <w:jc w:val="both"/>
        <w:rPr>
          <w:lang w:val="it-CH"/>
        </w:rPr>
      </w:pPr>
      <w:r w:rsidRPr="00DD198D">
        <w:rPr>
          <w:color w:val="000000"/>
          <w:lang w:val="it-CH"/>
        </w:rPr>
        <w:t>4.27. dezinfecție - activitatea de distrugere a microorganismelor patogene cu substanțe specifice, în scopul eliminării surselor de contaminare;</w:t>
      </w:r>
    </w:p>
    <w:p w14:paraId="24AE37B8" w14:textId="77777777" w:rsidR="006633E6" w:rsidRPr="00DD198D" w:rsidRDefault="00000000">
      <w:pPr>
        <w:jc w:val="both"/>
        <w:rPr>
          <w:lang w:val="it-CH"/>
        </w:rPr>
      </w:pPr>
      <w:r w:rsidRPr="00DD198D">
        <w:rPr>
          <w:color w:val="000000"/>
          <w:lang w:val="it-CH"/>
        </w:rPr>
        <w:lastRenderedPageBreak/>
        <w:t>4.28. dezinsecție - activitatea de combatere a artropodelor în stadiul de larvă sau adult cu substanțe chimice specifice;</w:t>
      </w:r>
    </w:p>
    <w:p w14:paraId="4A9C65CF" w14:textId="77777777" w:rsidR="006633E6" w:rsidRPr="00DD198D" w:rsidRDefault="00000000">
      <w:pPr>
        <w:jc w:val="both"/>
        <w:rPr>
          <w:lang w:val="it-CH"/>
        </w:rPr>
      </w:pPr>
      <w:r w:rsidRPr="00DD198D">
        <w:rPr>
          <w:color w:val="000000"/>
          <w:lang w:val="it-CH"/>
        </w:rPr>
        <w:t>4.29. digestat - conform prevederilor pct. 1 lit. i) din anexa la Legea nr. 181/2020, înseamnă material lichid sau semisolid igienizat și stabilizat printr-un tratament biologic anaerob;</w:t>
      </w:r>
    </w:p>
    <w:p w14:paraId="6CFA997A" w14:textId="77777777" w:rsidR="006633E6" w:rsidRPr="00DD198D" w:rsidRDefault="00000000">
      <w:pPr>
        <w:jc w:val="both"/>
        <w:rPr>
          <w:lang w:val="it-CH"/>
        </w:rPr>
      </w:pPr>
      <w:r w:rsidRPr="00DD198D">
        <w:rPr>
          <w:color w:val="000000"/>
          <w:lang w:val="it-CH"/>
        </w:rPr>
        <w:t>4.30. eliminare - conform prevederilor pct. 17 din anexa nr. 1 la Ordonanța de urgență a Guvernului nr. 92/2021, cu modificările și completările ulterioare;</w:t>
      </w:r>
    </w:p>
    <w:p w14:paraId="64DED102" w14:textId="77777777" w:rsidR="006633E6" w:rsidRPr="00DD198D" w:rsidRDefault="00000000">
      <w:pPr>
        <w:jc w:val="both"/>
        <w:rPr>
          <w:lang w:val="it-CH"/>
        </w:rPr>
      </w:pPr>
      <w:r w:rsidRPr="00DD198D">
        <w:rPr>
          <w:color w:val="000000"/>
          <w:lang w:val="it-CH"/>
        </w:rPr>
        <w:t>4.31. gestionarea deșeurilor - conform prevederilor pct. 19 din anexa nr. la Ordonanța de urgență a Guvernului nr. 92/2021, cu modificările și completările ulterioare, înseamnă colectarea, transportul, valorificarea (inclusiv sortarea) și eliminarea deșeurilor, inclusiv supervizarea acestor operațiuni și întreținerea ulterioară a amplasamentelor de eliminare, inclusiv acțiunile întreprinse în calitate de comerciant sau broker;</w:t>
      </w:r>
    </w:p>
    <w:p w14:paraId="530524F3" w14:textId="77777777" w:rsidR="006633E6" w:rsidRPr="00DD198D" w:rsidRDefault="00000000">
      <w:pPr>
        <w:jc w:val="both"/>
        <w:rPr>
          <w:lang w:val="it-CH"/>
        </w:rPr>
      </w:pPr>
      <w:r w:rsidRPr="00DD198D">
        <w:rPr>
          <w:color w:val="000000"/>
          <w:lang w:val="it-CH"/>
        </w:rPr>
        <w:t>4.32. gură de scurgere - componenta tehnică constructivă a sistemului de canalizare prin care se asigură evacuarea apelor pluviale;</w:t>
      </w:r>
    </w:p>
    <w:p w14:paraId="07675559" w14:textId="77777777" w:rsidR="006633E6" w:rsidRPr="00DD198D" w:rsidRDefault="00000000">
      <w:pPr>
        <w:jc w:val="both"/>
        <w:rPr>
          <w:lang w:val="it-CH"/>
        </w:rPr>
      </w:pPr>
      <w:r w:rsidRPr="00DD198D">
        <w:rPr>
          <w:color w:val="000000"/>
          <w:lang w:val="it-CH"/>
        </w:rPr>
        <w:t>4.33. incinerare - operația de tratare termică a deșeurilor, cu sau fără recuperare de energie, realizată în instalații care respectă legislația în vigoare privind incinerarea deșeurilor;</w:t>
      </w:r>
    </w:p>
    <w:p w14:paraId="2241ED5C" w14:textId="77777777" w:rsidR="006633E6" w:rsidRPr="00DD198D" w:rsidRDefault="00000000">
      <w:pPr>
        <w:jc w:val="both"/>
        <w:rPr>
          <w:lang w:val="it-CH"/>
        </w:rPr>
      </w:pPr>
      <w:r w:rsidRPr="00DD198D">
        <w:rPr>
          <w:color w:val="000000"/>
          <w:lang w:val="it-CH"/>
        </w:rPr>
        <w:t>4.34. instalație de incinerare - orice instalație tehnică fixă sau mobilă și echipamentul destinat tratamentului termic al deșeurilor, cu sau fără recuperarea căldurii de ardere rezultate, al cărei randament energetic este egal sau mai mare decât minimul prevăzut în anexa nr. 3 la Ordonanța de urgență a Guvernului nr. 92/2021, cu modificările și completările ulterioare;</w:t>
      </w:r>
    </w:p>
    <w:p w14:paraId="563B9479" w14:textId="77777777" w:rsidR="006633E6" w:rsidRPr="00DD198D" w:rsidRDefault="00000000">
      <w:pPr>
        <w:jc w:val="both"/>
        <w:rPr>
          <w:lang w:val="it-CH"/>
        </w:rPr>
      </w:pPr>
      <w:r w:rsidRPr="00DD198D">
        <w:rPr>
          <w:color w:val="000000"/>
          <w:lang w:val="it-CH"/>
        </w:rPr>
        <w:t>4.35. instalație de tratare mecano-biologică - conform prevederilor pct. 40 din anexa nr. 1 la Ordonanța de urgență a Guvernului nr. 92/2021, cu modificările și completările ulterioare, înseamnă instalație de tratare a deșeurilor municipale reziduale care implică atât tratarea mecanică, cât și cea biologică, din care rezultă deșeuri cu potențial de valorificare, deșeuri tratate, inclusiv, după caz, CLO și/sau digestat, biogaz, RDF/SRF și reziduuri;</w:t>
      </w:r>
    </w:p>
    <w:p w14:paraId="46BBCCAF" w14:textId="77777777" w:rsidR="006633E6" w:rsidRPr="00DD198D" w:rsidRDefault="00000000">
      <w:pPr>
        <w:jc w:val="both"/>
        <w:rPr>
          <w:lang w:val="it-CH"/>
        </w:rPr>
      </w:pPr>
      <w:r w:rsidRPr="00DD198D">
        <w:rPr>
          <w:color w:val="000000"/>
          <w:lang w:val="it-CH"/>
        </w:rPr>
        <w:t>4.36. instalație integrată de tratare - conform prevederilor pct. 41 din anexa nr. la Ordonanța de urgență a Guvernului nr. 92/2021, cu modificările și completările ulterioare, înseamnă instalație de tratare a deșeurilor care implică cel puțin două activități ale serviciului de salubrizare și care asigură tratarea deșeurilor colectate separat, în două trepte, treapta mecanică, inclusiv sortare, după caz, și cea biologică anaerobă și/sau aerobă. În funcție de fluxul tehnologic/caracteristicile tehnologice al/ale instalației integrate de tratare, din instalație pot rezulta, după caz: deșeuri cu potențial de valorificare prin reciclare, compost, deșeuri tratate, inclusiv, după caz, CLO și/sau digestat, biogaz, RDF/SRF și reziduuri rezultate din procesele de tratare mecanică și biologică;</w:t>
      </w:r>
    </w:p>
    <w:p w14:paraId="2DA8308A" w14:textId="77777777" w:rsidR="006633E6" w:rsidRPr="00DD198D" w:rsidRDefault="00000000">
      <w:pPr>
        <w:jc w:val="both"/>
        <w:rPr>
          <w:lang w:val="it-CH"/>
        </w:rPr>
      </w:pPr>
      <w:r w:rsidRPr="00DD198D">
        <w:rPr>
          <w:color w:val="000000"/>
          <w:lang w:val="it-CH"/>
        </w:rPr>
        <w:t>4.37. indicatori de performanță - parametri ai serviciului de salubrizare, realizați de operatorul de servicii, pentru care se stabilesc niveluri minime de performanță și calitate, urmăriți la nivelul operatorului;</w:t>
      </w:r>
    </w:p>
    <w:p w14:paraId="285AE53E" w14:textId="77777777" w:rsidR="006633E6" w:rsidRPr="00DD198D" w:rsidRDefault="00000000">
      <w:pPr>
        <w:jc w:val="both"/>
        <w:rPr>
          <w:lang w:val="it-CH"/>
        </w:rPr>
      </w:pPr>
      <w:r w:rsidRPr="00DD198D">
        <w:rPr>
          <w:color w:val="000000"/>
          <w:lang w:val="it-CH"/>
        </w:rPr>
        <w:t>4.38. insulă ecologică digitalizată - conform prevederilor art. 2 alin. (4) pct. 10 din Legea nr. 101/2006, republicată, cu modificările și completările ulterioare, înseamnă punct de colectare a fracțiunilor de deșeuri municipale colectate separat, compus dintr-un ansamblu pentru colectarea separată a deșeurilor, subterane sau supraterane, protejat antivandalism și împotriva accesului neautorizat, dotat cu acces digitalizat pentru persoanele fizice arondate, și modul GSM pentru transmisie de date;</w:t>
      </w:r>
    </w:p>
    <w:p w14:paraId="42193D76" w14:textId="77777777" w:rsidR="006633E6" w:rsidRPr="00DD198D" w:rsidRDefault="00000000">
      <w:pPr>
        <w:jc w:val="both"/>
        <w:rPr>
          <w:lang w:val="it-CH"/>
        </w:rPr>
      </w:pPr>
      <w:r w:rsidRPr="00DD198D">
        <w:rPr>
          <w:color w:val="000000"/>
          <w:lang w:val="it-CH"/>
        </w:rPr>
        <w:t>4.39. licență - conform prevederilor art. 12 lit. d) din Regulamentul privind acordarea licențelor în domeniul serviciilor de utilități publice aflate în sfera de reglementare a Autorității Naționale de Reglementare pentru Serviciile Comunitare de Utilități Publice aprobat prin Ordinul președintelui A.N.R.S.C. nr. 100/2023, cu modificările și completările ulterioare;</w:t>
      </w:r>
    </w:p>
    <w:p w14:paraId="5D57ABB6" w14:textId="77777777" w:rsidR="006633E6" w:rsidRPr="00DD198D" w:rsidRDefault="00000000">
      <w:pPr>
        <w:jc w:val="both"/>
        <w:rPr>
          <w:lang w:val="it-CH"/>
        </w:rPr>
      </w:pPr>
      <w:r w:rsidRPr="00DD198D">
        <w:rPr>
          <w:color w:val="000000"/>
          <w:lang w:val="it-CH"/>
        </w:rPr>
        <w:lastRenderedPageBreak/>
        <w:t>4.40. măturatul căilor publice - operațiune de curățare a căilor publice, prin aplicarea unor procedee manuale sau mecanice, în vederea îndepărtării deșeurilor stradale de pe străzi și trotuare;</w:t>
      </w:r>
    </w:p>
    <w:p w14:paraId="076348C7" w14:textId="77777777" w:rsidR="006633E6" w:rsidRPr="00DD198D" w:rsidRDefault="00000000">
      <w:pPr>
        <w:jc w:val="both"/>
        <w:rPr>
          <w:lang w:val="it-CH"/>
        </w:rPr>
      </w:pPr>
      <w:r w:rsidRPr="00DD198D">
        <w:rPr>
          <w:color w:val="000000"/>
          <w:lang w:val="it-CH"/>
        </w:rPr>
        <w:t>4.41. producător de deșeuri - conform prevederilor pct. 24 din anexa nr. 1 la Ordonanța de urgență a Guvernului nr. 92/2021 privind regimul deșeurilor, cu modificările și completările ulterioare;</w:t>
      </w:r>
    </w:p>
    <w:p w14:paraId="06EB9DBD" w14:textId="77777777" w:rsidR="006633E6" w:rsidRPr="00DD198D" w:rsidRDefault="00000000">
      <w:pPr>
        <w:jc w:val="both"/>
        <w:rPr>
          <w:lang w:val="it-CH"/>
        </w:rPr>
      </w:pPr>
      <w:r w:rsidRPr="00DD198D">
        <w:rPr>
          <w:color w:val="000000"/>
          <w:lang w:val="it-CH"/>
        </w:rPr>
        <w:t>4.42. reciclare - conform prevederilor pct. 27 din anexa nr. la Ordonanța de urgență a Guvernului nr. 92/2021 privind regimul deșeurilor, cu modificările și completările ulterioare;</w:t>
      </w:r>
    </w:p>
    <w:p w14:paraId="180F0BEB" w14:textId="77777777" w:rsidR="006633E6" w:rsidRPr="00DD198D" w:rsidRDefault="00000000">
      <w:pPr>
        <w:jc w:val="both"/>
        <w:rPr>
          <w:lang w:val="it-CH"/>
        </w:rPr>
      </w:pPr>
      <w:r w:rsidRPr="00DD198D">
        <w:rPr>
          <w:color w:val="000000"/>
          <w:lang w:val="it-CH"/>
        </w:rPr>
        <w:t>4.43. RDF - "Refuse Derived Fuel" - conform prevederilor pct. 42 din anexa nr. la Ordonanța de urgență a Guvernului nr. 92/2021, cu modificările și completările ulterioare, înseamnă mixtură provenită din deșeuri municipale solide nepericuloase tratate, inclusiv sortate, utilizată drept combustibil alternativ în instalații de incinerare și coincinerare, dar și în alte sectoare care produc căldură/energie;</w:t>
      </w:r>
    </w:p>
    <w:p w14:paraId="1448E8F3" w14:textId="77777777" w:rsidR="006633E6" w:rsidRPr="00DD198D" w:rsidRDefault="00000000">
      <w:pPr>
        <w:jc w:val="both"/>
        <w:rPr>
          <w:lang w:val="it-CH"/>
        </w:rPr>
      </w:pPr>
      <w:r w:rsidRPr="00DD198D">
        <w:rPr>
          <w:color w:val="000000"/>
          <w:lang w:val="it-CH"/>
        </w:rPr>
        <w:t>4.44. rețetă - ansamblu de specificații care descriu materialele utilizate pe sortimente, cantități, concentrații ale soluțiilor pentru o anumită operațiune de deratizare, dezinfecție sau dezinsecție și un anumit tip de obiectiv;</w:t>
      </w:r>
    </w:p>
    <w:p w14:paraId="4C1D7D0E" w14:textId="77777777" w:rsidR="006633E6" w:rsidRPr="00DD198D" w:rsidRDefault="00000000">
      <w:pPr>
        <w:jc w:val="both"/>
        <w:rPr>
          <w:lang w:val="it-CH"/>
        </w:rPr>
      </w:pPr>
      <w:r w:rsidRPr="00DD198D">
        <w:rPr>
          <w:color w:val="000000"/>
          <w:lang w:val="it-CH"/>
        </w:rPr>
        <w:t>4.45. reziduuri - înseamnă deșeurile rezultate din procesul de tratare, destinate a fi transportate la depozit și/sau la instalațiile de valorificare energetică;</w:t>
      </w:r>
    </w:p>
    <w:p w14:paraId="22536691" w14:textId="77777777" w:rsidR="006633E6" w:rsidRPr="00DD198D" w:rsidRDefault="00000000">
      <w:pPr>
        <w:jc w:val="both"/>
        <w:rPr>
          <w:lang w:val="it-CH"/>
        </w:rPr>
      </w:pPr>
      <w:r w:rsidRPr="00DD198D">
        <w:rPr>
          <w:color w:val="000000"/>
          <w:lang w:val="it-CH"/>
        </w:rPr>
        <w:t>4.46. salubrizare - totalitatea operațiunilor și activităților necesare pentru păstrarea unui aspect salubru al localităților;</w:t>
      </w:r>
    </w:p>
    <w:p w14:paraId="74929267" w14:textId="77777777" w:rsidR="006633E6" w:rsidRPr="00DD198D" w:rsidRDefault="00000000">
      <w:pPr>
        <w:jc w:val="both"/>
        <w:rPr>
          <w:lang w:val="it-CH"/>
        </w:rPr>
      </w:pPr>
      <w:r w:rsidRPr="00DD198D">
        <w:rPr>
          <w:color w:val="000000"/>
          <w:lang w:val="it-CH"/>
        </w:rPr>
        <w:t>4.47. sistem public de salubrizare - ansamblul instalațiilor tehnologice, echipamentelor funcționale și dotărilor specifice, construcțiilor și terenurilor aferente prin care se realizează serviciul de salubrizare;</w:t>
      </w:r>
    </w:p>
    <w:p w14:paraId="36076F6E" w14:textId="77777777" w:rsidR="006633E6" w:rsidRPr="00DD198D" w:rsidRDefault="00000000">
      <w:pPr>
        <w:jc w:val="both"/>
        <w:rPr>
          <w:lang w:val="it-CH"/>
        </w:rPr>
      </w:pPr>
      <w:r w:rsidRPr="00DD198D">
        <w:rPr>
          <w:color w:val="000000"/>
          <w:lang w:val="it-CH"/>
        </w:rPr>
        <w:t>4.48. sortare - activitatea de separare pe categorii și stocare temporară a deșeurilor reciclabile în vederea transportării lor la operatorii economici specializați în valorificarea acestora;</w:t>
      </w:r>
    </w:p>
    <w:p w14:paraId="564AAC19" w14:textId="77777777" w:rsidR="006633E6" w:rsidRPr="00DD198D" w:rsidRDefault="00000000">
      <w:pPr>
        <w:jc w:val="both"/>
        <w:rPr>
          <w:lang w:val="it-CH"/>
        </w:rPr>
      </w:pPr>
      <w:r w:rsidRPr="00DD198D">
        <w:rPr>
          <w:color w:val="000000"/>
          <w:lang w:val="it-CH"/>
        </w:rPr>
        <w:t>4.49. spălarea căilor publice - operațiune care se execută mecanizat, cu instalații speciale, folosindu-se apa, cu sau fără soluții speciale, în vederea îndepărtării prafului de pe străzi și trotuare;</w:t>
      </w:r>
    </w:p>
    <w:p w14:paraId="09B90C75" w14:textId="77777777" w:rsidR="006633E6" w:rsidRPr="00DD198D" w:rsidRDefault="00000000">
      <w:pPr>
        <w:jc w:val="both"/>
        <w:rPr>
          <w:lang w:val="it-CH"/>
        </w:rPr>
      </w:pPr>
      <w:r w:rsidRPr="00DD198D">
        <w:rPr>
          <w:color w:val="000000"/>
          <w:lang w:val="it-CH"/>
        </w:rPr>
        <w:t>4.50. SRF - "Solid Recovery Fuel" - conform prevederilor pct. 43 din anexa nr. la Ordonanța de urgență a Guvernului nr. 92/2021, cu modificările și completările ulterioare, înseamnă produs rezultat din tratarea deșeurilor municipale solide nepericuloase, care respectă standardul european EN ISO 21640:20211, utilizat drept combustibil alternativ în instalațiile de incinerare și coincinerare a deșeurilor, dar și în alte sectoare care produc căldură/energie;</w:t>
      </w:r>
    </w:p>
    <w:p w14:paraId="1B1FA206" w14:textId="77777777" w:rsidR="006633E6" w:rsidRPr="00DD198D" w:rsidRDefault="00000000">
      <w:pPr>
        <w:jc w:val="both"/>
        <w:rPr>
          <w:lang w:val="it-CH"/>
        </w:rPr>
      </w:pPr>
      <w:r w:rsidRPr="00DD198D">
        <w:rPr>
          <w:color w:val="000000"/>
          <w:lang w:val="it-CH"/>
        </w:rPr>
        <w:t>4.51. stație de transfer - spațiu special amenajat pentru stocarea temporară a deșeurilor, în vederea transportării centralizate a acestora la o stație de tratare;</w:t>
      </w:r>
    </w:p>
    <w:p w14:paraId="27977887" w14:textId="77777777" w:rsidR="006633E6" w:rsidRPr="00DD198D" w:rsidRDefault="00000000">
      <w:pPr>
        <w:jc w:val="both"/>
        <w:rPr>
          <w:lang w:val="it-CH"/>
        </w:rPr>
      </w:pPr>
      <w:r w:rsidRPr="00DD198D">
        <w:rPr>
          <w:color w:val="000000"/>
          <w:lang w:val="it-CH"/>
        </w:rPr>
        <w:t>4.52. stropitul căilor publice - operațiune de dispersare a apei pe suprafețele de circulație, indiferent de natura îmbrăcămintei acestora, inclusiv pe trotuare, executată manual sau mecanizat, cu ajutorul unor instalații specializate, în scopul creării unui microclimat favorabil îmbunătățirii stării igienice a localităților și evitării formării prafului;</w:t>
      </w:r>
    </w:p>
    <w:p w14:paraId="78F79D4B" w14:textId="77777777" w:rsidR="006633E6" w:rsidRPr="00DD198D" w:rsidRDefault="00000000">
      <w:pPr>
        <w:jc w:val="both"/>
        <w:rPr>
          <w:lang w:val="it-CH"/>
        </w:rPr>
      </w:pPr>
      <w:r w:rsidRPr="00DD198D">
        <w:rPr>
          <w:color w:val="000000"/>
          <w:lang w:val="it-CH"/>
        </w:rPr>
        <w:t>4.53. tratare - conform prevederilor pct. 32 din anexa nr. 1 la Ordonanța Guvernului nr. 92/2021, cu modificările și completările ulterioare, înseamnă operațiunile de valorificare sau eliminare, inclusiv pregătirea prealabilă valorificării sau eliminării;</w:t>
      </w:r>
    </w:p>
    <w:p w14:paraId="4E5A46AC" w14:textId="77777777" w:rsidR="006633E6" w:rsidRPr="00DD198D" w:rsidRDefault="00000000">
      <w:pPr>
        <w:jc w:val="both"/>
        <w:rPr>
          <w:lang w:val="it-CH"/>
        </w:rPr>
      </w:pPr>
      <w:r w:rsidRPr="00DD198D">
        <w:rPr>
          <w:color w:val="000000"/>
          <w:lang w:val="it-CH"/>
        </w:rPr>
        <w:t>4.54. tobogan - jgheab sau tubulatură folosită drept mijloc de transport prin alunecare a deșeurilor;</w:t>
      </w:r>
    </w:p>
    <w:p w14:paraId="78561B35" w14:textId="77777777" w:rsidR="006633E6" w:rsidRPr="00DD198D" w:rsidRDefault="00000000">
      <w:pPr>
        <w:jc w:val="both"/>
        <w:rPr>
          <w:lang w:val="it-CH"/>
        </w:rPr>
      </w:pPr>
      <w:r w:rsidRPr="00DD198D">
        <w:rPr>
          <w:color w:val="000000"/>
          <w:lang w:val="it-CH"/>
        </w:rPr>
        <w:t>4.55. utilizatori - conform prevederilor art. 2 alin. (4) pct. 13 din Legea nr. 101/2006, republicată, cu modificările și completările ulterioare;</w:t>
      </w:r>
    </w:p>
    <w:p w14:paraId="1A5EC195" w14:textId="77777777" w:rsidR="006633E6" w:rsidRPr="00DD198D" w:rsidRDefault="00000000">
      <w:pPr>
        <w:jc w:val="both"/>
        <w:rPr>
          <w:lang w:val="it-CH"/>
        </w:rPr>
      </w:pPr>
      <w:r w:rsidRPr="00DD198D">
        <w:rPr>
          <w:color w:val="000000"/>
          <w:lang w:val="it-CH"/>
        </w:rPr>
        <w:t>4.56. valorificare - conform prevederilor pct. 36 din anexa nr. 1 la Ordonanța de urgență a Guvernului nr. 92/2021, cu modificările și completările ulterioare;</w:t>
      </w:r>
    </w:p>
    <w:p w14:paraId="40353863" w14:textId="77777777" w:rsidR="006633E6" w:rsidRPr="00DD198D" w:rsidRDefault="00000000">
      <w:pPr>
        <w:jc w:val="both"/>
        <w:rPr>
          <w:lang w:val="it-CH"/>
        </w:rPr>
      </w:pPr>
      <w:r w:rsidRPr="00DD198D">
        <w:rPr>
          <w:color w:val="000000"/>
          <w:lang w:val="it-CH"/>
        </w:rPr>
        <w:lastRenderedPageBreak/>
        <w:t>4.57. valorificare materială - conform prevederilor pct. 37 din anexa nr. la Ordonanța de urgență a Guvernului nr. 92/2021, cu modificările și completările ulterioare, înseamnă orice operațiune de valorificare, alta decât valorificarea energetică, și reprelucrarea în materiale care urmează să fie folosite drept combustibil sau alte modalități de producere a energiei. Aceasta cuprinde, printre altele, pregătirea pentru reutilizare, reciclarea și rambleierea;</w:t>
      </w:r>
    </w:p>
    <w:p w14:paraId="54C0FDD6" w14:textId="77777777" w:rsidR="006633E6" w:rsidRPr="00DD198D" w:rsidRDefault="00000000">
      <w:pPr>
        <w:jc w:val="both"/>
        <w:rPr>
          <w:lang w:val="it-CH"/>
        </w:rPr>
      </w:pPr>
      <w:r w:rsidRPr="00DD198D">
        <w:rPr>
          <w:color w:val="000000"/>
          <w:lang w:val="it-CH"/>
        </w:rPr>
        <w:t>4.58. vector - organism (insectă, rozătoare) care răspândește un parazit, un virus sau un agent patogen de la un animal la altul, de la om la om ori de la animale la om.</w:t>
      </w:r>
    </w:p>
    <w:p w14:paraId="0AD6ECB6" w14:textId="77777777" w:rsidR="006633E6" w:rsidRPr="00DD198D" w:rsidRDefault="00000000">
      <w:pPr>
        <w:keepNext/>
        <w:spacing w:before="120"/>
        <w:rPr>
          <w:lang w:val="it-CH"/>
        </w:rPr>
      </w:pPr>
      <w:r w:rsidRPr="00DD198D">
        <w:rPr>
          <w:b/>
          <w:color w:val="000000"/>
          <w:lang w:val="it-CH"/>
        </w:rPr>
        <w:t>ART. 5</w:t>
      </w:r>
    </w:p>
    <w:p w14:paraId="7243C028" w14:textId="77777777" w:rsidR="006633E6" w:rsidRPr="00DD198D" w:rsidRDefault="00000000">
      <w:pPr>
        <w:ind w:firstLine="425"/>
        <w:jc w:val="both"/>
        <w:rPr>
          <w:lang w:val="it-CH"/>
        </w:rPr>
      </w:pPr>
      <w:r w:rsidRPr="00DD198D">
        <w:rPr>
          <w:color w:val="000000"/>
          <w:lang w:val="it-CH"/>
        </w:rPr>
        <w:t>(1) Serviciul de salubrizare se realizează prin intermediul unui sistem de salubrizare, alcătuit din bunuri aflate în domeniul public și privat al unității administrativ-teritoriale și/sau din bunurile aflate în proprietatea privată a operatorilor, care sunt cuprinse în Planul județean de gestionare a deșeurilor.</w:t>
      </w:r>
    </w:p>
    <w:p w14:paraId="2C2FA7A8" w14:textId="77777777" w:rsidR="006633E6" w:rsidRPr="00DD198D" w:rsidRDefault="00000000">
      <w:pPr>
        <w:ind w:firstLine="425"/>
        <w:jc w:val="both"/>
        <w:rPr>
          <w:lang w:val="it-CH"/>
        </w:rPr>
      </w:pPr>
      <w:r w:rsidRPr="00DD198D">
        <w:rPr>
          <w:color w:val="000000"/>
          <w:lang w:val="it-CH"/>
        </w:rPr>
        <w:t>(2) Sistemul de salubrizare este alcătuit dintr-un ansamblu tehnologic și funcțional, care cuprinde construcții, instalații și echipamente specifice destinate prestării serviciului de salubrizare, precum:</w:t>
      </w:r>
    </w:p>
    <w:p w14:paraId="3B3FABE0" w14:textId="77777777" w:rsidR="006633E6" w:rsidRPr="00DD198D" w:rsidRDefault="00000000">
      <w:pPr>
        <w:ind w:left="425"/>
        <w:jc w:val="both"/>
        <w:rPr>
          <w:lang w:val="pt-PT"/>
        </w:rPr>
      </w:pPr>
      <w:r w:rsidRPr="00DD198D">
        <w:rPr>
          <w:color w:val="000000"/>
          <w:lang w:val="pt-PT"/>
        </w:rPr>
        <w:t>a) puncte de colectare/insule ecologice digitalizate de colectare separată a deșeurilor;</w:t>
      </w:r>
    </w:p>
    <w:p w14:paraId="14B19408" w14:textId="77777777" w:rsidR="006633E6" w:rsidRPr="00DD198D" w:rsidRDefault="00000000">
      <w:pPr>
        <w:ind w:left="425"/>
        <w:jc w:val="both"/>
        <w:rPr>
          <w:lang w:val="pt-PT"/>
        </w:rPr>
      </w:pPr>
      <w:r w:rsidRPr="00DD198D">
        <w:rPr>
          <w:color w:val="000000"/>
          <w:lang w:val="pt-PT"/>
        </w:rPr>
        <w:t>b) centre de colectare prin aport voluntar a deșeurilor;</w:t>
      </w:r>
    </w:p>
    <w:p w14:paraId="7B88C0B5" w14:textId="77777777" w:rsidR="006633E6" w:rsidRPr="00DD198D" w:rsidRDefault="00000000">
      <w:pPr>
        <w:ind w:left="425"/>
        <w:jc w:val="both"/>
        <w:rPr>
          <w:lang w:val="pt-PT"/>
        </w:rPr>
      </w:pPr>
      <w:r w:rsidRPr="00DD198D">
        <w:rPr>
          <w:color w:val="000000"/>
          <w:lang w:val="pt-PT"/>
        </w:rPr>
        <w:t>c) autospeciale și utilaje specifice serviciului de salubrizare;</w:t>
      </w:r>
    </w:p>
    <w:p w14:paraId="4855DCBC" w14:textId="77777777" w:rsidR="006633E6" w:rsidRPr="00DD198D" w:rsidRDefault="00000000">
      <w:pPr>
        <w:ind w:left="425"/>
        <w:jc w:val="both"/>
        <w:rPr>
          <w:lang w:val="pt-PT"/>
        </w:rPr>
      </w:pPr>
      <w:r w:rsidRPr="00DD198D">
        <w:rPr>
          <w:color w:val="000000"/>
          <w:lang w:val="pt-PT"/>
        </w:rPr>
        <w:t>d) baze de garare și întreținere a autovehiculelor specifice serviciului de salubrizare;</w:t>
      </w:r>
    </w:p>
    <w:p w14:paraId="2101F13D" w14:textId="77777777" w:rsidR="006633E6" w:rsidRPr="00DD198D" w:rsidRDefault="00000000">
      <w:pPr>
        <w:ind w:left="425"/>
        <w:jc w:val="both"/>
        <w:rPr>
          <w:lang w:val="pt-PT"/>
        </w:rPr>
      </w:pPr>
      <w:r w:rsidRPr="00DD198D">
        <w:rPr>
          <w:color w:val="000000"/>
          <w:lang w:val="pt-PT"/>
        </w:rPr>
        <w:t>e) stații de transfer,</w:t>
      </w:r>
    </w:p>
    <w:p w14:paraId="62907BF0" w14:textId="77777777" w:rsidR="006633E6" w:rsidRPr="00DD198D" w:rsidRDefault="00000000">
      <w:pPr>
        <w:ind w:left="425"/>
        <w:jc w:val="both"/>
        <w:rPr>
          <w:lang w:val="pt-PT"/>
        </w:rPr>
      </w:pPr>
      <w:r w:rsidRPr="00DD198D">
        <w:rPr>
          <w:color w:val="000000"/>
          <w:lang w:val="pt-PT"/>
        </w:rPr>
        <w:t>f) instalații de sortare;</w:t>
      </w:r>
    </w:p>
    <w:p w14:paraId="5BEF8AAA" w14:textId="77777777" w:rsidR="006633E6" w:rsidRPr="00DD198D" w:rsidRDefault="00000000">
      <w:pPr>
        <w:ind w:left="425"/>
        <w:jc w:val="both"/>
        <w:rPr>
          <w:lang w:val="pt-PT"/>
        </w:rPr>
      </w:pPr>
      <w:r w:rsidRPr="00DD198D">
        <w:rPr>
          <w:color w:val="000000"/>
          <w:lang w:val="pt-PT"/>
        </w:rPr>
        <w:t>g) instalații de compostare;</w:t>
      </w:r>
    </w:p>
    <w:p w14:paraId="0FA78BDB" w14:textId="77777777" w:rsidR="006633E6" w:rsidRPr="00DD198D" w:rsidRDefault="00000000">
      <w:pPr>
        <w:ind w:left="425"/>
        <w:jc w:val="both"/>
        <w:rPr>
          <w:lang w:val="pt-PT"/>
        </w:rPr>
      </w:pPr>
      <w:r w:rsidRPr="00DD198D">
        <w:rPr>
          <w:color w:val="000000"/>
          <w:lang w:val="pt-PT"/>
        </w:rPr>
        <w:t>h) instalații de digestie anaerobă;</w:t>
      </w:r>
    </w:p>
    <w:p w14:paraId="29ACF9D9" w14:textId="77777777" w:rsidR="006633E6" w:rsidRPr="00DD198D" w:rsidRDefault="00000000">
      <w:pPr>
        <w:ind w:left="425"/>
        <w:jc w:val="both"/>
        <w:rPr>
          <w:lang w:val="pt-PT"/>
        </w:rPr>
      </w:pPr>
      <w:r w:rsidRPr="00DD198D">
        <w:rPr>
          <w:color w:val="000000"/>
          <w:lang w:val="pt-PT"/>
        </w:rPr>
        <w:t>i) instalații de tratare mecano-biologică;</w:t>
      </w:r>
    </w:p>
    <w:p w14:paraId="6BF9B087" w14:textId="77777777" w:rsidR="006633E6" w:rsidRPr="00DD198D" w:rsidRDefault="00000000">
      <w:pPr>
        <w:ind w:left="425"/>
        <w:jc w:val="both"/>
        <w:rPr>
          <w:lang w:val="pt-PT"/>
        </w:rPr>
      </w:pPr>
      <w:r w:rsidRPr="00DD198D">
        <w:rPr>
          <w:color w:val="000000"/>
          <w:lang w:val="pt-PT"/>
        </w:rPr>
        <w:t>j) instalații integrate de tratare;</w:t>
      </w:r>
    </w:p>
    <w:p w14:paraId="64F61BCF" w14:textId="77777777" w:rsidR="006633E6" w:rsidRPr="00DD198D" w:rsidRDefault="00000000">
      <w:pPr>
        <w:ind w:left="425"/>
        <w:jc w:val="both"/>
        <w:rPr>
          <w:lang w:val="pt-PT"/>
        </w:rPr>
      </w:pPr>
      <w:r w:rsidRPr="00DD198D">
        <w:rPr>
          <w:color w:val="000000"/>
          <w:lang w:val="pt-PT"/>
        </w:rPr>
        <w:t>k) instalații de incinerare cu eficiență energetică ridicată;</w:t>
      </w:r>
    </w:p>
    <w:p w14:paraId="5095BC46" w14:textId="77777777" w:rsidR="006633E6" w:rsidRPr="00DD198D" w:rsidRDefault="00000000">
      <w:pPr>
        <w:ind w:left="425"/>
        <w:jc w:val="both"/>
        <w:rPr>
          <w:lang w:val="pt-PT"/>
        </w:rPr>
      </w:pPr>
      <w:r w:rsidRPr="00DD198D">
        <w:rPr>
          <w:color w:val="000000"/>
          <w:lang w:val="pt-PT"/>
        </w:rPr>
        <w:t>l) depozite de deșeuri nepericuloase pentru deșeuri municipale.</w:t>
      </w:r>
    </w:p>
    <w:p w14:paraId="1B64AEBC" w14:textId="77777777" w:rsidR="006633E6" w:rsidRPr="00DD198D" w:rsidRDefault="00000000">
      <w:pPr>
        <w:ind w:firstLine="425"/>
        <w:jc w:val="both"/>
        <w:rPr>
          <w:lang w:val="pt-PT"/>
        </w:rPr>
      </w:pPr>
      <w:r w:rsidRPr="00DD198D">
        <w:rPr>
          <w:color w:val="000000"/>
          <w:lang w:val="pt-PT"/>
        </w:rPr>
        <w:t>(3) Prestarea activităților de salubrizare prin intermediul componentelor sistemelor de salubrizare se va realiza de către operatori numai după obținerea autorizației/autorizației integrate de mediu.</w:t>
      </w:r>
    </w:p>
    <w:p w14:paraId="00902BF5" w14:textId="77777777" w:rsidR="006633E6" w:rsidRPr="00DD198D" w:rsidRDefault="00000000">
      <w:pPr>
        <w:keepNext/>
        <w:spacing w:before="120"/>
        <w:rPr>
          <w:lang w:val="pt-PT"/>
        </w:rPr>
      </w:pPr>
      <w:r w:rsidRPr="00DD198D">
        <w:rPr>
          <w:b/>
          <w:color w:val="000000"/>
          <w:lang w:val="pt-PT"/>
        </w:rPr>
        <w:t>ART. 6</w:t>
      </w:r>
    </w:p>
    <w:p w14:paraId="35F2F852" w14:textId="77777777" w:rsidR="006633E6" w:rsidRPr="00DD198D" w:rsidRDefault="00000000">
      <w:pPr>
        <w:jc w:val="both"/>
        <w:rPr>
          <w:lang w:val="pt-PT"/>
        </w:rPr>
      </w:pPr>
      <w:r w:rsidRPr="00DD198D">
        <w:rPr>
          <w:color w:val="000000"/>
          <w:lang w:val="pt-PT"/>
        </w:rPr>
        <w:t>Operatorii serviciului de salubrizare au obligația:</w:t>
      </w:r>
    </w:p>
    <w:p w14:paraId="452D42F9" w14:textId="77777777" w:rsidR="006633E6" w:rsidRPr="00DD198D" w:rsidRDefault="00000000">
      <w:pPr>
        <w:ind w:left="425"/>
        <w:jc w:val="both"/>
        <w:rPr>
          <w:lang w:val="pt-PT"/>
        </w:rPr>
      </w:pPr>
      <w:r w:rsidRPr="00DD198D">
        <w:rPr>
          <w:color w:val="000000"/>
          <w:lang w:val="pt-PT"/>
        </w:rPr>
        <w:t>a) să îndeplinească indicatorii de performanță prevăzuți în contractul de delegare sau, după caz, în hotărârea de dare în administrare a activității/activităților specifice serviciului de salubrizare, stabiliți de către autoritatea administrației publice locale cu respectarea indicatorilor prevăzuți în Anexa 1 la prezentul regulament care includ și indicatorii minimi de performanță prevăzuți în anexa nr. 5 la Ordonanța de urgență a Guvernului nr. 92/2021, cu modificările și completările ulterioare;</w:t>
      </w:r>
    </w:p>
    <w:p w14:paraId="746F1FF3" w14:textId="77777777" w:rsidR="006633E6" w:rsidRPr="00DD198D" w:rsidRDefault="00000000">
      <w:pPr>
        <w:ind w:left="425"/>
        <w:jc w:val="both"/>
        <w:rPr>
          <w:lang w:val="pt-PT"/>
        </w:rPr>
      </w:pPr>
      <w:r w:rsidRPr="00DD198D">
        <w:rPr>
          <w:color w:val="000000"/>
          <w:lang w:val="pt-PT"/>
        </w:rPr>
        <w:t>b) să instituie sisteme de monitorizare și raportare a tuturor informațiilor și datelor solicitate de către autoritatea administrației publice locale/asociația de dezvoltare intercomunitară și/sau către autoritățile competente ale administrației publice centrale, inclusiv a indicatorilor de performanță realizați;</w:t>
      </w:r>
    </w:p>
    <w:p w14:paraId="662990C8" w14:textId="77777777" w:rsidR="006633E6" w:rsidRPr="00DD198D" w:rsidRDefault="00000000">
      <w:pPr>
        <w:ind w:left="425"/>
        <w:jc w:val="both"/>
        <w:rPr>
          <w:lang w:val="pt-PT"/>
        </w:rPr>
      </w:pPr>
      <w:r w:rsidRPr="00DD198D">
        <w:rPr>
          <w:color w:val="000000"/>
          <w:lang w:val="pt-PT"/>
        </w:rPr>
        <w:t xml:space="preserve">c) să organizeze o evidență a cantităților de deșeuri gestionate aferente fiecărei activități, inclusiv, dacă este cazul, prin utilizarea Sistemului informatic de asigurare a trasabilității deșeurilor </w:t>
      </w:r>
      <w:r w:rsidRPr="00DD198D">
        <w:rPr>
          <w:color w:val="000000"/>
          <w:lang w:val="pt-PT"/>
        </w:rPr>
        <w:lastRenderedPageBreak/>
        <w:t>(SIATD) și întocmirea documentației necesare pentru acoperirea costurilor de către organizațiile care implementează răspunderea extinsă a producătorului.</w:t>
      </w:r>
    </w:p>
    <w:p w14:paraId="63A42AE3" w14:textId="77777777" w:rsidR="006633E6" w:rsidRPr="00DD198D" w:rsidRDefault="00000000">
      <w:pPr>
        <w:keepNext/>
        <w:spacing w:before="200" w:after="120"/>
        <w:jc w:val="center"/>
        <w:rPr>
          <w:lang w:val="it-CH"/>
        </w:rPr>
      </w:pPr>
      <w:r w:rsidRPr="00DD198D">
        <w:rPr>
          <w:b/>
          <w:color w:val="000000"/>
          <w:lang w:val="it-CH"/>
        </w:rPr>
        <w:t>SECȚIUNEA a 2-a Accesul la serviciul de salubrizare</w:t>
      </w:r>
    </w:p>
    <w:p w14:paraId="2C0E2553" w14:textId="77777777" w:rsidR="006633E6" w:rsidRPr="00DD198D" w:rsidRDefault="00000000">
      <w:pPr>
        <w:keepNext/>
        <w:spacing w:before="120"/>
        <w:rPr>
          <w:lang w:val="pt-PT"/>
        </w:rPr>
      </w:pPr>
      <w:r w:rsidRPr="00DD198D">
        <w:rPr>
          <w:b/>
          <w:color w:val="000000"/>
          <w:lang w:val="pt-PT"/>
        </w:rPr>
        <w:t>ART. 7</w:t>
      </w:r>
    </w:p>
    <w:p w14:paraId="35BAB958" w14:textId="77777777" w:rsidR="006633E6" w:rsidRPr="00DD198D" w:rsidRDefault="00000000">
      <w:pPr>
        <w:ind w:firstLine="425"/>
        <w:jc w:val="both"/>
        <w:rPr>
          <w:lang w:val="pt-PT"/>
        </w:rPr>
      </w:pPr>
      <w:r w:rsidRPr="00DD198D">
        <w:rPr>
          <w:color w:val="000000"/>
          <w:lang w:val="pt-PT"/>
        </w:rPr>
        <w:t>(1) Toți utilizatorii, persoane fizice sau juridice, de pe teritoriul localității unde este organizat serviciul de salubrizare, au garantat dreptul de a beneficia de acest serviciu.</w:t>
      </w:r>
    </w:p>
    <w:p w14:paraId="576536CA" w14:textId="77777777" w:rsidR="006633E6" w:rsidRPr="00DD198D" w:rsidRDefault="00000000">
      <w:pPr>
        <w:ind w:firstLine="425"/>
        <w:jc w:val="both"/>
        <w:rPr>
          <w:lang w:val="it-CH"/>
        </w:rPr>
      </w:pPr>
      <w:r w:rsidRPr="00DD198D">
        <w:rPr>
          <w:color w:val="000000"/>
          <w:lang w:val="it-CH"/>
        </w:rPr>
        <w:t>(2) Utilizatorii au drept de acces, fără discriminare, la informațiile publice privind serviciul de salubrizare, la indicatorii de performanță ai serviciului, la structura tarifară și la clauzele contractuale.</w:t>
      </w:r>
    </w:p>
    <w:p w14:paraId="60F3CAB5" w14:textId="77777777" w:rsidR="006633E6" w:rsidRPr="00DD198D" w:rsidRDefault="00000000">
      <w:pPr>
        <w:ind w:firstLine="425"/>
        <w:jc w:val="both"/>
        <w:rPr>
          <w:lang w:val="it-CH"/>
        </w:rPr>
      </w:pPr>
      <w:r w:rsidRPr="00DD198D">
        <w:rPr>
          <w:color w:val="000000"/>
          <w:lang w:val="it-CH"/>
        </w:rPr>
        <w:t>(3) Operatorul serviciului de salubrizare este obligat ca prin modul de prestare a serviciului să asigure protecția sănătății publice utilizând numai mijloace și utilaje corespunzătoare cerințelor autorităților competente din domeniul sănătății publice și al protecției mediului.</w:t>
      </w:r>
    </w:p>
    <w:p w14:paraId="03B46E1B" w14:textId="77777777" w:rsidR="006633E6" w:rsidRPr="00DD198D" w:rsidRDefault="00000000">
      <w:pPr>
        <w:ind w:firstLine="425"/>
        <w:jc w:val="both"/>
        <w:rPr>
          <w:lang w:val="it-CH"/>
        </w:rPr>
      </w:pPr>
      <w:r w:rsidRPr="00DD198D">
        <w:rPr>
          <w:color w:val="000000"/>
          <w:lang w:val="it-CH"/>
        </w:rPr>
        <w:t>(4) Operatorul serviciului de salubrizare este obligat să asigure continuitatea serviciului cu respectarea programului aprobat de autoritatea administrației publice locale și a prevederilor legale în vigoare, cu excepția cazurilor de forță majoră care vor fi menționate în contractul de delegare sau în hotărârea de dare în administrare a serviciului.</w:t>
      </w:r>
    </w:p>
    <w:p w14:paraId="3BF0A7F3" w14:textId="77777777" w:rsidR="006633E6" w:rsidRPr="00DD198D" w:rsidRDefault="00000000">
      <w:pPr>
        <w:keepNext/>
        <w:spacing w:before="200" w:after="120"/>
        <w:jc w:val="center"/>
        <w:rPr>
          <w:lang w:val="it-CH"/>
        </w:rPr>
      </w:pPr>
      <w:r w:rsidRPr="00DD198D">
        <w:rPr>
          <w:b/>
          <w:color w:val="000000"/>
          <w:lang w:val="it-CH"/>
        </w:rPr>
        <w:t>SECȚIUNEA a 3-a Obligații privind documentația tehnică</w:t>
      </w:r>
    </w:p>
    <w:p w14:paraId="1A67DA37" w14:textId="77777777" w:rsidR="006633E6" w:rsidRPr="00DD198D" w:rsidRDefault="00000000">
      <w:pPr>
        <w:keepNext/>
        <w:spacing w:before="120"/>
        <w:rPr>
          <w:lang w:val="it-CH"/>
        </w:rPr>
      </w:pPr>
      <w:r w:rsidRPr="00DD198D">
        <w:rPr>
          <w:b/>
          <w:color w:val="000000"/>
          <w:lang w:val="it-CH"/>
        </w:rPr>
        <w:t>ART. 8</w:t>
      </w:r>
    </w:p>
    <w:p w14:paraId="1D2B27A8" w14:textId="77777777" w:rsidR="006633E6" w:rsidRPr="00DD198D" w:rsidRDefault="00000000">
      <w:pPr>
        <w:jc w:val="both"/>
        <w:rPr>
          <w:lang w:val="it-CH"/>
        </w:rPr>
      </w:pPr>
      <w:r w:rsidRPr="00DD198D">
        <w:rPr>
          <w:color w:val="000000"/>
          <w:lang w:val="it-CH"/>
        </w:rPr>
        <w:t>Prezentul regulament stabilește obligațiile operatorilor în ceea ce privește deținerea și păstrarea documentației tehnice minime a infrastructurii care formează sistemul public de salubrizare.</w:t>
      </w:r>
    </w:p>
    <w:p w14:paraId="1B9D09F0" w14:textId="77777777" w:rsidR="006633E6" w:rsidRPr="00DD198D" w:rsidRDefault="00000000">
      <w:pPr>
        <w:keepNext/>
        <w:spacing w:before="120"/>
        <w:rPr>
          <w:lang w:val="it-CH"/>
        </w:rPr>
      </w:pPr>
      <w:r w:rsidRPr="00DD198D">
        <w:rPr>
          <w:b/>
          <w:color w:val="000000"/>
          <w:lang w:val="it-CH"/>
        </w:rPr>
        <w:t>ART. 9</w:t>
      </w:r>
    </w:p>
    <w:p w14:paraId="7292EE9D" w14:textId="77777777" w:rsidR="006633E6" w:rsidRPr="00DD198D" w:rsidRDefault="00000000">
      <w:pPr>
        <w:ind w:firstLine="425"/>
        <w:jc w:val="both"/>
        <w:rPr>
          <w:lang w:val="it-CH"/>
        </w:rPr>
      </w:pPr>
      <w:r w:rsidRPr="00DD198D">
        <w:rPr>
          <w:color w:val="000000"/>
          <w:lang w:val="it-CH"/>
        </w:rPr>
        <w:t>(1) Fiecare operator va deține și va actualiza, în funcție de specificul activității de salubrizare prestate și în conformitate cu normele aplicabile, următoarele documente de bază puse la dispoziție de către autoritatea administrației publice locale și/sau generate din activitatea desfășurată:</w:t>
      </w:r>
    </w:p>
    <w:p w14:paraId="09D8E03E" w14:textId="77777777" w:rsidR="006633E6" w:rsidRPr="00DD198D" w:rsidRDefault="00000000">
      <w:pPr>
        <w:ind w:left="425"/>
        <w:jc w:val="both"/>
        <w:rPr>
          <w:lang w:val="it-CH"/>
        </w:rPr>
      </w:pPr>
      <w:r w:rsidRPr="00DD198D">
        <w:rPr>
          <w:color w:val="000000"/>
          <w:lang w:val="it-CH"/>
        </w:rPr>
        <w:t>a) planurile generale cu amplasarea construcțiilor și a instalațiilor aflate în exploatare;</w:t>
      </w:r>
    </w:p>
    <w:p w14:paraId="601F70E1" w14:textId="77777777" w:rsidR="006633E6" w:rsidRPr="00DD198D" w:rsidRDefault="00000000">
      <w:pPr>
        <w:ind w:left="425"/>
        <w:jc w:val="both"/>
        <w:rPr>
          <w:lang w:val="it-CH"/>
        </w:rPr>
      </w:pPr>
      <w:r w:rsidRPr="00DD198D">
        <w:rPr>
          <w:color w:val="000000"/>
          <w:lang w:val="it-CH"/>
        </w:rPr>
        <w:t>b) planurile clădirilor și/sau construcțiilor speciale;</w:t>
      </w:r>
    </w:p>
    <w:p w14:paraId="313A5715" w14:textId="77777777" w:rsidR="006633E6" w:rsidRPr="00DD198D" w:rsidRDefault="00000000">
      <w:pPr>
        <w:ind w:left="425"/>
        <w:jc w:val="both"/>
        <w:rPr>
          <w:lang w:val="it-CH"/>
        </w:rPr>
      </w:pPr>
      <w:r w:rsidRPr="00DD198D">
        <w:rPr>
          <w:color w:val="000000"/>
          <w:lang w:val="it-CH"/>
        </w:rPr>
        <w:t>c) procesele-verbale de predare-preluare a mijloacelor fixe puse la dispoziție de către autoritatea administrației publice locale, dacă este cazul;</w:t>
      </w:r>
    </w:p>
    <w:p w14:paraId="262B9753" w14:textId="77777777" w:rsidR="006633E6" w:rsidRPr="00DD198D" w:rsidRDefault="00000000">
      <w:pPr>
        <w:ind w:left="425"/>
        <w:jc w:val="both"/>
        <w:rPr>
          <w:lang w:val="it-CH"/>
        </w:rPr>
      </w:pPr>
      <w:r w:rsidRPr="00DD198D">
        <w:rPr>
          <w:color w:val="000000"/>
          <w:lang w:val="it-CH"/>
        </w:rPr>
        <w:t>d) procesele-verbale de recepție provizorie și/sau procesele-verbale de punere în funcțiune, ale mijloacelor fixe pe care le exploatează;</w:t>
      </w:r>
    </w:p>
    <w:p w14:paraId="715904B2" w14:textId="77777777" w:rsidR="006633E6" w:rsidRPr="00DD198D" w:rsidRDefault="00000000">
      <w:pPr>
        <w:ind w:left="425"/>
        <w:jc w:val="both"/>
        <w:rPr>
          <w:lang w:val="pt-PT"/>
        </w:rPr>
      </w:pPr>
      <w:r w:rsidRPr="00DD198D">
        <w:rPr>
          <w:color w:val="000000"/>
          <w:lang w:val="pt-PT"/>
        </w:rPr>
        <w:t>e) schemele de funcționare a instalațiilor, planurile de ansamblu, desenele de detaliu actualizate conform situației de pe teren, planurile de ansamblu și de detaliu ale fiecărui agregat și/sau ale fiecărei instalații, inclusiv planurile și cataloagele pieselor de schimb;</w:t>
      </w:r>
    </w:p>
    <w:p w14:paraId="7F160DAE" w14:textId="77777777" w:rsidR="006633E6" w:rsidRPr="00DD198D" w:rsidRDefault="00000000">
      <w:pPr>
        <w:ind w:left="425"/>
        <w:jc w:val="both"/>
        <w:rPr>
          <w:lang w:val="pt-PT"/>
        </w:rPr>
      </w:pPr>
      <w:r w:rsidRPr="00DD198D">
        <w:rPr>
          <w:color w:val="000000"/>
          <w:lang w:val="pt-PT"/>
        </w:rPr>
        <w:t>f) instrucțiunile producătorilor/furnizorilor de echipamente sau ale organizației de montaj privind manipularea, exploatarea, întreținerea și repararea echipamentelor și instalațiilor, precum și cărțile/fișele tehnice ale echipamentelor principale ale instalațiilor;</w:t>
      </w:r>
    </w:p>
    <w:p w14:paraId="0C17D782" w14:textId="77777777" w:rsidR="006633E6" w:rsidRPr="00DD198D" w:rsidRDefault="00000000">
      <w:pPr>
        <w:ind w:left="425"/>
        <w:jc w:val="both"/>
        <w:rPr>
          <w:lang w:val="pt-PT"/>
        </w:rPr>
      </w:pPr>
      <w:r w:rsidRPr="00DD198D">
        <w:rPr>
          <w:color w:val="000000"/>
          <w:lang w:val="pt-PT"/>
        </w:rPr>
        <w:t>g) manualele de operare ale echipamentelor, utilajelor, autospecialelor și instalațiilor operate, care fac parte din infrastructura serviciului de salubrizare, dacă este cazul;</w:t>
      </w:r>
    </w:p>
    <w:p w14:paraId="09B33D1E" w14:textId="77777777" w:rsidR="006633E6" w:rsidRPr="00DD198D" w:rsidRDefault="00000000">
      <w:pPr>
        <w:ind w:left="425"/>
        <w:jc w:val="both"/>
        <w:rPr>
          <w:lang w:val="pt-PT"/>
        </w:rPr>
      </w:pPr>
      <w:r w:rsidRPr="00DD198D">
        <w:rPr>
          <w:color w:val="000000"/>
          <w:lang w:val="pt-PT"/>
        </w:rPr>
        <w:t>h) planurile de revizii și reparații;</w:t>
      </w:r>
    </w:p>
    <w:p w14:paraId="3C3C65CA" w14:textId="77777777" w:rsidR="006633E6" w:rsidRPr="00DD198D" w:rsidRDefault="00000000">
      <w:pPr>
        <w:ind w:left="425"/>
        <w:jc w:val="both"/>
        <w:rPr>
          <w:lang w:val="pt-PT"/>
        </w:rPr>
      </w:pPr>
      <w:r w:rsidRPr="00DD198D">
        <w:rPr>
          <w:color w:val="000000"/>
          <w:lang w:val="pt-PT"/>
        </w:rPr>
        <w:t>i) normele generale și specifice de protecție a muncii aferente fiecărui echipament, fiecărei instalații sau fiecărei activități;</w:t>
      </w:r>
    </w:p>
    <w:p w14:paraId="7419D191" w14:textId="77777777" w:rsidR="006633E6" w:rsidRPr="00DD198D" w:rsidRDefault="00000000">
      <w:pPr>
        <w:ind w:left="425"/>
        <w:jc w:val="both"/>
        <w:rPr>
          <w:lang w:val="pt-PT"/>
        </w:rPr>
      </w:pPr>
      <w:r w:rsidRPr="00DD198D">
        <w:rPr>
          <w:color w:val="000000"/>
          <w:lang w:val="pt-PT"/>
        </w:rPr>
        <w:lastRenderedPageBreak/>
        <w:t>j) planurile de dotare și amplasare cu mijloace de stingere a incendiilor, planul de apărare a obiectivului în caz de incendiu, calamități sau alte situații excepționale;</w:t>
      </w:r>
    </w:p>
    <w:p w14:paraId="1D89AA0E" w14:textId="77777777" w:rsidR="006633E6" w:rsidRPr="00DD198D" w:rsidRDefault="00000000">
      <w:pPr>
        <w:ind w:left="425"/>
        <w:jc w:val="both"/>
        <w:rPr>
          <w:lang w:val="pt-PT"/>
        </w:rPr>
      </w:pPr>
      <w:r w:rsidRPr="00DD198D">
        <w:rPr>
          <w:color w:val="000000"/>
          <w:lang w:val="pt-PT"/>
        </w:rPr>
        <w:t>k) regulamentul de organizare și funcționare și atribuțiile de serviciu pentru întreg personalul;</w:t>
      </w:r>
    </w:p>
    <w:p w14:paraId="454D90A9" w14:textId="77777777" w:rsidR="006633E6" w:rsidRPr="00DD198D" w:rsidRDefault="00000000">
      <w:pPr>
        <w:ind w:left="425"/>
        <w:jc w:val="both"/>
        <w:rPr>
          <w:lang w:val="it-CH"/>
        </w:rPr>
      </w:pPr>
      <w:r w:rsidRPr="00DD198D">
        <w:rPr>
          <w:color w:val="000000"/>
          <w:lang w:val="it-CH"/>
        </w:rPr>
        <w:t>l) toate avizele și autorizațiile necesare prestării activității;</w:t>
      </w:r>
    </w:p>
    <w:p w14:paraId="4BB3785D" w14:textId="77777777" w:rsidR="006633E6" w:rsidRPr="00DD198D" w:rsidRDefault="00000000">
      <w:pPr>
        <w:ind w:left="425"/>
        <w:jc w:val="both"/>
        <w:rPr>
          <w:lang w:val="it-CH"/>
        </w:rPr>
      </w:pPr>
      <w:r w:rsidRPr="00DD198D">
        <w:rPr>
          <w:color w:val="000000"/>
          <w:lang w:val="it-CH"/>
        </w:rPr>
        <w:t>m) instrucțiuni privind accesul în incintă și instalații;</w:t>
      </w:r>
    </w:p>
    <w:p w14:paraId="3F1D60E0" w14:textId="77777777" w:rsidR="006633E6" w:rsidRPr="00DD198D" w:rsidRDefault="00000000">
      <w:pPr>
        <w:ind w:left="425"/>
        <w:jc w:val="both"/>
        <w:rPr>
          <w:lang w:val="it-CH"/>
        </w:rPr>
      </w:pPr>
      <w:r w:rsidRPr="00DD198D">
        <w:rPr>
          <w:color w:val="000000"/>
          <w:lang w:val="it-CH"/>
        </w:rPr>
        <w:t>n) documentele referitoare la instruirea, examinarea și autorizarea personalului;</w:t>
      </w:r>
    </w:p>
    <w:p w14:paraId="651A4A17" w14:textId="77777777" w:rsidR="006633E6" w:rsidRPr="00DD198D" w:rsidRDefault="00000000">
      <w:pPr>
        <w:ind w:left="425"/>
        <w:jc w:val="both"/>
        <w:rPr>
          <w:lang w:val="it-CH"/>
        </w:rPr>
      </w:pPr>
      <w:r w:rsidRPr="00DD198D">
        <w:rPr>
          <w:color w:val="000000"/>
          <w:lang w:val="it-CH"/>
        </w:rPr>
        <w:t>o) registrul de sesizări și reclamații.</w:t>
      </w:r>
    </w:p>
    <w:p w14:paraId="3C993098" w14:textId="77777777" w:rsidR="006633E6" w:rsidRPr="00DD198D" w:rsidRDefault="00000000">
      <w:pPr>
        <w:ind w:firstLine="425"/>
        <w:jc w:val="both"/>
        <w:rPr>
          <w:lang w:val="it-CH"/>
        </w:rPr>
      </w:pPr>
      <w:r w:rsidRPr="00DD198D">
        <w:rPr>
          <w:color w:val="000000"/>
          <w:lang w:val="it-CH"/>
        </w:rPr>
        <w:t>(2) Documentațiile referitoare la construcții se vor întocmi, completa și păstra conform normelor legale referitoare la "Cartea tehnică a construcției”.</w:t>
      </w:r>
    </w:p>
    <w:p w14:paraId="5BEA01B2" w14:textId="77777777" w:rsidR="006633E6" w:rsidRPr="00DD198D" w:rsidRDefault="00000000">
      <w:pPr>
        <w:keepNext/>
        <w:spacing w:before="120"/>
        <w:rPr>
          <w:lang w:val="it-CH"/>
        </w:rPr>
      </w:pPr>
      <w:r w:rsidRPr="00DD198D">
        <w:rPr>
          <w:b/>
          <w:color w:val="000000"/>
          <w:lang w:val="it-CH"/>
        </w:rPr>
        <w:t>ART. 10</w:t>
      </w:r>
    </w:p>
    <w:p w14:paraId="3B4FF8A2" w14:textId="77777777" w:rsidR="006633E6" w:rsidRPr="00DD198D" w:rsidRDefault="00000000">
      <w:pPr>
        <w:ind w:firstLine="425"/>
        <w:jc w:val="both"/>
        <w:rPr>
          <w:lang w:val="it-CH"/>
        </w:rPr>
      </w:pPr>
      <w:r w:rsidRPr="00DD198D">
        <w:rPr>
          <w:color w:val="000000"/>
          <w:lang w:val="it-CH"/>
        </w:rPr>
        <w:t>(1) Pentru investițiile/lucrările care sunt în sarcina operatorilor, pe durata delegării gestiunii serviciului, aceștia au obligația să respecte toate prevederile legale și orice normative din domeniul proiectării, execuției de lucrări și urmăririi calității în construcții, precum și să obțină și să respecte toate certificatele, avizele, acordurile, autorizațiile și orice alte documente necesare conform oricăror acte normative aplicabile.</w:t>
      </w:r>
    </w:p>
    <w:p w14:paraId="06023912" w14:textId="77777777" w:rsidR="006633E6" w:rsidRPr="00DD198D" w:rsidRDefault="00000000">
      <w:pPr>
        <w:ind w:firstLine="425"/>
        <w:jc w:val="both"/>
        <w:rPr>
          <w:lang w:val="it-CH"/>
        </w:rPr>
      </w:pPr>
      <w:r w:rsidRPr="00DD198D">
        <w:rPr>
          <w:color w:val="000000"/>
          <w:lang w:val="it-CH"/>
        </w:rPr>
        <w:t>(2) Proiectarea și construirea oricăror stații, instalații, depozite se realizează în concordanță cu cerințele din Planul județean de gestionare a deșeurilor.</w:t>
      </w:r>
    </w:p>
    <w:p w14:paraId="1E540F54" w14:textId="77777777" w:rsidR="006633E6" w:rsidRPr="00DD198D" w:rsidRDefault="00000000">
      <w:pPr>
        <w:keepNext/>
        <w:spacing w:before="120"/>
        <w:rPr>
          <w:lang w:val="it-CH"/>
        </w:rPr>
      </w:pPr>
      <w:r w:rsidRPr="00DD198D">
        <w:rPr>
          <w:b/>
          <w:color w:val="000000"/>
          <w:lang w:val="it-CH"/>
        </w:rPr>
        <w:t>ART. 11</w:t>
      </w:r>
    </w:p>
    <w:p w14:paraId="19DCCE4D" w14:textId="77777777" w:rsidR="006633E6" w:rsidRPr="00DD198D" w:rsidRDefault="00000000">
      <w:pPr>
        <w:ind w:firstLine="425"/>
        <w:jc w:val="both"/>
        <w:rPr>
          <w:lang w:val="it-CH"/>
        </w:rPr>
      </w:pPr>
      <w:r w:rsidRPr="00DD198D">
        <w:rPr>
          <w:color w:val="000000"/>
          <w:lang w:val="it-CH"/>
        </w:rPr>
        <w:t>(1) Autoritatea administrației publice locale deținătoare de instalații care fac parte din sistemul public de salubrizare, precum și operatorii care au primit în gestiune delegată serviciul de salubrizare, în totalitate sau numai unele activități componente ale acestuia, au obligația să își organizeze o arhivă tehnică pentru păstrarea documentelor de bază, organizată astfel încât să poată fi găsit orice document cu ușurință.</w:t>
      </w:r>
    </w:p>
    <w:p w14:paraId="46E33012" w14:textId="77777777" w:rsidR="006633E6" w:rsidRPr="00DD198D" w:rsidRDefault="00000000">
      <w:pPr>
        <w:ind w:firstLine="425"/>
        <w:jc w:val="both"/>
        <w:rPr>
          <w:lang w:val="it-CH"/>
        </w:rPr>
      </w:pPr>
      <w:r w:rsidRPr="00DD198D">
        <w:rPr>
          <w:color w:val="000000"/>
          <w:lang w:val="it-CH"/>
        </w:rPr>
        <w:t>(2) La încheierea activității, operatorul va preda autorității administrației publice locale sau, după caz, asociației de dezvoltare intercomunitare, pe bază de proces-verbal, întreaga arhivă cu documentele de bază, fiind interzisă păstrarea de către acesta a vreunui document original.</w:t>
      </w:r>
    </w:p>
    <w:p w14:paraId="14B8030D" w14:textId="77777777" w:rsidR="006633E6" w:rsidRPr="00DD198D" w:rsidRDefault="00000000">
      <w:pPr>
        <w:keepNext/>
        <w:spacing w:before="200" w:after="120"/>
        <w:jc w:val="center"/>
        <w:rPr>
          <w:lang w:val="it-CH"/>
        </w:rPr>
      </w:pPr>
      <w:r w:rsidRPr="00DD198D">
        <w:rPr>
          <w:b/>
          <w:color w:val="000000"/>
          <w:lang w:val="it-CH"/>
        </w:rPr>
        <w:t>SECȚIUNEA a 4-a Îndatoririle personalului operativ</w:t>
      </w:r>
    </w:p>
    <w:p w14:paraId="7259BB66" w14:textId="77777777" w:rsidR="006633E6" w:rsidRPr="00DD198D" w:rsidRDefault="00000000">
      <w:pPr>
        <w:keepNext/>
        <w:spacing w:before="120"/>
        <w:rPr>
          <w:lang w:val="it-CH"/>
        </w:rPr>
      </w:pPr>
      <w:r w:rsidRPr="00DD198D">
        <w:rPr>
          <w:b/>
          <w:color w:val="000000"/>
          <w:lang w:val="it-CH"/>
        </w:rPr>
        <w:t>ART. 12</w:t>
      </w:r>
    </w:p>
    <w:p w14:paraId="7777224D" w14:textId="77777777" w:rsidR="006633E6" w:rsidRPr="00DD198D" w:rsidRDefault="00000000">
      <w:pPr>
        <w:ind w:firstLine="425"/>
        <w:jc w:val="both"/>
        <w:rPr>
          <w:lang w:val="it-CH"/>
        </w:rPr>
      </w:pPr>
      <w:r w:rsidRPr="00DD198D">
        <w:rPr>
          <w:color w:val="000000"/>
          <w:lang w:val="it-CH"/>
        </w:rPr>
        <w:t>(1) Personalul de deservire operativă se compune din toți salariații operatorului care deservesc construcțiile, instalațiile și echipamentele specifice destinate prestării serviciului de salubrizare având ca sarcină principală de serviciu exploatarea, întreținerea, supravegherea și asigurarea</w:t>
      </w:r>
    </w:p>
    <w:p w14:paraId="306BD3B1" w14:textId="77777777" w:rsidR="006633E6" w:rsidRPr="00DD198D" w:rsidRDefault="00000000">
      <w:pPr>
        <w:jc w:val="both"/>
        <w:rPr>
          <w:lang w:val="it-CH"/>
        </w:rPr>
      </w:pPr>
      <w:r w:rsidRPr="00DD198D">
        <w:rPr>
          <w:color w:val="000000"/>
          <w:lang w:val="it-CH"/>
        </w:rPr>
        <w:t>- funcționării acestora.</w:t>
      </w:r>
    </w:p>
    <w:p w14:paraId="33A5008C" w14:textId="77777777" w:rsidR="006633E6" w:rsidRPr="00DD198D" w:rsidRDefault="00000000">
      <w:pPr>
        <w:ind w:firstLine="425"/>
        <w:jc w:val="both"/>
        <w:rPr>
          <w:lang w:val="it-CH"/>
        </w:rPr>
      </w:pPr>
      <w:r w:rsidRPr="00DD198D">
        <w:rPr>
          <w:color w:val="000000"/>
          <w:lang w:val="it-CH"/>
        </w:rPr>
        <w:t>(2) Subordonarea pe linie operativă și tehnico-administrativă, precum și obligațiile, drepturile și responsabilitățile personalului de deservire operativă se trec în fișa postului și în procedurile operaționale.</w:t>
      </w:r>
    </w:p>
    <w:p w14:paraId="5C12CD21" w14:textId="77777777" w:rsidR="006633E6" w:rsidRPr="00DD198D" w:rsidRDefault="00000000">
      <w:pPr>
        <w:ind w:firstLine="425"/>
        <w:jc w:val="both"/>
        <w:rPr>
          <w:lang w:val="it-CH"/>
        </w:rPr>
      </w:pPr>
      <w:r w:rsidRPr="00DD198D">
        <w:rPr>
          <w:color w:val="000000"/>
          <w:lang w:val="it-CH"/>
        </w:rPr>
        <w:t>(3) Locurile de muncă în care este necesară desfășurarea activității se stabilesc de operator în procedurile proprii în funcție de:</w:t>
      </w:r>
    </w:p>
    <w:p w14:paraId="585455C3" w14:textId="77777777" w:rsidR="006633E6" w:rsidRPr="00DD198D" w:rsidRDefault="00000000">
      <w:pPr>
        <w:ind w:left="425"/>
        <w:jc w:val="both"/>
        <w:rPr>
          <w:lang w:val="it-CH"/>
        </w:rPr>
      </w:pPr>
      <w:r w:rsidRPr="00DD198D">
        <w:rPr>
          <w:color w:val="000000"/>
          <w:lang w:val="it-CH"/>
        </w:rPr>
        <w:t>a) gradul de periculozitate a instalațiilor și a procesului tehnologic;</w:t>
      </w:r>
    </w:p>
    <w:p w14:paraId="366AED76" w14:textId="77777777" w:rsidR="006633E6" w:rsidRPr="00DD198D" w:rsidRDefault="00000000">
      <w:pPr>
        <w:ind w:left="425"/>
        <w:jc w:val="both"/>
        <w:rPr>
          <w:lang w:val="pt-PT"/>
        </w:rPr>
      </w:pPr>
      <w:r w:rsidRPr="00DD198D">
        <w:rPr>
          <w:color w:val="000000"/>
          <w:lang w:val="pt-PT"/>
        </w:rPr>
        <w:t>b) gradul de automatizare a instalațiilor;</w:t>
      </w:r>
    </w:p>
    <w:p w14:paraId="3F24969E" w14:textId="77777777" w:rsidR="006633E6" w:rsidRPr="00DD198D" w:rsidRDefault="00000000">
      <w:pPr>
        <w:ind w:left="425"/>
        <w:jc w:val="both"/>
        <w:rPr>
          <w:lang w:val="pt-PT"/>
        </w:rPr>
      </w:pPr>
      <w:r w:rsidRPr="00DD198D">
        <w:rPr>
          <w:color w:val="000000"/>
          <w:lang w:val="pt-PT"/>
        </w:rPr>
        <w:t>c) gradul de siguranță necesar în asigurarea serviciului;</w:t>
      </w:r>
    </w:p>
    <w:p w14:paraId="79B30190" w14:textId="77777777" w:rsidR="006633E6" w:rsidRPr="00DD198D" w:rsidRDefault="00000000">
      <w:pPr>
        <w:ind w:left="425"/>
        <w:jc w:val="both"/>
        <w:rPr>
          <w:lang w:val="pt-PT"/>
        </w:rPr>
      </w:pPr>
      <w:r w:rsidRPr="00DD198D">
        <w:rPr>
          <w:color w:val="000000"/>
          <w:lang w:val="pt-PT"/>
        </w:rPr>
        <w:t>d) necesitatea supravegherii instalațiilor și procesului tehnologic.</w:t>
      </w:r>
    </w:p>
    <w:p w14:paraId="634FED2B" w14:textId="77777777" w:rsidR="006633E6" w:rsidRPr="00DD198D" w:rsidRDefault="00000000">
      <w:pPr>
        <w:keepNext/>
        <w:spacing w:before="120"/>
        <w:rPr>
          <w:lang w:val="pt-PT"/>
        </w:rPr>
      </w:pPr>
      <w:r w:rsidRPr="00DD198D">
        <w:rPr>
          <w:b/>
          <w:color w:val="000000"/>
          <w:lang w:val="pt-PT"/>
        </w:rPr>
        <w:lastRenderedPageBreak/>
        <w:t>ART. 13</w:t>
      </w:r>
    </w:p>
    <w:p w14:paraId="0C4A6E34" w14:textId="77777777" w:rsidR="006633E6" w:rsidRPr="00DD198D" w:rsidRDefault="00000000">
      <w:pPr>
        <w:ind w:firstLine="425"/>
        <w:jc w:val="both"/>
        <w:rPr>
          <w:lang w:val="pt-PT"/>
        </w:rPr>
      </w:pPr>
      <w:r w:rsidRPr="00DD198D">
        <w:rPr>
          <w:color w:val="000000"/>
          <w:lang w:val="pt-PT"/>
        </w:rPr>
        <w:t>(1) În timpul prestării serviciului, personalul trebuie să asigure funcționarea instalațiilor, în conformitate cu regulamentele de exploatare sau manualele de operare, instrucțiunile/procedurile tehnice interne, graficele/diagramele de lucru și dispozițiile personalului ierarhic superior pe linie operativă sau tehnică-administrativă.</w:t>
      </w:r>
    </w:p>
    <w:p w14:paraId="1E7283BB" w14:textId="77777777" w:rsidR="006633E6" w:rsidRPr="00DD198D" w:rsidRDefault="00000000">
      <w:pPr>
        <w:ind w:firstLine="425"/>
        <w:jc w:val="both"/>
        <w:rPr>
          <w:lang w:val="pt-PT"/>
        </w:rPr>
      </w:pPr>
      <w:r w:rsidRPr="00DD198D">
        <w:rPr>
          <w:color w:val="000000"/>
          <w:lang w:val="pt-PT"/>
        </w:rPr>
        <w:t>(2) Prestarea serviciului de salubrizare trebuie realizată astfel încât să se asigure:</w:t>
      </w:r>
    </w:p>
    <w:p w14:paraId="2A34514F" w14:textId="77777777" w:rsidR="006633E6" w:rsidRPr="00DD198D" w:rsidRDefault="00000000">
      <w:pPr>
        <w:ind w:left="425"/>
        <w:jc w:val="both"/>
        <w:rPr>
          <w:lang w:val="pt-PT"/>
        </w:rPr>
      </w:pPr>
      <w:r w:rsidRPr="00DD198D">
        <w:rPr>
          <w:color w:val="000000"/>
          <w:lang w:val="pt-PT"/>
        </w:rPr>
        <w:t>a) protejarea sănătății populației;</w:t>
      </w:r>
    </w:p>
    <w:p w14:paraId="34201C44" w14:textId="77777777" w:rsidR="006633E6" w:rsidRPr="00DD198D" w:rsidRDefault="00000000">
      <w:pPr>
        <w:ind w:left="425"/>
        <w:jc w:val="both"/>
        <w:rPr>
          <w:lang w:val="pt-PT"/>
        </w:rPr>
      </w:pPr>
      <w:r w:rsidRPr="00DD198D">
        <w:rPr>
          <w:color w:val="000000"/>
          <w:lang w:val="pt-PT"/>
        </w:rPr>
        <w:t>b) protecția mediului înconjurător;</w:t>
      </w:r>
    </w:p>
    <w:p w14:paraId="4EE92B01" w14:textId="77777777" w:rsidR="006633E6" w:rsidRPr="00DD198D" w:rsidRDefault="00000000">
      <w:pPr>
        <w:ind w:left="425"/>
        <w:jc w:val="both"/>
        <w:rPr>
          <w:lang w:val="pt-PT"/>
        </w:rPr>
      </w:pPr>
      <w:r w:rsidRPr="00DD198D">
        <w:rPr>
          <w:color w:val="000000"/>
          <w:lang w:val="pt-PT"/>
        </w:rPr>
        <w:t>c) menținerea curățeniei și crearea unei estetici corespunzătoare a localităților;</w:t>
      </w:r>
    </w:p>
    <w:p w14:paraId="62239815" w14:textId="77777777" w:rsidR="006633E6" w:rsidRPr="00DD198D" w:rsidRDefault="00000000">
      <w:pPr>
        <w:ind w:left="425"/>
        <w:jc w:val="both"/>
        <w:rPr>
          <w:lang w:val="pt-PT"/>
        </w:rPr>
      </w:pPr>
      <w:r w:rsidRPr="00DD198D">
        <w:rPr>
          <w:color w:val="000000"/>
          <w:lang w:val="pt-PT"/>
        </w:rPr>
        <w:t>d) conservarea resurselor naturale prin valorificarea deșeurilor;</w:t>
      </w:r>
    </w:p>
    <w:p w14:paraId="0A8E4BDA" w14:textId="77777777" w:rsidR="006633E6" w:rsidRPr="00DD198D" w:rsidRDefault="00000000">
      <w:pPr>
        <w:ind w:left="425"/>
        <w:jc w:val="both"/>
        <w:rPr>
          <w:lang w:val="pt-PT"/>
        </w:rPr>
      </w:pPr>
      <w:r w:rsidRPr="00DD198D">
        <w:rPr>
          <w:color w:val="000000"/>
          <w:lang w:val="pt-PT"/>
        </w:rPr>
        <w:t>e) atingerea tuturor indicatorilor de performanță și reducerea cantității de deșeuri eliminate la depozit;</w:t>
      </w:r>
    </w:p>
    <w:p w14:paraId="1000A518" w14:textId="77777777" w:rsidR="006633E6" w:rsidRPr="00DD198D" w:rsidRDefault="00000000">
      <w:pPr>
        <w:ind w:left="425"/>
        <w:jc w:val="both"/>
        <w:rPr>
          <w:lang w:val="pt-PT"/>
        </w:rPr>
      </w:pPr>
      <w:r w:rsidRPr="00DD198D">
        <w:rPr>
          <w:color w:val="000000"/>
          <w:lang w:val="pt-PT"/>
        </w:rPr>
        <w:t>f) continuitatea serviciului.</w:t>
      </w:r>
    </w:p>
    <w:p w14:paraId="03CA345B" w14:textId="77777777" w:rsidR="006633E6" w:rsidRPr="00DD198D" w:rsidRDefault="00000000">
      <w:pPr>
        <w:keepNext/>
        <w:spacing w:before="280" w:after="120"/>
        <w:jc w:val="center"/>
        <w:rPr>
          <w:lang w:val="pt-PT"/>
        </w:rPr>
      </w:pPr>
      <w:r w:rsidRPr="00DD198D">
        <w:rPr>
          <w:b/>
          <w:color w:val="000000"/>
          <w:lang w:val="pt-PT"/>
        </w:rPr>
        <w:t>CAP. II Asigurarea serviciului de salubrizare și condiții de funcționare</w:t>
      </w:r>
    </w:p>
    <w:p w14:paraId="7F474818" w14:textId="77777777" w:rsidR="006633E6" w:rsidRPr="00DD198D" w:rsidRDefault="00000000">
      <w:pPr>
        <w:keepNext/>
        <w:spacing w:before="200" w:after="120"/>
        <w:jc w:val="center"/>
        <w:rPr>
          <w:lang w:val="pt-PT"/>
        </w:rPr>
      </w:pPr>
      <w:r w:rsidRPr="00DD198D">
        <w:rPr>
          <w:b/>
          <w:color w:val="000000"/>
          <w:lang w:val="pt-PT"/>
        </w:rPr>
        <w:t>SECȚIUNEA 1 Colectarea separată și transportul separat al deșeurilor menajere și al deșeurilor similare provenind din activități comerciale din industrie și instituții, inclusiv fracții colectate separat</w:t>
      </w:r>
    </w:p>
    <w:p w14:paraId="6CA5B408" w14:textId="77777777" w:rsidR="006633E6" w:rsidRPr="00DD198D" w:rsidRDefault="00000000">
      <w:pPr>
        <w:keepNext/>
        <w:spacing w:before="120"/>
        <w:rPr>
          <w:lang w:val="pt-PT"/>
        </w:rPr>
      </w:pPr>
      <w:r w:rsidRPr="00DD198D">
        <w:rPr>
          <w:b/>
          <w:color w:val="000000"/>
          <w:lang w:val="pt-PT"/>
        </w:rPr>
        <w:t>ART. 14</w:t>
      </w:r>
    </w:p>
    <w:p w14:paraId="2BF885BA" w14:textId="77777777" w:rsidR="006633E6" w:rsidRPr="00DD198D" w:rsidRDefault="00000000">
      <w:pPr>
        <w:ind w:firstLine="425"/>
        <w:jc w:val="both"/>
        <w:rPr>
          <w:lang w:val="pt-PT"/>
        </w:rPr>
      </w:pPr>
      <w:r w:rsidRPr="00DD198D">
        <w:rPr>
          <w:color w:val="000000"/>
          <w:lang w:val="pt-PT"/>
        </w:rPr>
        <w:t>(1) Următoarele fracții/tipuri de deșeuri municipale sunt colectate separat:</w:t>
      </w:r>
    </w:p>
    <w:p w14:paraId="782EFCEB" w14:textId="77777777" w:rsidR="006633E6" w:rsidRPr="00DD198D" w:rsidRDefault="00000000">
      <w:pPr>
        <w:ind w:left="425"/>
        <w:jc w:val="both"/>
        <w:rPr>
          <w:lang w:val="pt-PT"/>
        </w:rPr>
      </w:pPr>
      <w:r w:rsidRPr="00DD198D">
        <w:rPr>
          <w:color w:val="000000"/>
          <w:lang w:val="pt-PT"/>
        </w:rPr>
        <w:t>a) deșeuri reciclabile de hârtie, metal, plastic și sticlă, inclusiv deșeuri de ambalaje, de la toți producătorii de deșeuri și din toate punctele de colectare;</w:t>
      </w:r>
    </w:p>
    <w:p w14:paraId="3DA9C718" w14:textId="77777777" w:rsidR="006633E6" w:rsidRPr="00DD198D" w:rsidRDefault="00000000">
      <w:pPr>
        <w:ind w:left="425"/>
        <w:jc w:val="both"/>
        <w:rPr>
          <w:lang w:val="it-CH"/>
        </w:rPr>
      </w:pPr>
      <w:r w:rsidRPr="00DD198D">
        <w:rPr>
          <w:color w:val="000000"/>
          <w:lang w:val="it-CH"/>
        </w:rPr>
        <w:t>b) deșeuri reziduale, de la toți utilizatorii și din toate punctele de colectare;</w:t>
      </w:r>
    </w:p>
    <w:p w14:paraId="3547CA26" w14:textId="77777777" w:rsidR="006633E6" w:rsidRPr="00DD198D" w:rsidRDefault="00000000">
      <w:pPr>
        <w:ind w:left="425"/>
        <w:jc w:val="both"/>
        <w:rPr>
          <w:lang w:val="it-CH"/>
        </w:rPr>
      </w:pPr>
      <w:r w:rsidRPr="00DD198D">
        <w:rPr>
          <w:color w:val="000000"/>
          <w:lang w:val="it-CH"/>
        </w:rPr>
        <w:t>c) biodeșeuri: -de la platformele comune dotate cu insule ecologice digitalizate, din piețe, de la punctele de lucru ale restaurantelor, depozite angro, cantine, firme de catering sau magazine de vânzare cu amănuntul și deșeuri comparabile provenite din uzinele de prelucrare a produselor alimentare; -deșeuri biodegradabile provenite de pe spațiile verzi, din grădini, de la utilizatorii casnici și agenți economici/instituții de la locul de generare —la cerere; -deșeuri biodegradabile provenite de pe spațiile verzi din parcuri și grădini publice;</w:t>
      </w:r>
    </w:p>
    <w:p w14:paraId="1E22D2E6" w14:textId="77777777" w:rsidR="006633E6" w:rsidRPr="00DD198D" w:rsidRDefault="00000000">
      <w:pPr>
        <w:ind w:left="425"/>
        <w:jc w:val="both"/>
        <w:rPr>
          <w:lang w:val="it-CH"/>
        </w:rPr>
      </w:pPr>
      <w:r w:rsidRPr="00DD198D">
        <w:rPr>
          <w:color w:val="000000"/>
          <w:lang w:val="it-CH"/>
        </w:rPr>
        <w:t>d) deșeuri textile, de la toate punctele special amenajate și dotate cu containere/recipiente specifice colectării acestor deșeuri, stabilite de către autoritatea administrației publice locale, inclusiv în cadrul campaniilor de colectare a deșeurilor voluminoase;</w:t>
      </w:r>
    </w:p>
    <w:p w14:paraId="390172C9" w14:textId="77777777" w:rsidR="006633E6" w:rsidRPr="00DD198D" w:rsidRDefault="00000000">
      <w:pPr>
        <w:ind w:left="425"/>
        <w:jc w:val="both"/>
        <w:rPr>
          <w:lang w:val="it-CH"/>
        </w:rPr>
      </w:pPr>
      <w:r w:rsidRPr="00DD198D">
        <w:rPr>
          <w:color w:val="000000"/>
          <w:lang w:val="it-CH"/>
        </w:rPr>
        <w:t>e) deșeuri periculoase din deșeurile menajere, de la toți utilizatorii casnici, prin campanii de colectare;</w:t>
      </w:r>
    </w:p>
    <w:p w14:paraId="079D4976" w14:textId="77777777" w:rsidR="006633E6" w:rsidRPr="00DD198D" w:rsidRDefault="00000000">
      <w:pPr>
        <w:ind w:firstLine="425"/>
        <w:jc w:val="both"/>
        <w:rPr>
          <w:lang w:val="it-CH"/>
        </w:rPr>
      </w:pPr>
      <w:r w:rsidRPr="00DD198D">
        <w:rPr>
          <w:color w:val="000000"/>
          <w:lang w:val="it-CH"/>
        </w:rPr>
        <w:t>(2) Operatorul are obligația să colecteze separat următoarele categorii de deșeuri generate ocazional și/sau care nu pot fi colectate prin sistemele destinate colectării celorlalte fracții/tipuri de deșeuri municipale:</w:t>
      </w:r>
    </w:p>
    <w:p w14:paraId="3817EF70" w14:textId="77777777" w:rsidR="006633E6" w:rsidRPr="00DD198D" w:rsidRDefault="00000000">
      <w:pPr>
        <w:ind w:left="425"/>
        <w:jc w:val="both"/>
        <w:rPr>
          <w:lang w:val="it-CH"/>
        </w:rPr>
      </w:pPr>
      <w:r w:rsidRPr="00DD198D">
        <w:rPr>
          <w:color w:val="000000"/>
          <w:lang w:val="it-CH"/>
        </w:rPr>
        <w:t>a) deșeuri voluminoase, inclusiv saltelele și mobila, de la toți utilizatorii, prin campanii de colectare și/sau din locurile/spațiile special amenajate stabilite de către autoritățile administrației publice locale, precum și, contra cost, la solicitarea utilizatorilor;</w:t>
      </w:r>
    </w:p>
    <w:p w14:paraId="09495EAD" w14:textId="77777777" w:rsidR="006633E6" w:rsidRPr="00DD198D" w:rsidRDefault="00000000">
      <w:pPr>
        <w:ind w:left="425"/>
        <w:jc w:val="both"/>
        <w:rPr>
          <w:lang w:val="it-CH"/>
        </w:rPr>
      </w:pPr>
      <w:r w:rsidRPr="00DD198D">
        <w:rPr>
          <w:color w:val="000000"/>
          <w:lang w:val="it-CH"/>
        </w:rPr>
        <w:t xml:space="preserve">b) deșeuri din construcții provenite din locuințe, generate de activități de reamenajare și reabilitare interioară și/sau exterioară a acestora, pentru care nu este obligatorie emiterea unei </w:t>
      </w:r>
      <w:r w:rsidRPr="00DD198D">
        <w:rPr>
          <w:color w:val="000000"/>
          <w:lang w:val="it-CH"/>
        </w:rPr>
        <w:lastRenderedPageBreak/>
        <w:t>autorizații de construire/desființare potrivit prevederilor art. 11 din Legea nr. 50/1991 privind autorizarea executării lucrărilor de construcții, republicată, cu modificările și completările ulterioare, de la toți utilizatorii casnici, din locurile/spațiile special amenajate stabilite de către autoritățile administrației publice locale și/sau, contra cost, la solicitarea utilizatorilor;</w:t>
      </w:r>
    </w:p>
    <w:p w14:paraId="5EC1D528" w14:textId="77777777" w:rsidR="006633E6" w:rsidRPr="00DD198D" w:rsidRDefault="00000000">
      <w:pPr>
        <w:ind w:left="425"/>
        <w:jc w:val="both"/>
        <w:rPr>
          <w:lang w:val="it-CH"/>
        </w:rPr>
      </w:pPr>
      <w:r w:rsidRPr="00DD198D">
        <w:rPr>
          <w:color w:val="000000"/>
          <w:lang w:val="it-CH"/>
        </w:rPr>
        <w:t>c) deșeurile similare provenite de la evenimentele publice, pe baze contractuale, la solicitarea organizatorilor;</w:t>
      </w:r>
    </w:p>
    <w:p w14:paraId="4D1B5638" w14:textId="77777777" w:rsidR="006633E6" w:rsidRPr="00DD198D" w:rsidRDefault="00000000">
      <w:pPr>
        <w:ind w:left="425"/>
        <w:jc w:val="both"/>
        <w:rPr>
          <w:lang w:val="it-CH"/>
        </w:rPr>
      </w:pPr>
      <w:r w:rsidRPr="00DD198D">
        <w:rPr>
          <w:color w:val="000000"/>
          <w:lang w:val="it-CH"/>
        </w:rPr>
        <w:t>d) deșeuri abandonate, conform procedurii convenite cu autoritatea administrației publice locale și/sau la solicitarea acesteia.</w:t>
      </w:r>
    </w:p>
    <w:p w14:paraId="2CC77165" w14:textId="77777777" w:rsidR="006633E6" w:rsidRPr="00DD198D" w:rsidRDefault="00000000">
      <w:pPr>
        <w:keepNext/>
        <w:spacing w:before="120"/>
        <w:rPr>
          <w:lang w:val="it-CH"/>
        </w:rPr>
      </w:pPr>
      <w:r w:rsidRPr="00DD198D">
        <w:rPr>
          <w:b/>
          <w:color w:val="000000"/>
          <w:lang w:val="it-CH"/>
        </w:rPr>
        <w:t>ART. 15</w:t>
      </w:r>
    </w:p>
    <w:p w14:paraId="7A55FB5E" w14:textId="77777777" w:rsidR="006633E6" w:rsidRPr="00DD198D" w:rsidRDefault="00000000">
      <w:pPr>
        <w:ind w:firstLine="425"/>
        <w:jc w:val="both"/>
        <w:rPr>
          <w:lang w:val="it-CH"/>
        </w:rPr>
      </w:pPr>
      <w:r w:rsidRPr="00DD198D">
        <w:rPr>
          <w:color w:val="000000"/>
          <w:lang w:val="it-CH"/>
        </w:rPr>
        <w:t>(1) Operatorul are obligația să colecteze deșeurile municipale abandonate și deșeurile din construcții abandonate:</w:t>
      </w:r>
    </w:p>
    <w:p w14:paraId="4F993085" w14:textId="77777777" w:rsidR="006633E6" w:rsidRPr="00DD198D" w:rsidRDefault="00000000">
      <w:pPr>
        <w:ind w:left="425"/>
        <w:jc w:val="both"/>
        <w:rPr>
          <w:lang w:val="it-CH"/>
        </w:rPr>
      </w:pPr>
      <w:r w:rsidRPr="00DD198D">
        <w:rPr>
          <w:color w:val="000000"/>
          <w:lang w:val="it-CH"/>
        </w:rPr>
        <w:t>a) lângă punctele de colectare a deșeurilor, conform procedurii de colectare a deșeurilor abandonate convenită cu autoritatea administrației publice locale;</w:t>
      </w:r>
    </w:p>
    <w:p w14:paraId="42E74365" w14:textId="77777777" w:rsidR="006633E6" w:rsidRPr="00DD198D" w:rsidRDefault="00000000">
      <w:pPr>
        <w:ind w:left="425"/>
        <w:jc w:val="both"/>
        <w:rPr>
          <w:lang w:val="it-CH"/>
        </w:rPr>
      </w:pPr>
      <w:r w:rsidRPr="00DD198D">
        <w:rPr>
          <w:color w:val="000000"/>
          <w:lang w:val="it-CH"/>
        </w:rPr>
        <w:t>b) pe căile publice de circulație, în cazul în care această operațiune nu a fost atribuită operatorului care prestează măturatul căilor publice, la solicitarea scrisă a autorității administrației publice locale sau conform procedurii convenite cu aceasta.</w:t>
      </w:r>
    </w:p>
    <w:p w14:paraId="3D1154CE" w14:textId="77777777" w:rsidR="006633E6" w:rsidRPr="00DD198D" w:rsidRDefault="00000000">
      <w:pPr>
        <w:ind w:firstLine="425"/>
        <w:jc w:val="both"/>
        <w:rPr>
          <w:lang w:val="it-CH"/>
        </w:rPr>
      </w:pPr>
      <w:r w:rsidRPr="00DD198D">
        <w:rPr>
          <w:color w:val="000000"/>
          <w:lang w:val="it-CH"/>
        </w:rPr>
        <w:t>(2) Cheltuielile legate de gestionarea deșeurilor abandonate sunt facturate autorității administrației publice locale, la tarifele aprobate pe baza fișelor de fundamentare întocmite de operator, corespunzător categoriei de deșeuri abandonate, respectiv deșeuri municipale abandonate sau, după caz, deșeuri din construcții abandonate.</w:t>
      </w:r>
    </w:p>
    <w:p w14:paraId="5CEF37E1" w14:textId="77777777" w:rsidR="006633E6" w:rsidRPr="00DD198D" w:rsidRDefault="00000000">
      <w:pPr>
        <w:keepNext/>
        <w:spacing w:before="120"/>
        <w:rPr>
          <w:lang w:val="it-CH"/>
        </w:rPr>
      </w:pPr>
      <w:r w:rsidRPr="00DD198D">
        <w:rPr>
          <w:b/>
          <w:color w:val="000000"/>
          <w:lang w:val="it-CH"/>
        </w:rPr>
        <w:t>ART. 16</w:t>
      </w:r>
    </w:p>
    <w:p w14:paraId="603F92CB" w14:textId="77777777" w:rsidR="006633E6" w:rsidRPr="00DD198D" w:rsidRDefault="00000000">
      <w:pPr>
        <w:ind w:firstLine="425"/>
        <w:jc w:val="both"/>
        <w:rPr>
          <w:lang w:val="it-CH"/>
        </w:rPr>
      </w:pPr>
      <w:r w:rsidRPr="00DD198D">
        <w:rPr>
          <w:color w:val="000000"/>
          <w:lang w:val="it-CH"/>
        </w:rPr>
        <w:t>(1) Operatorul care colectează și transportă deșeuri menajere și deșeuri similare trebuie să cunoască:</w:t>
      </w:r>
    </w:p>
    <w:p w14:paraId="01EF70B5" w14:textId="77777777" w:rsidR="006633E6" w:rsidRPr="00DD198D" w:rsidRDefault="00000000">
      <w:pPr>
        <w:ind w:left="425"/>
        <w:jc w:val="both"/>
        <w:rPr>
          <w:lang w:val="it-CH"/>
        </w:rPr>
      </w:pPr>
      <w:r w:rsidRPr="00DD198D">
        <w:rPr>
          <w:color w:val="000000"/>
          <w:lang w:val="it-CH"/>
        </w:rPr>
        <w:t>a) datele/cerințele tehnice ale infrastructurii și utilajelor specifice cu care prestează activitatea;</w:t>
      </w:r>
    </w:p>
    <w:p w14:paraId="59C38600" w14:textId="77777777" w:rsidR="006633E6" w:rsidRPr="00DD198D" w:rsidRDefault="00000000">
      <w:pPr>
        <w:ind w:left="425"/>
        <w:jc w:val="both"/>
        <w:rPr>
          <w:lang w:val="it-CH"/>
        </w:rPr>
      </w:pPr>
      <w:r w:rsidRPr="00DD198D">
        <w:rPr>
          <w:color w:val="000000"/>
          <w:lang w:val="it-CH"/>
        </w:rPr>
        <w:t>b) tipul și cantitatea de deșeuri care urmează să fie transportate, pentru fiecare categorie de deșeuri în parte;</w:t>
      </w:r>
    </w:p>
    <w:p w14:paraId="3CF89B53" w14:textId="77777777" w:rsidR="006633E6" w:rsidRPr="00DD198D" w:rsidRDefault="00000000">
      <w:pPr>
        <w:ind w:left="425"/>
        <w:jc w:val="both"/>
        <w:rPr>
          <w:lang w:val="it-CH"/>
        </w:rPr>
      </w:pPr>
      <w:r w:rsidRPr="00DD198D">
        <w:rPr>
          <w:color w:val="000000"/>
          <w:lang w:val="it-CH"/>
        </w:rPr>
        <w:t>c) originea și destinația fiecărui tip de deșeuri colectate, date care trebuie prezentate, la cerere, autorităților competente.</w:t>
      </w:r>
    </w:p>
    <w:p w14:paraId="286B8A28" w14:textId="77777777" w:rsidR="006633E6" w:rsidRPr="00DD198D" w:rsidRDefault="00000000">
      <w:pPr>
        <w:ind w:firstLine="425"/>
        <w:jc w:val="both"/>
        <w:rPr>
          <w:lang w:val="it-CH"/>
        </w:rPr>
      </w:pPr>
      <w:r w:rsidRPr="00DD198D">
        <w:rPr>
          <w:color w:val="000000"/>
          <w:lang w:val="it-CH"/>
        </w:rPr>
        <w:t>(2) Operatorul care prestează activitatea de colectare separată a deșeurilor municipale împreună cu autoritatea administrației publice locale și/sau cu asociația de dezvoltare intercomunitară au obligația să identifice toți producătorii de deșeuri și să acționeze în vederea creării facilităților necesare prestării activității.</w:t>
      </w:r>
    </w:p>
    <w:p w14:paraId="409FF38D" w14:textId="77777777" w:rsidR="006633E6" w:rsidRPr="00DD198D" w:rsidRDefault="00000000">
      <w:pPr>
        <w:keepNext/>
        <w:spacing w:before="120"/>
        <w:rPr>
          <w:lang w:val="it-CH"/>
        </w:rPr>
      </w:pPr>
      <w:r w:rsidRPr="00DD198D">
        <w:rPr>
          <w:b/>
          <w:color w:val="000000"/>
          <w:lang w:val="it-CH"/>
        </w:rPr>
        <w:t>ART. 17</w:t>
      </w:r>
    </w:p>
    <w:p w14:paraId="534F4BF4" w14:textId="77777777" w:rsidR="006633E6" w:rsidRPr="00DD198D" w:rsidRDefault="00000000">
      <w:pPr>
        <w:ind w:firstLine="425"/>
        <w:jc w:val="both"/>
        <w:rPr>
          <w:lang w:val="it-CH"/>
        </w:rPr>
      </w:pPr>
      <w:r w:rsidRPr="00DD198D">
        <w:rPr>
          <w:color w:val="000000"/>
          <w:lang w:val="it-CH"/>
        </w:rPr>
        <w:t>(1) Persoanele fizice și juridice, producătoare de deșeuri municipale, au obligația să separe corect deșeurile municipale pe fracții, conform sistemului de colectare stabilit la nivelul unității administrativ-teritoriale, în punctele de colectare și/sau în spațiile special amenajate și asigurate de către autoritatea administrației publice locale împreună cu operatorul.</w:t>
      </w:r>
    </w:p>
    <w:p w14:paraId="2421A06A" w14:textId="77777777" w:rsidR="006633E6" w:rsidRPr="00DD198D" w:rsidRDefault="00000000">
      <w:pPr>
        <w:ind w:firstLine="425"/>
        <w:jc w:val="both"/>
        <w:rPr>
          <w:lang w:val="pt-PT"/>
        </w:rPr>
      </w:pPr>
      <w:r w:rsidRPr="00DD198D">
        <w:rPr>
          <w:color w:val="000000"/>
          <w:lang w:val="it-CH"/>
        </w:rPr>
        <w:t xml:space="preserve">(2) În vederea realizării activității de colectare separată, punctele de colectare sunt dotate prin grija operatorului sau a autorității administrației publice locale, după caz, conform legii, cu recipiente de colectare separată pentru fiecare tip de deșeuri. În cartierele de blocuri colectarea deșeurilor menajere nepericuloase se realizează pe șase fracții: deșeuri reziduale; deșeuri hârtie și carton; deșeuri de sticlă; deșeuri de plastic și metal; deșeuri textile; deșeuri biodegradabile. </w:t>
      </w:r>
      <w:r w:rsidRPr="00DD198D">
        <w:rPr>
          <w:color w:val="000000"/>
          <w:lang w:val="pt-PT"/>
        </w:rPr>
        <w:t xml:space="preserve">Colectarea deșeurilor se realizează în recipiente de 1.100 l, 3.000 l și 5.000 l amplasate în punctele de colectare. Colectarea </w:t>
      </w:r>
      <w:r w:rsidRPr="00DD198D">
        <w:rPr>
          <w:color w:val="000000"/>
          <w:lang w:val="pt-PT"/>
        </w:rPr>
        <w:lastRenderedPageBreak/>
        <w:t>deșeurilor textile se va realiza din recipiente speciale de 1,7 mc volum util amplasate pe domeniul public puse la dispoziția utilizatorilor.</w:t>
      </w:r>
    </w:p>
    <w:p w14:paraId="3913D501" w14:textId="77777777" w:rsidR="006633E6" w:rsidRPr="00DD198D" w:rsidRDefault="00000000">
      <w:pPr>
        <w:ind w:firstLine="425"/>
        <w:jc w:val="both"/>
        <w:rPr>
          <w:lang w:val="pt-PT"/>
        </w:rPr>
      </w:pPr>
      <w:r w:rsidRPr="005E15BF">
        <w:rPr>
          <w:color w:val="000000"/>
          <w:lang w:val="pt-PT"/>
        </w:rPr>
        <w:t>(3) În cartierele de case, la gospodăriile individuale, colectarea separată a deșeurilor se va realiza pe patru fracții: deșeuri reziduale; deșeuri hârtie și carton, deșeuri de plastic și metal; deșeuri de sticlă; deșeuri textile. Colectarea deșeurilor reziduale și a deșeurilor reciclabile se realizează "din poartă în poartă" în recipiente de 120 de culoare neagră dotate cu tag RFID pentru deșeurile reziduale, 240 l de culoare albastră pentru deșeurile reciclabile dotate cu tag RFID (hârtie și carton/plastic/metal),saci pentru deșeurile reciclabile pentru cantitățile suplimentare care prezintă un grad de siguranță ridicat din punct de vedere sanitar și al protecției mediului. Deșeurile de sticlă se vor colecta prin aport voluntar în punctele de colectare amplasate pe domeniul public. Colectarea deșeurilor textile se realizează în saci personalizați puși la dispoziție de autoritatea locală/operatorul de salubritate în campanii, pe fluxul deșeurilor voluminoase conform graficului stabilit de operator împreună cu autoritatea locală precum și prin punctele de colectare amplasate pe domeniul public. La locuințele de la casă se promovează reciclarea la sursă a biodeșeurilor, utilizatorii casnici fiind dotați cu unități de compostare individuală (2585 buc), amplasate în incinta gospodăriei. Cantitatea de biodeșeuri reciclate la sursă pe persoană care se ia în considerare de către delegatar la calculul ratei de reciclare nu trebuie să depășească în niciun caz cantitatea medie de deșeuri menajere pe cap de locuitor corespunzătoare indicelui de generare pentru mediul rural (kg/locuitor/zi), prevăzut în planul județean de gestionare a deșeurilor, conform prevederilor pct. 4(b) din Metodologia de calcul al biodeșeurilor municipale separate și reciclate la sursă prevăzută în anexa nr. II la Decizia de punere în aplicare (UE) 2019/1.004 a Comisiei din 7 iunie 2019 de stabilire a normelor pentru calculul, verificarea și raportarea datelor privind deșeurile în conformitate cu Directiva 2008/98/CE a Parlamentului European și a Consiliului și de abrogare a Deciziei de punere în aplicare C(2012) 2.384 a Comisiei.</w:t>
      </w:r>
    </w:p>
    <w:p w14:paraId="48DF60AD" w14:textId="77777777" w:rsidR="006633E6" w:rsidRPr="00DD198D" w:rsidRDefault="00000000">
      <w:pPr>
        <w:ind w:firstLine="425"/>
        <w:jc w:val="both"/>
        <w:rPr>
          <w:lang w:val="pt-PT"/>
        </w:rPr>
      </w:pPr>
      <w:r w:rsidRPr="00DD198D">
        <w:rPr>
          <w:color w:val="000000"/>
          <w:lang w:val="pt-PT"/>
        </w:rPr>
        <w:t>(4) a) Colectarea deșeurilor asimilabile celor menajere de la instituții, comerț și industrie pentru operatorii care au punctele de lucru în zona condominiilor și/sau la parterul blocurilor de locuințe, se colectează separat pe șase fracții: deșeuri reziduale; deșeuri hârtie și carton; deșeuri de sticlă; deșeuri de plastic și metal; deșeuri textile; deșeuri biodegradabile;</w:t>
      </w:r>
    </w:p>
    <w:p w14:paraId="3C8CBA78" w14:textId="77777777" w:rsidR="006633E6" w:rsidRPr="00DD198D" w:rsidRDefault="00000000">
      <w:pPr>
        <w:ind w:left="425"/>
        <w:jc w:val="both"/>
        <w:rPr>
          <w:lang w:val="pt-PT"/>
        </w:rPr>
      </w:pPr>
      <w:r w:rsidRPr="00DD198D">
        <w:rPr>
          <w:color w:val="000000"/>
          <w:lang w:val="pt-PT"/>
        </w:rPr>
        <w:t>b) Colectarea deșeurilor asimilabile celor menajere de la instituții, comerț și industrie pentru operatorii care au punctele de lucru în spații distincte, se face separat pe patru fracții a; deșeuri reziduale; deșeuri hârtie și carton, deșeuri de plastic și metal; deșeuri de sticlă; deșeuri textile, în containerele proprii sau închiriate de la operatorul de salubrizare cu observația că acestea trebuie să fie compatibile și să permită inserarea unui TAG RFID pentru identificare. Colectarea deșeurilor textile din deșeurile asimilabile celor menajere de la instituții, comerț și industrie se realizează în saci în cadrul campaniilor de colectare periodice, pe același flux cu deșeurile voluminoase.</w:t>
      </w:r>
    </w:p>
    <w:p w14:paraId="7DDA5D77" w14:textId="77777777" w:rsidR="006633E6" w:rsidRPr="00DD198D" w:rsidRDefault="00000000">
      <w:pPr>
        <w:ind w:firstLine="425"/>
        <w:jc w:val="both"/>
        <w:rPr>
          <w:lang w:val="pt-PT"/>
        </w:rPr>
      </w:pPr>
      <w:r w:rsidRPr="00DD198D">
        <w:rPr>
          <w:color w:val="000000"/>
          <w:lang w:val="pt-PT"/>
        </w:rPr>
        <w:t>(5) Recipientele folosite pentru colectarea separată a diferitelor tipuri de deșeuri vor fi inscripționate cu denumirea deșeurilor pentru care sunt destinate și marcate conform prevederilor Ordinului ministrului mediului și gospodăririi apelor și al ministrului administrației și internelor nr. 1.281/2005/1.121/2006 privind stabilirea modalităților de identificare a containerelor pentru diferite tipuri de materiale în scopul aplicării colectării selective.</w:t>
      </w:r>
    </w:p>
    <w:p w14:paraId="3D409032" w14:textId="77777777" w:rsidR="006633E6" w:rsidRPr="00DD198D" w:rsidRDefault="00000000">
      <w:pPr>
        <w:keepNext/>
        <w:spacing w:before="120"/>
        <w:rPr>
          <w:lang w:val="pt-PT"/>
        </w:rPr>
      </w:pPr>
      <w:r w:rsidRPr="00DD198D">
        <w:rPr>
          <w:b/>
          <w:color w:val="000000"/>
          <w:lang w:val="pt-PT"/>
        </w:rPr>
        <w:t>ART. 18</w:t>
      </w:r>
    </w:p>
    <w:p w14:paraId="70E8B2A4" w14:textId="77777777" w:rsidR="006633E6" w:rsidRPr="00DD198D" w:rsidRDefault="00000000">
      <w:pPr>
        <w:ind w:firstLine="425"/>
        <w:jc w:val="both"/>
        <w:rPr>
          <w:lang w:val="pt-PT"/>
        </w:rPr>
      </w:pPr>
      <w:r w:rsidRPr="00DD198D">
        <w:rPr>
          <w:color w:val="000000"/>
          <w:lang w:val="pt-PT"/>
        </w:rPr>
        <w:t>(1) Punctele de colectare vor fi dotate cu recipiente având capacitatea de stocare corelată cu numărul de utilizatori arondați și cu frecvența de ridicare, asigurând condiții de acces ușor pentru autovehiculele destinate colectării.</w:t>
      </w:r>
    </w:p>
    <w:p w14:paraId="2A1A2DAC" w14:textId="77777777" w:rsidR="006633E6" w:rsidRPr="00DD198D" w:rsidRDefault="00000000">
      <w:pPr>
        <w:ind w:firstLine="425"/>
        <w:jc w:val="both"/>
        <w:rPr>
          <w:lang w:val="pt-PT"/>
        </w:rPr>
      </w:pPr>
      <w:r w:rsidRPr="00DD198D">
        <w:rPr>
          <w:color w:val="000000"/>
          <w:lang w:val="pt-PT"/>
        </w:rPr>
        <w:lastRenderedPageBreak/>
        <w:t>(2) Numărul de recipiente de colectare a deșeurilor municipale se stabilește conform tabelului 2 din Standardul SR 13387:1997, Salubrizarea localităților. Deșeuri urbane. Prescripții de proiectare a punctelor pentru precolectare.</w:t>
      </w:r>
    </w:p>
    <w:p w14:paraId="4956EF22" w14:textId="77777777" w:rsidR="006633E6" w:rsidRPr="00DD198D" w:rsidRDefault="00000000">
      <w:pPr>
        <w:ind w:firstLine="425"/>
        <w:jc w:val="both"/>
        <w:rPr>
          <w:lang w:val="pt-PT"/>
        </w:rPr>
      </w:pPr>
      <w:r w:rsidRPr="00DD198D">
        <w:rPr>
          <w:color w:val="000000"/>
          <w:lang w:val="pt-PT"/>
        </w:rPr>
        <w:t>(3) În vederea prevenirii utilizării neconforme și/sau fără drept a recipientelor de colectare a deșeurilor municipale, acestea vor fi inscripționate cu un marcaj de identificare realizat astfel încât să nu poată fi șters fără ca prin această operație să nu rămână urme vizibile.</w:t>
      </w:r>
    </w:p>
    <w:p w14:paraId="2720C86A" w14:textId="77777777" w:rsidR="006633E6" w:rsidRPr="00DD198D" w:rsidRDefault="00000000">
      <w:pPr>
        <w:ind w:firstLine="425"/>
        <w:jc w:val="both"/>
        <w:rPr>
          <w:lang w:val="pt-PT"/>
        </w:rPr>
      </w:pPr>
      <w:r w:rsidRPr="00DD198D">
        <w:rPr>
          <w:color w:val="000000"/>
          <w:lang w:val="pt-PT"/>
        </w:rPr>
        <w:t>(4) Operatorul/autoritatea locală va suplimenta capacitatea de colectare, inclusiv prin mărirea numărului de recipiente, în cazul în care se dovedește că volumul acestora este insuficient și se stochează deșeuri municipale în afara lor.</w:t>
      </w:r>
    </w:p>
    <w:p w14:paraId="2FB554EA" w14:textId="77777777" w:rsidR="006633E6" w:rsidRPr="00DD198D" w:rsidRDefault="00000000">
      <w:pPr>
        <w:ind w:firstLine="425"/>
        <w:jc w:val="both"/>
        <w:rPr>
          <w:lang w:val="pt-PT"/>
        </w:rPr>
      </w:pPr>
      <w:r w:rsidRPr="00DD198D">
        <w:rPr>
          <w:color w:val="000000"/>
          <w:lang w:val="pt-PT"/>
        </w:rPr>
        <w:t>(5) Menținerea în stare salubră, ventilarea, deratizarea, dezinfecția și dezinsecția punctelor de colectare/recipientelor de colectare revin persoanelor fizice și/sau juridice în cazul în care acestea se află în spații aparținând utilizatorului ori operatorului în cazul când acestea sunt amplasate pe domeniul public.</w:t>
      </w:r>
    </w:p>
    <w:p w14:paraId="5A8756A5" w14:textId="77777777" w:rsidR="006633E6" w:rsidRPr="00DD198D" w:rsidRDefault="00000000">
      <w:pPr>
        <w:ind w:firstLine="425"/>
        <w:jc w:val="both"/>
        <w:rPr>
          <w:lang w:val="pt-PT"/>
        </w:rPr>
      </w:pPr>
      <w:r w:rsidRPr="00DD198D">
        <w:rPr>
          <w:color w:val="000000"/>
          <w:lang w:val="pt-PT"/>
        </w:rPr>
        <w:t>(6) Pentru utilizatorii din imobilele de tip condominiu și/sau din alte imobile, care nu dispun de spații interioare pentru colectarea separată a deșeurilor, se vor amenaja puncte de colectare exterioare dotate cu recipiente specifice pentru fiecare tip de deșeu, amplasate în locuri care să permită accesul ușor al autovehiculelor de colectare.</w:t>
      </w:r>
    </w:p>
    <w:p w14:paraId="1513D647" w14:textId="77777777" w:rsidR="006633E6" w:rsidRPr="00DD198D" w:rsidRDefault="00000000">
      <w:pPr>
        <w:ind w:firstLine="425"/>
        <w:jc w:val="both"/>
        <w:rPr>
          <w:lang w:val="pt-PT"/>
        </w:rPr>
      </w:pPr>
      <w:r w:rsidRPr="00DD198D">
        <w:rPr>
          <w:color w:val="000000"/>
          <w:lang w:val="pt-PT"/>
        </w:rPr>
        <w:t>(7) Platformele spațiilor necesare colectării separate a deșeurilor, care se vor realiza prin grija autorităților administrației publice locale sau operatorului, vor fi în mod obligatoriu betonate sau asfaltate și prevăzute, în cazul în care este fezabil tehnic și economic, cu rigole de preluare a apei meteorice, racordate la rețeaua de canalizare.</w:t>
      </w:r>
    </w:p>
    <w:p w14:paraId="35102F92" w14:textId="77777777" w:rsidR="006633E6" w:rsidRPr="00DD198D" w:rsidRDefault="00000000">
      <w:pPr>
        <w:ind w:firstLine="425"/>
        <w:jc w:val="both"/>
        <w:rPr>
          <w:lang w:val="pt-PT"/>
        </w:rPr>
      </w:pPr>
      <w:r w:rsidRPr="00DD198D">
        <w:rPr>
          <w:color w:val="000000"/>
          <w:lang w:val="pt-PT"/>
        </w:rPr>
        <w:t>(8) Operatorul verifică starea de etanșeitate a recipientelor de colectare și le înlocuiește imediat pe cele care s-au deteriorat.</w:t>
      </w:r>
    </w:p>
    <w:p w14:paraId="48FDBC58" w14:textId="77777777" w:rsidR="006633E6" w:rsidRPr="00DD198D" w:rsidRDefault="00000000">
      <w:pPr>
        <w:ind w:firstLine="425"/>
        <w:jc w:val="both"/>
        <w:rPr>
          <w:lang w:val="pt-PT"/>
        </w:rPr>
      </w:pPr>
      <w:r w:rsidRPr="005E15BF">
        <w:rPr>
          <w:color w:val="000000"/>
          <w:lang w:val="pt-PT"/>
        </w:rPr>
        <w:t>(9) Operatorul are obligația de a realiza minimum două operațiuni de spălare și dezinfecție pe an a eurocontainerelor și a recipientelor amplasate în punctele comune de colectare pentru condominii, în lunile iunie și septembrie, fie prin înlocuirea temporară a recipientelor cu altele curate, fie la fața locului, cu autospeciala dotată cu sistem de spălare. Operațiunea se consemnează în procese-verbale contrasemnate de reprezentantul autorității administrației publice locale. Nerealizarea operațiunii atrage penalitatea prevăzută la indicatorul privind eficiența spălării și dezinfecției recipientelor din punctele comune de colectare, cuprins în anexa nr. 1, și constituie contravenție, sancționată potrivit pct. 45 din anexa nr. 2.</w:t>
      </w:r>
    </w:p>
    <w:p w14:paraId="492F60AC" w14:textId="77777777" w:rsidR="006633E6" w:rsidRPr="00DD198D" w:rsidRDefault="00000000">
      <w:pPr>
        <w:keepNext/>
        <w:spacing w:before="120"/>
        <w:rPr>
          <w:lang w:val="pt-PT"/>
        </w:rPr>
      </w:pPr>
      <w:r w:rsidRPr="00DD198D">
        <w:rPr>
          <w:b/>
          <w:color w:val="000000"/>
          <w:lang w:val="pt-PT"/>
        </w:rPr>
        <w:t>ART. 19</w:t>
      </w:r>
    </w:p>
    <w:p w14:paraId="399C851F" w14:textId="77777777" w:rsidR="006633E6" w:rsidRPr="00DD198D" w:rsidRDefault="00000000">
      <w:pPr>
        <w:jc w:val="both"/>
        <w:rPr>
          <w:lang w:val="pt-PT"/>
        </w:rPr>
      </w:pPr>
      <w:r w:rsidRPr="00DD198D">
        <w:rPr>
          <w:color w:val="000000"/>
          <w:lang w:val="pt-PT"/>
        </w:rPr>
        <w:t>În funcție de sistemul de colectare separată adoptat, colectarea în recipiente a deșeurilor menajere și similare se realizează în recipiente a căror culori sunt următoarele:</w:t>
      </w:r>
    </w:p>
    <w:p w14:paraId="44ABB98C" w14:textId="77777777" w:rsidR="006633E6" w:rsidRPr="00DD198D" w:rsidRDefault="00000000">
      <w:pPr>
        <w:ind w:left="425"/>
        <w:jc w:val="both"/>
        <w:rPr>
          <w:lang w:val="pt-PT"/>
        </w:rPr>
      </w:pPr>
      <w:r w:rsidRPr="00DD198D">
        <w:rPr>
          <w:color w:val="000000"/>
          <w:lang w:val="pt-PT"/>
        </w:rPr>
        <w:t>a) deșeurile reziduale în recipiente de culoare negru;</w:t>
      </w:r>
    </w:p>
    <w:p w14:paraId="0AFA0E0C" w14:textId="77777777" w:rsidR="006633E6" w:rsidRPr="00DD198D" w:rsidRDefault="00000000">
      <w:pPr>
        <w:ind w:left="425"/>
        <w:jc w:val="both"/>
        <w:rPr>
          <w:lang w:val="pt-PT"/>
        </w:rPr>
      </w:pPr>
      <w:r w:rsidRPr="00DD198D">
        <w:rPr>
          <w:color w:val="000000"/>
          <w:lang w:val="pt-PT"/>
        </w:rPr>
        <w:t>b) biodeșeurile în recipiente de culoare maro;</w:t>
      </w:r>
    </w:p>
    <w:p w14:paraId="35F9A233" w14:textId="77777777" w:rsidR="006633E6" w:rsidRPr="00DD198D" w:rsidRDefault="00000000">
      <w:pPr>
        <w:ind w:left="425"/>
        <w:jc w:val="both"/>
        <w:rPr>
          <w:lang w:val="pt-PT"/>
        </w:rPr>
      </w:pPr>
      <w:r w:rsidRPr="00DD198D">
        <w:rPr>
          <w:color w:val="000000"/>
          <w:lang w:val="pt-PT"/>
        </w:rPr>
        <w:t>c) deșeurile de hârtie și carton, curate, în recipiente de culoare albastră;</w:t>
      </w:r>
    </w:p>
    <w:p w14:paraId="44D04F13" w14:textId="77777777" w:rsidR="006633E6" w:rsidRPr="00DD198D" w:rsidRDefault="00000000">
      <w:pPr>
        <w:ind w:left="425"/>
        <w:jc w:val="both"/>
        <w:rPr>
          <w:lang w:val="pt-PT"/>
        </w:rPr>
      </w:pPr>
      <w:r w:rsidRPr="00DD198D">
        <w:rPr>
          <w:color w:val="000000"/>
          <w:lang w:val="pt-PT"/>
        </w:rPr>
        <w:t>d) deșeurile de plastic și metal în recipiente de culoare galbenă;</w:t>
      </w:r>
    </w:p>
    <w:p w14:paraId="06766FDC" w14:textId="77777777" w:rsidR="006633E6" w:rsidRPr="00DD198D" w:rsidRDefault="00000000">
      <w:pPr>
        <w:ind w:left="425"/>
        <w:jc w:val="both"/>
        <w:rPr>
          <w:lang w:val="pt-PT"/>
        </w:rPr>
      </w:pPr>
      <w:r w:rsidRPr="00DD198D">
        <w:rPr>
          <w:color w:val="000000"/>
          <w:lang w:val="pt-PT"/>
        </w:rPr>
        <w:t>e) deșeurile de sticlă albă/colorată în recipiente de culoare verde, nefiind permis amestecul sticlei cu deșeuri din materiale de tip porțelan/ceramică;</w:t>
      </w:r>
    </w:p>
    <w:p w14:paraId="08AE0A3D" w14:textId="77777777" w:rsidR="006633E6" w:rsidRPr="00DD198D" w:rsidRDefault="00000000">
      <w:pPr>
        <w:ind w:left="425"/>
        <w:jc w:val="both"/>
        <w:rPr>
          <w:lang w:val="pt-PT"/>
        </w:rPr>
      </w:pPr>
      <w:r w:rsidRPr="00DD198D">
        <w:rPr>
          <w:color w:val="000000"/>
          <w:lang w:val="pt-PT"/>
        </w:rPr>
        <w:t>f) deșeurile periculoase din deșeurile menajere în containere de culoare roșie;</w:t>
      </w:r>
    </w:p>
    <w:p w14:paraId="17CB8C4C" w14:textId="77777777" w:rsidR="006633E6" w:rsidRPr="00DD198D" w:rsidRDefault="00000000">
      <w:pPr>
        <w:ind w:left="425"/>
        <w:jc w:val="both"/>
        <w:rPr>
          <w:lang w:val="pt-PT"/>
        </w:rPr>
      </w:pPr>
      <w:r w:rsidRPr="00DD198D">
        <w:rPr>
          <w:color w:val="000000"/>
          <w:lang w:val="pt-PT"/>
        </w:rPr>
        <w:t>g) deșeurile textile se colectează în containere special dedicate acestui flux de deșeuri și în saci în cadrul campaniilor.</w:t>
      </w:r>
    </w:p>
    <w:p w14:paraId="76D1F3AE" w14:textId="77777777" w:rsidR="006633E6" w:rsidRPr="00DD198D" w:rsidRDefault="00000000">
      <w:pPr>
        <w:keepNext/>
        <w:spacing w:before="120"/>
        <w:rPr>
          <w:lang w:val="pt-PT"/>
        </w:rPr>
      </w:pPr>
      <w:r w:rsidRPr="00DD198D">
        <w:rPr>
          <w:b/>
          <w:color w:val="000000"/>
          <w:lang w:val="pt-PT"/>
        </w:rPr>
        <w:lastRenderedPageBreak/>
        <w:t>ART. 20</w:t>
      </w:r>
    </w:p>
    <w:p w14:paraId="6F7E63A0" w14:textId="77777777" w:rsidR="006633E6" w:rsidRPr="00DD198D" w:rsidRDefault="00000000">
      <w:pPr>
        <w:ind w:firstLine="425"/>
        <w:jc w:val="both"/>
        <w:rPr>
          <w:lang w:val="pt-PT"/>
        </w:rPr>
      </w:pPr>
      <w:r w:rsidRPr="00DD198D">
        <w:rPr>
          <w:color w:val="000000"/>
          <w:lang w:val="pt-PT"/>
        </w:rPr>
        <w:t>(1) Fracțiile de deșeuri municipale colectate separat sunt supuse proceselor de sortare/tratare în vederea reciclării/valorificării.</w:t>
      </w:r>
    </w:p>
    <w:p w14:paraId="5EC0F66C" w14:textId="77777777" w:rsidR="006633E6" w:rsidRPr="00DD198D" w:rsidRDefault="00000000">
      <w:pPr>
        <w:ind w:firstLine="425"/>
        <w:jc w:val="both"/>
        <w:rPr>
          <w:lang w:val="pt-PT"/>
        </w:rPr>
      </w:pPr>
      <w:r w:rsidRPr="00DD198D">
        <w:rPr>
          <w:color w:val="000000"/>
          <w:lang w:val="pt-PT"/>
        </w:rPr>
        <w:t>(2) Este interzisă depozitarea biodeșeurilor și a deșeurilor reciclabile colectate separat.</w:t>
      </w:r>
    </w:p>
    <w:p w14:paraId="2BBA6C78" w14:textId="77777777" w:rsidR="006633E6" w:rsidRPr="00DD198D" w:rsidRDefault="00000000">
      <w:pPr>
        <w:keepNext/>
        <w:spacing w:before="120"/>
        <w:rPr>
          <w:lang w:val="pt-PT"/>
        </w:rPr>
      </w:pPr>
      <w:r w:rsidRPr="00DD198D">
        <w:rPr>
          <w:b/>
          <w:color w:val="000000"/>
          <w:lang w:val="pt-PT"/>
        </w:rPr>
        <w:t>ART. 21</w:t>
      </w:r>
    </w:p>
    <w:p w14:paraId="29E00C44" w14:textId="77777777" w:rsidR="006633E6" w:rsidRPr="00DD198D" w:rsidRDefault="00000000">
      <w:pPr>
        <w:ind w:firstLine="425"/>
        <w:jc w:val="both"/>
        <w:rPr>
          <w:lang w:val="pt-PT"/>
        </w:rPr>
      </w:pPr>
      <w:r w:rsidRPr="00DD198D">
        <w:rPr>
          <w:color w:val="000000"/>
          <w:lang w:val="pt-PT"/>
        </w:rPr>
        <w:t>(1) În conformitate cu prevederile art. 39 din Normele de igienă și sănătate publică privind mediul de viață al populației aprobate prin Ordinul ministrului sănătății nr. 119/2014, cu modificările și completările ulterioare, evacuarea deșeurilor reziduale și a biodeșeurilor, colectate în amestec sau separat, de la locurile de producere și punctele de colectare la locul de tratare se face cu frecvența stabilită de către autoritatea administrației publice locale:</w:t>
      </w:r>
    </w:p>
    <w:p w14:paraId="134349EC" w14:textId="77777777" w:rsidR="006633E6" w:rsidRPr="00DD198D" w:rsidRDefault="00000000">
      <w:pPr>
        <w:ind w:left="425"/>
        <w:jc w:val="both"/>
        <w:rPr>
          <w:lang w:val="pt-PT"/>
        </w:rPr>
      </w:pPr>
      <w:r w:rsidRPr="00DD198D">
        <w:rPr>
          <w:color w:val="000000"/>
          <w:lang w:val="pt-PT"/>
        </w:rPr>
        <w:t>a) zilnic(exceptând duminica) sau în funcție de gradul de umplere indicat de senzorii platformelor digitalizate acolo unde există, de la punctele de colectare comune din zonele cu blocuri și de la unitățile de alimentație publică, restaurante, hoteluri, piețe, unitățile sanitare cu paturi, creșe și cantinele unităților de învățământ, în toate zilele din săptămână sau, după caz, într-o perioadă de zile consecutive din săptămână, în funcție de programul de funcționare;</w:t>
      </w:r>
    </w:p>
    <w:p w14:paraId="1777A593" w14:textId="77777777" w:rsidR="006633E6" w:rsidRPr="00DD198D" w:rsidRDefault="00000000">
      <w:pPr>
        <w:ind w:left="425"/>
        <w:jc w:val="both"/>
        <w:rPr>
          <w:lang w:val="it-CH"/>
        </w:rPr>
      </w:pPr>
      <w:r w:rsidRPr="00DD198D">
        <w:rPr>
          <w:color w:val="000000"/>
          <w:lang w:val="it-CH"/>
        </w:rPr>
        <w:t>b) o dată pe săptămână, de la alți utilizatori noncasnici decât cei prevăzuți la lit. a);</w:t>
      </w:r>
    </w:p>
    <w:p w14:paraId="6417ACC6" w14:textId="77777777" w:rsidR="006633E6" w:rsidRPr="00DD198D" w:rsidRDefault="00000000">
      <w:pPr>
        <w:ind w:left="425"/>
        <w:jc w:val="both"/>
        <w:rPr>
          <w:lang w:val="it-CH"/>
        </w:rPr>
      </w:pPr>
      <w:r w:rsidRPr="00DD198D">
        <w:rPr>
          <w:color w:val="000000"/>
          <w:lang w:val="it-CH"/>
        </w:rPr>
        <w:t>c) o dată pe săptămână, de la casele/gospodăriile individuale în care colectarea deșeurilor se realizează "din poartă în poartă”.</w:t>
      </w:r>
    </w:p>
    <w:p w14:paraId="7B4C26DB" w14:textId="77777777" w:rsidR="006633E6" w:rsidRPr="00DD198D" w:rsidRDefault="00000000">
      <w:pPr>
        <w:ind w:firstLine="425"/>
        <w:jc w:val="both"/>
        <w:rPr>
          <w:lang w:val="it-CH"/>
        </w:rPr>
      </w:pPr>
      <w:r w:rsidRPr="00DD198D">
        <w:rPr>
          <w:color w:val="000000"/>
          <w:lang w:val="it-CH"/>
        </w:rPr>
        <w:t>(2) Frecvența de colectare separată a deșeurilor reziduale și a biodeșeurilor de la case/gospodării individuale prevăzută la alin. (1) lit. c) poate fi redusă de către autoritatea administrației publice locale în situația în care se implementează instrumentul economic "plătește pentru cât arunci" sau, în alte situații, precum colectarea din punctele de colectare de tip insule ecologice digitalizate, cu avizul direcției de sănătate publică județeană.</w:t>
      </w:r>
    </w:p>
    <w:p w14:paraId="337B9439" w14:textId="77777777" w:rsidR="006633E6" w:rsidRPr="00DD198D" w:rsidRDefault="00000000">
      <w:pPr>
        <w:ind w:firstLine="425"/>
        <w:jc w:val="both"/>
        <w:rPr>
          <w:lang w:val="it-CH"/>
        </w:rPr>
      </w:pPr>
      <w:r w:rsidRPr="00DD198D">
        <w:rPr>
          <w:color w:val="000000"/>
          <w:lang w:val="it-CH"/>
        </w:rPr>
        <w:t>(3) Evacuarea deșeurilor reciclabile de hârtie, metal, plastic și sticlă colectate separat de la locurile de producere și punctele de colectare la stația de sortare/transfer se face la frecvența stabilită de către autoritatea publică locală în funcție de datele istorice privind cantitățile generate de utilizatori și de capacitatea recipientelor/containerelor și/sau sacilor în care sunt colectate aceste deșeuri:</w:t>
      </w:r>
    </w:p>
    <w:p w14:paraId="26F22181" w14:textId="77777777" w:rsidR="006633E6" w:rsidRPr="00DD198D" w:rsidRDefault="00000000">
      <w:pPr>
        <w:ind w:left="425"/>
        <w:jc w:val="both"/>
        <w:rPr>
          <w:lang w:val="pt-PT"/>
        </w:rPr>
      </w:pPr>
      <w:r w:rsidRPr="00DD198D">
        <w:rPr>
          <w:color w:val="000000"/>
          <w:lang w:val="pt-PT"/>
        </w:rPr>
        <w:t>a) de trei ori pe săptămână sau în funcție de gradul de umplere indicat de senzorii platformelor digitalizate acolo unde există, de la punctele comune de colectare;</w:t>
      </w:r>
    </w:p>
    <w:p w14:paraId="37B8F887" w14:textId="77777777" w:rsidR="005E15BF" w:rsidRDefault="00000000">
      <w:pPr>
        <w:ind w:left="425"/>
        <w:jc w:val="both"/>
        <w:rPr>
          <w:color w:val="000000"/>
          <w:lang w:val="pt-PT"/>
        </w:rPr>
      </w:pPr>
      <w:r w:rsidRPr="005E15BF">
        <w:rPr>
          <w:color w:val="000000"/>
          <w:lang w:val="pt-PT"/>
        </w:rPr>
        <w:t>b) de două ori pe lună la casele/gospodăriile individuale în care colectarea deșeurilor se realizează "din poartă în poartă", pentru deșeurile de hârtie, carton, plastic și metal, în primul an de operare, și o dată la trei luni pentru deșeurile de sticlă; frecvența de colectare a deșeurilor de hârtie, carton, plastic și metal se dublează începând cu al doilea an de operare, după capitalizarea operatorului și asigurarea mijloacelor de colectare;</w:t>
      </w:r>
    </w:p>
    <w:p w14:paraId="307EDD13" w14:textId="5FFE3EB8" w:rsidR="006633E6" w:rsidRPr="00DD198D" w:rsidRDefault="00000000">
      <w:pPr>
        <w:ind w:left="425"/>
        <w:jc w:val="both"/>
        <w:rPr>
          <w:lang w:val="it-CH"/>
        </w:rPr>
      </w:pPr>
      <w:r w:rsidRPr="00DD198D">
        <w:rPr>
          <w:color w:val="000000"/>
          <w:lang w:val="it-CH"/>
        </w:rPr>
        <w:t>c) minim o dată pe săptămână sau la cerere, pentru deșeurile de hârtie, carton, plastic și metal, de la utilizatorii non-casnici.</w:t>
      </w:r>
    </w:p>
    <w:p w14:paraId="0DF3F347" w14:textId="77777777" w:rsidR="006633E6" w:rsidRPr="00DD198D" w:rsidRDefault="00000000">
      <w:pPr>
        <w:ind w:firstLine="425"/>
        <w:jc w:val="both"/>
        <w:rPr>
          <w:lang w:val="it-CH"/>
        </w:rPr>
      </w:pPr>
      <w:r w:rsidRPr="00DD198D">
        <w:rPr>
          <w:color w:val="000000"/>
          <w:lang w:val="it-CH"/>
        </w:rPr>
        <w:t>(4) Colectarea și transportul deșeurilor textile de la containerele specializate de pe domeniul public se face când gradul de umplere este de 85% din capacitate și/sau minim o dată pe lună, iar la gospodăriile de la case în cadrul celor 4 campanii anuale de colectare, împreună cu deșeurile voluminoase.</w:t>
      </w:r>
    </w:p>
    <w:p w14:paraId="62C8A84F" w14:textId="77777777" w:rsidR="006633E6" w:rsidRPr="00DD198D" w:rsidRDefault="00000000">
      <w:pPr>
        <w:ind w:firstLine="425"/>
        <w:jc w:val="both"/>
        <w:rPr>
          <w:lang w:val="it-CH"/>
        </w:rPr>
      </w:pPr>
      <w:r w:rsidRPr="00DD198D">
        <w:rPr>
          <w:color w:val="000000"/>
          <w:lang w:val="it-CH"/>
        </w:rPr>
        <w:t>(5) Colectarea și transportul deșeurilor periculoase din deșeurile menajere în containerele speciale ale operatorului se face în cadrul celor patru campanii anuale organizate de operator.</w:t>
      </w:r>
    </w:p>
    <w:p w14:paraId="46EDBD69" w14:textId="77777777" w:rsidR="006633E6" w:rsidRPr="00DD198D" w:rsidRDefault="00000000">
      <w:pPr>
        <w:ind w:firstLine="425"/>
        <w:jc w:val="both"/>
        <w:rPr>
          <w:lang w:val="pt-PT"/>
        </w:rPr>
      </w:pPr>
      <w:r w:rsidRPr="00DD198D">
        <w:rPr>
          <w:color w:val="000000"/>
          <w:lang w:val="pt-PT"/>
        </w:rPr>
        <w:t>(6) Colectarea și transportul deșeurilor de echipamente electrice și electronice (DEEE) se face pe fluxul deșeurilor voluminoase, în cadrul celor 4 campanii anuale.</w:t>
      </w:r>
    </w:p>
    <w:p w14:paraId="29882F66" w14:textId="77777777" w:rsidR="006633E6" w:rsidRPr="00DD198D" w:rsidRDefault="00000000">
      <w:pPr>
        <w:ind w:firstLine="425"/>
        <w:jc w:val="both"/>
        <w:rPr>
          <w:lang w:val="pt-PT"/>
        </w:rPr>
      </w:pPr>
      <w:r w:rsidRPr="00DD198D">
        <w:rPr>
          <w:color w:val="000000"/>
          <w:lang w:val="pt-PT"/>
        </w:rPr>
        <w:lastRenderedPageBreak/>
        <w:t>(7) Colectarea și transportul deșeurilor voluminoase se face în cadrul celor 4 campanii anuale organizate de operator, precum și, contra cost, la solicitarea utilizatorilor, în afara campaniilor.</w:t>
      </w:r>
    </w:p>
    <w:p w14:paraId="688F361E" w14:textId="77777777" w:rsidR="006633E6" w:rsidRPr="00DD198D" w:rsidRDefault="00000000">
      <w:pPr>
        <w:ind w:firstLine="425"/>
        <w:jc w:val="both"/>
        <w:rPr>
          <w:lang w:val="pt-PT"/>
        </w:rPr>
      </w:pPr>
      <w:r w:rsidRPr="00DD198D">
        <w:rPr>
          <w:color w:val="000000"/>
          <w:lang w:val="pt-PT"/>
        </w:rPr>
        <w:t>(8) Colectarea deșeurilor din construcții provenite din locuințe se face la cererea utilizatorilor, contra cost, la tariful aprobat.</w:t>
      </w:r>
    </w:p>
    <w:p w14:paraId="591C0379" w14:textId="77777777" w:rsidR="006633E6" w:rsidRPr="00DD198D" w:rsidRDefault="00000000">
      <w:pPr>
        <w:ind w:firstLine="425"/>
        <w:jc w:val="both"/>
        <w:rPr>
          <w:lang w:val="pt-PT"/>
        </w:rPr>
      </w:pPr>
      <w:r w:rsidRPr="00DD198D">
        <w:rPr>
          <w:color w:val="000000"/>
          <w:lang w:val="pt-PT"/>
        </w:rPr>
        <w:t>(9) Deșeurile colectate se transportă la instalațiile din cadrul Sistemului de management integrat al deșeurilor în județul Bacău, respectiv la Depozitul conform de deșeuri nepericuloase Bacău (str. Chimiei nr. 20, situat la o distanță de circa 27 km), la stația de sortare și la instalația de compostare, potrivit fluxului deșeurilor stabilit de ADIS Bacău.</w:t>
      </w:r>
    </w:p>
    <w:p w14:paraId="22BE2C59" w14:textId="77777777" w:rsidR="006633E6" w:rsidRPr="005E15BF" w:rsidRDefault="00000000">
      <w:pPr>
        <w:keepNext/>
        <w:spacing w:before="120"/>
        <w:rPr>
          <w:lang w:val="it-CH"/>
        </w:rPr>
      </w:pPr>
      <w:r w:rsidRPr="005E15BF">
        <w:rPr>
          <w:b/>
          <w:color w:val="000000"/>
          <w:lang w:val="it-CH"/>
        </w:rPr>
        <w:t>ART. 21^1</w:t>
      </w:r>
    </w:p>
    <w:p w14:paraId="74B821AE" w14:textId="77777777" w:rsidR="006633E6" w:rsidRPr="005E15BF" w:rsidRDefault="00000000">
      <w:pPr>
        <w:ind w:firstLine="425"/>
        <w:jc w:val="both"/>
        <w:rPr>
          <w:lang w:val="it-CH"/>
        </w:rPr>
      </w:pPr>
      <w:r w:rsidRPr="005E15BF">
        <w:rPr>
          <w:color w:val="000000"/>
          <w:lang w:val="it-CH"/>
        </w:rPr>
        <w:t>(1) Deșeurile verzi provenite de la locuințele individuale se colectează separat, ca fracție distinctă a biodeșeurilor. În categoria deșeurilor verzi intră:</w:t>
      </w:r>
    </w:p>
    <w:p w14:paraId="56F0F7C3" w14:textId="77777777" w:rsidR="006633E6" w:rsidRPr="005E15BF" w:rsidRDefault="00000000">
      <w:pPr>
        <w:ind w:left="425"/>
        <w:jc w:val="both"/>
        <w:rPr>
          <w:lang w:val="it-CH"/>
        </w:rPr>
      </w:pPr>
      <w:r w:rsidRPr="005E15BF">
        <w:rPr>
          <w:color w:val="000000"/>
          <w:lang w:val="it-CH"/>
        </w:rPr>
        <w:t>a) iarba tunsă, frunzele uscate și florile;</w:t>
      </w:r>
    </w:p>
    <w:p w14:paraId="755DCEE0" w14:textId="77777777" w:rsidR="006633E6" w:rsidRPr="005E15BF" w:rsidRDefault="00000000">
      <w:pPr>
        <w:ind w:left="425"/>
        <w:jc w:val="both"/>
        <w:rPr>
          <w:lang w:val="it-CH"/>
        </w:rPr>
      </w:pPr>
      <w:r w:rsidRPr="005E15BF">
        <w:rPr>
          <w:color w:val="000000"/>
          <w:lang w:val="it-CH"/>
        </w:rPr>
        <w:t>b) crengile rezultate din tăierea pomilor, fasonate sau legate în mănunchiuri;</w:t>
      </w:r>
    </w:p>
    <w:p w14:paraId="2AD65BD1" w14:textId="77777777" w:rsidR="006633E6" w:rsidRPr="005E15BF" w:rsidRDefault="00000000">
      <w:pPr>
        <w:ind w:left="425"/>
        <w:jc w:val="both"/>
        <w:rPr>
          <w:lang w:val="it-CH"/>
        </w:rPr>
      </w:pPr>
      <w:r w:rsidRPr="005E15BF">
        <w:rPr>
          <w:color w:val="000000"/>
          <w:lang w:val="it-CH"/>
        </w:rPr>
        <w:t>c) paiele, fânul și alte resturi vegetale din grădină.</w:t>
      </w:r>
    </w:p>
    <w:p w14:paraId="7C8D1EE3" w14:textId="77777777" w:rsidR="006633E6" w:rsidRPr="005E15BF" w:rsidRDefault="00000000">
      <w:pPr>
        <w:ind w:firstLine="425"/>
        <w:jc w:val="both"/>
        <w:rPr>
          <w:lang w:val="pt-PT"/>
        </w:rPr>
      </w:pPr>
      <w:r w:rsidRPr="005E15BF">
        <w:rPr>
          <w:color w:val="000000"/>
          <w:lang w:val="it-CH"/>
        </w:rPr>
        <w:t xml:space="preserve">(2) Colectarea deșeurilor verzi se realizează la solicitarea utilizatorilor serviciului, adresată operatorului, cu plata tarifului aprobat pentru colectarea biodeșeurilor, exprimat în lei/mc. </w:t>
      </w:r>
      <w:r w:rsidRPr="005E15BF">
        <w:rPr>
          <w:color w:val="000000"/>
          <w:lang w:val="pt-PT"/>
        </w:rPr>
        <w:t>Colectarea deșeurilor verzi de la locuințele individuale nu este cuprinsă în taxa specială de salubrizare.</w:t>
      </w:r>
    </w:p>
    <w:p w14:paraId="4CE6F2FC" w14:textId="77777777" w:rsidR="006633E6" w:rsidRPr="005E15BF" w:rsidRDefault="00000000">
      <w:pPr>
        <w:ind w:firstLine="425"/>
        <w:jc w:val="both"/>
        <w:rPr>
          <w:lang w:val="pt-PT"/>
        </w:rPr>
      </w:pPr>
      <w:r w:rsidRPr="005E15BF">
        <w:rPr>
          <w:color w:val="000000"/>
          <w:lang w:val="pt-PT"/>
        </w:rPr>
        <w:t>(3) Operatorul poate organiza campanii sezoniere de colectare a deșeurilor verzi, cu înștiințarea prealabilă a utilizatorilor privind perioada, zonele și modul de prezentare a deșeurilor la colectare.</w:t>
      </w:r>
    </w:p>
    <w:p w14:paraId="53048596" w14:textId="77777777" w:rsidR="006633E6" w:rsidRPr="005E15BF" w:rsidRDefault="00000000">
      <w:pPr>
        <w:ind w:firstLine="425"/>
        <w:jc w:val="both"/>
        <w:rPr>
          <w:lang w:val="pt-PT"/>
        </w:rPr>
      </w:pPr>
      <w:r w:rsidRPr="005E15BF">
        <w:rPr>
          <w:color w:val="000000"/>
          <w:lang w:val="pt-PT"/>
        </w:rPr>
        <w:t>(4) Este interzisă colectarea deșeurilor verzi în amestec cu alte tipuri de deșeuri. Operatorul are dreptul să refuze preluarea deșeurilor verzi amestecate cu alte categorii de deșeuri.</w:t>
      </w:r>
    </w:p>
    <w:p w14:paraId="6F85B5BD" w14:textId="77777777" w:rsidR="006633E6" w:rsidRPr="00DD198D" w:rsidRDefault="00000000">
      <w:pPr>
        <w:ind w:firstLine="425"/>
        <w:jc w:val="both"/>
        <w:rPr>
          <w:lang w:val="pt-PT"/>
        </w:rPr>
      </w:pPr>
      <w:r w:rsidRPr="005E15BF">
        <w:rPr>
          <w:color w:val="000000"/>
          <w:lang w:val="pt-PT"/>
        </w:rPr>
        <w:t>(5) Este interzisă arderea sau îngroparea deșeurilor de orice fel, inclusiv a frunzelor, crengilor și altor resturi vegetale, în curți, în grădini sau pe domeniul public, potrivit art. 20 alin. (5) și (6) din O.U.G. nr. 92/2021 privind regimul deșeurilor. Îngroparea se sancționează potrivit pct. 43, iar incendierea potrivit pct. 43^1 din Anexa nr. 2 la prezentul regulament.</w:t>
      </w:r>
    </w:p>
    <w:p w14:paraId="779A033A" w14:textId="77777777" w:rsidR="006633E6" w:rsidRPr="00DD198D" w:rsidRDefault="00000000">
      <w:pPr>
        <w:keepNext/>
        <w:spacing w:before="120"/>
        <w:rPr>
          <w:lang w:val="pt-PT"/>
        </w:rPr>
      </w:pPr>
      <w:r w:rsidRPr="00DD198D">
        <w:rPr>
          <w:b/>
          <w:color w:val="000000"/>
          <w:lang w:val="pt-PT"/>
        </w:rPr>
        <w:t>ART. 22</w:t>
      </w:r>
    </w:p>
    <w:p w14:paraId="6A7AB3BD" w14:textId="77777777" w:rsidR="006633E6" w:rsidRPr="00DD198D" w:rsidRDefault="00000000">
      <w:pPr>
        <w:ind w:firstLine="425"/>
        <w:jc w:val="both"/>
        <w:rPr>
          <w:lang w:val="pt-PT"/>
        </w:rPr>
      </w:pPr>
      <w:r w:rsidRPr="00DD198D">
        <w:rPr>
          <w:color w:val="000000"/>
          <w:lang w:val="pt-PT"/>
        </w:rPr>
        <w:t>(1) Colectarea deșeurilor menajere și similare se poate face în următoarele moduri:</w:t>
      </w:r>
    </w:p>
    <w:p w14:paraId="004E5A9E" w14:textId="77777777" w:rsidR="006633E6" w:rsidRPr="00DD198D" w:rsidRDefault="00000000">
      <w:pPr>
        <w:ind w:left="425"/>
        <w:jc w:val="both"/>
        <w:rPr>
          <w:lang w:val="it-CH"/>
        </w:rPr>
      </w:pPr>
      <w:r w:rsidRPr="00DD198D">
        <w:rPr>
          <w:color w:val="000000"/>
          <w:lang w:val="it-CH"/>
        </w:rPr>
        <w:t>a) colectare în recipiente/containere închise;</w:t>
      </w:r>
    </w:p>
    <w:p w14:paraId="58F703AA" w14:textId="77777777" w:rsidR="006633E6" w:rsidRPr="00DD198D" w:rsidRDefault="00000000">
      <w:pPr>
        <w:ind w:left="425"/>
        <w:jc w:val="both"/>
        <w:rPr>
          <w:lang w:val="pt-PT"/>
        </w:rPr>
      </w:pPr>
      <w:r w:rsidRPr="00DD198D">
        <w:rPr>
          <w:color w:val="000000"/>
          <w:lang w:val="pt-PT"/>
        </w:rPr>
        <w:t>b) colectare realizată în saci de plastic personalizați;</w:t>
      </w:r>
    </w:p>
    <w:p w14:paraId="1754674E" w14:textId="77777777" w:rsidR="006633E6" w:rsidRPr="00DD198D" w:rsidRDefault="00000000">
      <w:pPr>
        <w:ind w:firstLine="425"/>
        <w:jc w:val="both"/>
        <w:rPr>
          <w:lang w:val="pt-PT"/>
        </w:rPr>
      </w:pPr>
      <w:r w:rsidRPr="00DD198D">
        <w:rPr>
          <w:color w:val="000000"/>
          <w:lang w:val="pt-PT"/>
        </w:rPr>
        <w:t>(2) Colectarea deșeurilor municipale se efectuează doar în autospecialele specifice tipurilor de deșeuri care urmează a fi încărcate.</w:t>
      </w:r>
    </w:p>
    <w:p w14:paraId="1C0BD555" w14:textId="77777777" w:rsidR="006633E6" w:rsidRPr="00DD198D" w:rsidRDefault="00000000">
      <w:pPr>
        <w:ind w:firstLine="425"/>
        <w:jc w:val="both"/>
        <w:rPr>
          <w:lang w:val="pt-PT"/>
        </w:rPr>
      </w:pPr>
      <w:r w:rsidRPr="00DD198D">
        <w:rPr>
          <w:color w:val="000000"/>
          <w:lang w:val="pt-PT"/>
        </w:rPr>
        <w:t>(3) Autospecialele vor fi încărcate astfel încât deșeurile să nu fie vizibile și să nu existe posibilitatea împrăștierii lor pe calea publică. Fiecărui vehicul i se va asigura personalul necesar pentru executarea operațiunilor specifice, în condiții de siguranță și de eficiență.</w:t>
      </w:r>
    </w:p>
    <w:p w14:paraId="0D03E7FD" w14:textId="77777777" w:rsidR="006633E6" w:rsidRPr="00DD198D" w:rsidRDefault="00000000">
      <w:pPr>
        <w:ind w:firstLine="425"/>
        <w:jc w:val="both"/>
        <w:rPr>
          <w:lang w:val="pt-PT"/>
        </w:rPr>
      </w:pPr>
      <w:r w:rsidRPr="00DD198D">
        <w:rPr>
          <w:color w:val="000000"/>
          <w:lang w:val="pt-PT"/>
        </w:rPr>
        <w:t>(4) Încărcarea deșeurilor municipale în autospeciale se face direct din recipiente. Este interzisă descărcarea recipientelor pe sol în vederea încărcării acestora în autospeciale.</w:t>
      </w:r>
    </w:p>
    <w:p w14:paraId="69E77AAC" w14:textId="77777777" w:rsidR="006633E6" w:rsidRPr="00DD198D" w:rsidRDefault="00000000">
      <w:pPr>
        <w:ind w:firstLine="425"/>
        <w:jc w:val="both"/>
        <w:rPr>
          <w:lang w:val="pt-PT"/>
        </w:rPr>
      </w:pPr>
      <w:r w:rsidRPr="00DD198D">
        <w:rPr>
          <w:color w:val="000000"/>
          <w:lang w:val="pt-PT"/>
        </w:rPr>
        <w:t>(5) Personalul care efectuează colectarea este obligat să manevreze recipientele astfel încât să nu se producă praf, zgomot sau să se răspândească deșeuri în afara autospecialelor. După golire, recipientele vor fi așezate în locul de unde au fost ridicate.</w:t>
      </w:r>
    </w:p>
    <w:p w14:paraId="705A074D" w14:textId="77777777" w:rsidR="006633E6" w:rsidRPr="00DD198D" w:rsidRDefault="00000000">
      <w:pPr>
        <w:ind w:firstLine="425"/>
        <w:jc w:val="both"/>
        <w:rPr>
          <w:lang w:val="pt-PT"/>
        </w:rPr>
      </w:pPr>
      <w:r w:rsidRPr="00DD198D">
        <w:rPr>
          <w:color w:val="000000"/>
          <w:lang w:val="pt-PT"/>
        </w:rPr>
        <w:t xml:space="preserve">(6) În cazul deteriorării unor recipiente, saci de plastic și al împrăștierii accidentale a deșeurilor în timpul operațiunii de golire, personalul care execută colectarea este obligat să încarce întreaga </w:t>
      </w:r>
      <w:r w:rsidRPr="00DD198D">
        <w:rPr>
          <w:color w:val="000000"/>
          <w:lang w:val="pt-PT"/>
        </w:rPr>
        <w:lastRenderedPageBreak/>
        <w:t>cantitate de deșeuri în autospecială, astfel încât locul să rămână curat, fiind dotat corespunzător pentru această activitate.</w:t>
      </w:r>
    </w:p>
    <w:p w14:paraId="48D7079D" w14:textId="77777777" w:rsidR="006633E6" w:rsidRPr="00DD198D" w:rsidRDefault="00000000">
      <w:pPr>
        <w:ind w:firstLine="425"/>
        <w:jc w:val="both"/>
        <w:rPr>
          <w:lang w:val="pt-PT"/>
        </w:rPr>
      </w:pPr>
      <w:r w:rsidRPr="00DD198D">
        <w:rPr>
          <w:color w:val="000000"/>
          <w:lang w:val="pt-PT"/>
        </w:rPr>
        <w:t>(7) Personalul care execută colectarea este obligat să încarce în autospeciale întreaga cantitate de deșeuri existente la punctele de colectare, aferente fracției care trebuie ridicată, lăsând locul curat și măturat chiar dacă există deșeuri municipale amplasate lângă containerele de colectare.</w:t>
      </w:r>
    </w:p>
    <w:p w14:paraId="7C4BE893" w14:textId="77777777" w:rsidR="006633E6" w:rsidRPr="00DD198D" w:rsidRDefault="00000000">
      <w:pPr>
        <w:ind w:firstLine="425"/>
        <w:jc w:val="both"/>
        <w:rPr>
          <w:lang w:val="pt-PT"/>
        </w:rPr>
      </w:pPr>
      <w:r w:rsidRPr="00DD198D">
        <w:rPr>
          <w:color w:val="000000"/>
          <w:lang w:val="pt-PT"/>
        </w:rPr>
        <w:t>(8) În cazul în care în/lângă punctele de colectare sunt abandonate și alte categorii de deșeuri decât cele pentru care sunt destinate recipientele, acestea vor fi colectate separat de către operator, cu înștiințarea autorității administrației publice locale sau în conformitate cu procedura de colectare/ridicare a deșeurilor abandonate ocazional convenită cu autoritatea administrației publice locale.</w:t>
      </w:r>
    </w:p>
    <w:p w14:paraId="072647BE" w14:textId="77777777" w:rsidR="006633E6" w:rsidRPr="00DD198D" w:rsidRDefault="00000000">
      <w:pPr>
        <w:ind w:firstLine="425"/>
        <w:jc w:val="both"/>
        <w:rPr>
          <w:lang w:val="pt-PT"/>
        </w:rPr>
      </w:pPr>
      <w:r w:rsidRPr="00DD198D">
        <w:rPr>
          <w:color w:val="000000"/>
          <w:lang w:val="pt-PT"/>
        </w:rPr>
        <w:t>(9) La solicitarea scrisă a autorității administrației publice locale sau, după caz, conform procedurii convenită cu aceasta, operatorul are obligația să colecteze deșeurile abandonate de pe domeniul public și privat al unității/subdiviziunii administrativ-teritoriale.</w:t>
      </w:r>
    </w:p>
    <w:p w14:paraId="629AECB5" w14:textId="77777777" w:rsidR="006633E6" w:rsidRPr="00DD198D" w:rsidRDefault="00000000">
      <w:pPr>
        <w:ind w:firstLine="425"/>
        <w:jc w:val="both"/>
        <w:rPr>
          <w:lang w:val="pt-PT"/>
        </w:rPr>
      </w:pPr>
      <w:r w:rsidRPr="00DD198D">
        <w:rPr>
          <w:color w:val="000000"/>
          <w:lang w:val="pt-PT"/>
        </w:rPr>
        <w:t>(10) Cheltuielile legate de gestionarea deșeurilor abandonate sunt facturate autorității administrației publice locale la tariful aferent deșeurilor municipale abandonate și/sau, după caz, la tariful aferent deșeurilor din construcții abandonate.</w:t>
      </w:r>
    </w:p>
    <w:p w14:paraId="6C77CDCB" w14:textId="77777777" w:rsidR="006633E6" w:rsidRPr="00DD198D" w:rsidRDefault="00000000">
      <w:pPr>
        <w:keepNext/>
        <w:spacing w:before="120"/>
        <w:rPr>
          <w:lang w:val="pt-PT"/>
        </w:rPr>
      </w:pPr>
      <w:r w:rsidRPr="00DD198D">
        <w:rPr>
          <w:b/>
          <w:color w:val="000000"/>
          <w:lang w:val="pt-PT"/>
        </w:rPr>
        <w:t>ART. 23</w:t>
      </w:r>
    </w:p>
    <w:p w14:paraId="4B1ED01E" w14:textId="77777777" w:rsidR="006633E6" w:rsidRPr="00DD198D" w:rsidRDefault="00000000">
      <w:pPr>
        <w:ind w:firstLine="425"/>
        <w:jc w:val="both"/>
        <w:rPr>
          <w:lang w:val="it-CH"/>
        </w:rPr>
      </w:pPr>
      <w:r w:rsidRPr="00DD198D">
        <w:rPr>
          <w:color w:val="000000"/>
          <w:lang w:val="pt-PT"/>
        </w:rPr>
        <w:t xml:space="preserve">(1) Operatorul are obligația să ridice toate containerele/pubelele, pline sau parțial pline, care conțin deșeuri separate corespunzător de către utilizatori. După golire, containerele/pubelele trebuie să ajungă la punctul de colectare de unde au fost ridicate sau la locul, de pe domeniul public, din fața proprietății utilizatorului, în cazul colectării "din poartă în poartă". </w:t>
      </w:r>
      <w:r w:rsidRPr="00DD198D">
        <w:rPr>
          <w:color w:val="000000"/>
          <w:lang w:val="it-CH"/>
        </w:rPr>
        <w:t>Operatorul va asigura stabilitatea containerelor/pubelelor după golire, prin blocarea roților și închiderea capacului.</w:t>
      </w:r>
    </w:p>
    <w:p w14:paraId="7822F3F9" w14:textId="77777777" w:rsidR="006633E6" w:rsidRPr="00DD198D" w:rsidRDefault="00000000">
      <w:pPr>
        <w:ind w:firstLine="425"/>
        <w:jc w:val="both"/>
        <w:rPr>
          <w:lang w:val="pt-PT"/>
        </w:rPr>
      </w:pPr>
      <w:r w:rsidRPr="00DD198D">
        <w:rPr>
          <w:color w:val="000000"/>
          <w:lang w:val="pt-PT"/>
        </w:rPr>
        <w:t>(2) Operatorul nu are obligația de a colecta pubelele/sacii cu deșeuri în următoarele situații:</w:t>
      </w:r>
    </w:p>
    <w:p w14:paraId="6FF698EE" w14:textId="77777777" w:rsidR="006633E6" w:rsidRPr="00DD198D" w:rsidRDefault="00000000">
      <w:pPr>
        <w:ind w:left="425"/>
        <w:jc w:val="both"/>
        <w:rPr>
          <w:lang w:val="pt-PT"/>
        </w:rPr>
      </w:pPr>
      <w:r w:rsidRPr="00DD198D">
        <w:rPr>
          <w:color w:val="000000"/>
          <w:lang w:val="pt-PT"/>
        </w:rPr>
        <w:t>a) dacă utilizatorii, care beneficiază individual de serviciul de salubrizare, nu au scos pubele/sacii pe domeniul public, în fața proprietății, la ora și data stabilită;</w:t>
      </w:r>
    </w:p>
    <w:p w14:paraId="6255DDDE" w14:textId="77777777" w:rsidR="006633E6" w:rsidRPr="00DD198D" w:rsidRDefault="00000000">
      <w:pPr>
        <w:ind w:left="425"/>
        <w:jc w:val="both"/>
        <w:rPr>
          <w:lang w:val="pt-PT"/>
        </w:rPr>
      </w:pPr>
      <w:r w:rsidRPr="00DD198D">
        <w:rPr>
          <w:color w:val="000000"/>
          <w:lang w:val="pt-PT"/>
        </w:rPr>
        <w:t>b) dacă utilizatorii sau reprezentanții acestuia și-au neglijat responsabilitatea de a curăța de zăpadă căile de acces la pubele/saci, cauzând un inconvenient serios pentru personalul operatorului;</w:t>
      </w:r>
    </w:p>
    <w:p w14:paraId="132D6DC9" w14:textId="77777777" w:rsidR="006633E6" w:rsidRPr="00DD198D" w:rsidRDefault="00000000">
      <w:pPr>
        <w:ind w:left="425"/>
        <w:jc w:val="both"/>
        <w:rPr>
          <w:lang w:val="pt-PT"/>
        </w:rPr>
      </w:pPr>
      <w:r w:rsidRPr="00DD198D">
        <w:rPr>
          <w:color w:val="000000"/>
          <w:lang w:val="pt-PT"/>
        </w:rPr>
        <w:t>c) dacă pubelele/sacii conțin alte categorii/tipuri de deșeuri decât cele pentru care sunt destinate, iar în această situație utilizatorul va fi notificat cu privire la faptul că deșeurile nu vor fi colectate.</w:t>
      </w:r>
    </w:p>
    <w:p w14:paraId="50D96D38" w14:textId="77777777" w:rsidR="006633E6" w:rsidRPr="00DD198D" w:rsidRDefault="00000000">
      <w:pPr>
        <w:ind w:firstLine="425"/>
        <w:jc w:val="both"/>
        <w:rPr>
          <w:lang w:val="pt-PT"/>
        </w:rPr>
      </w:pPr>
      <w:r w:rsidRPr="00DD198D">
        <w:rPr>
          <w:color w:val="000000"/>
          <w:lang w:val="pt-PT"/>
        </w:rPr>
        <w:t>(3) În cazul în care recipientele sunt umplute până la refuz în mod repetat, îngreunând astfel manipularea, operatorul va furniza utilizatorului recipiente suplimentare și/sau alte recipiente cu o capacitate mai mare.</w:t>
      </w:r>
    </w:p>
    <w:p w14:paraId="403FD5D6" w14:textId="77777777" w:rsidR="006633E6" w:rsidRPr="00DD198D" w:rsidRDefault="00000000">
      <w:pPr>
        <w:keepNext/>
        <w:spacing w:before="120"/>
        <w:rPr>
          <w:lang w:val="pt-PT"/>
        </w:rPr>
      </w:pPr>
      <w:r w:rsidRPr="00DD198D">
        <w:rPr>
          <w:b/>
          <w:color w:val="000000"/>
          <w:lang w:val="pt-PT"/>
        </w:rPr>
        <w:t>ART. 24</w:t>
      </w:r>
    </w:p>
    <w:p w14:paraId="6BFB3A12" w14:textId="77777777" w:rsidR="006633E6" w:rsidRPr="00DD198D" w:rsidRDefault="00000000">
      <w:pPr>
        <w:ind w:firstLine="425"/>
        <w:jc w:val="both"/>
        <w:rPr>
          <w:lang w:val="pt-PT"/>
        </w:rPr>
      </w:pPr>
      <w:r w:rsidRPr="00DD198D">
        <w:rPr>
          <w:color w:val="000000"/>
          <w:lang w:val="pt-PT"/>
        </w:rPr>
        <w:t>(1) Deșeurile periculoase din deșeurile menajere colectate separat sunt deșeuri provenite de la populație care au proprietăți toxice, infecțioase, iritante sau sunt capabile să dezvolte, în contact cu alte deșeuri/substanțe, una din proprietățile periculoase prevăzute în anexa nr. 4 la Ordonanța de urgență a Guvernului nr. 92/2021, cu modificările și completările ulterioare, precum vopsele, agenți de curățare, solvenți, insecticide și recipientele acestora, seringi uzate, medicamente expirate, bandaje, termometre, mănuși, măști, produse cosmetice uzate și alte deșeuri cu conținut de substanțe periculoase.</w:t>
      </w:r>
    </w:p>
    <w:p w14:paraId="1FEFC1BF" w14:textId="77777777" w:rsidR="006633E6" w:rsidRPr="00DD198D" w:rsidRDefault="00000000">
      <w:pPr>
        <w:ind w:firstLine="425"/>
        <w:jc w:val="both"/>
        <w:rPr>
          <w:lang w:val="pt-PT"/>
        </w:rPr>
      </w:pPr>
      <w:r w:rsidRPr="00DD198D">
        <w:rPr>
          <w:color w:val="000000"/>
          <w:lang w:val="pt-PT"/>
        </w:rPr>
        <w:t>(2) Colectarea deșeurilor periculoase menajere se va realiza în cadrul campaniilor de colectare, la frecvența cerută prin caietul de sarcini și din punctele/spațiile special amenajate și dotate cu recipiente specifice pentru colectarea acestor deșeuri, stabilite de operator împreună cu delegatarul.</w:t>
      </w:r>
    </w:p>
    <w:p w14:paraId="4BE883F1" w14:textId="77777777" w:rsidR="006633E6" w:rsidRPr="00DD198D" w:rsidRDefault="00000000">
      <w:pPr>
        <w:ind w:firstLine="425"/>
        <w:jc w:val="both"/>
        <w:rPr>
          <w:lang w:val="pt-PT"/>
        </w:rPr>
      </w:pPr>
      <w:r w:rsidRPr="00DD198D">
        <w:rPr>
          <w:color w:val="000000"/>
          <w:lang w:val="pt-PT"/>
        </w:rPr>
        <w:lastRenderedPageBreak/>
        <w:t>(3) Este interzisă colectarea deșeurilor periculoase menajere în recipientele/containerele pentru colectarea separată a altor categorii de deșeuri.</w:t>
      </w:r>
    </w:p>
    <w:p w14:paraId="321AA04D" w14:textId="77777777" w:rsidR="006633E6" w:rsidRPr="00DD198D" w:rsidRDefault="00000000">
      <w:pPr>
        <w:ind w:firstLine="425"/>
        <w:jc w:val="both"/>
        <w:rPr>
          <w:lang w:val="it-CH"/>
        </w:rPr>
      </w:pPr>
      <w:r w:rsidRPr="00DD198D">
        <w:rPr>
          <w:color w:val="000000"/>
          <w:lang w:val="it-CH"/>
        </w:rPr>
        <w:t>(4) Programul campaniilor de colectare va fi anunțat, la începutul fiecărui an, în mass-media locală și pe site-ul operatorului. Ulterior, cu cel puțin o săptămână înainte de derularea fiecărei campanii de colectare, operatorul va realiza o nouă informare a utilizatorilor casnici, cu indicarea locației punctelor/spațiilor special amenajate pentru colectarea deșeurilor periculoase menajere.</w:t>
      </w:r>
    </w:p>
    <w:p w14:paraId="42846517" w14:textId="77777777" w:rsidR="006633E6" w:rsidRPr="00DD198D" w:rsidRDefault="00000000">
      <w:pPr>
        <w:ind w:firstLine="425"/>
        <w:jc w:val="both"/>
        <w:rPr>
          <w:lang w:val="it-CH"/>
        </w:rPr>
      </w:pPr>
      <w:r w:rsidRPr="00DD198D">
        <w:rPr>
          <w:color w:val="000000"/>
          <w:lang w:val="it-CH"/>
        </w:rPr>
        <w:t>(5) Campania de colectare a deșeurilor periculoase menajere se va realiza în toate punctele/spațiile stabilite și/sau direct la mijlocul de transport, pe durata a cel puțin 8 ore, de preferință într-una din zilele de sâmbătă, astfel încât să asigure participarea la acest sistem a unui număr cât mai mare de locuitori.</w:t>
      </w:r>
    </w:p>
    <w:p w14:paraId="6C270941" w14:textId="77777777" w:rsidR="006633E6" w:rsidRPr="00DD198D" w:rsidRDefault="00000000">
      <w:pPr>
        <w:ind w:firstLine="425"/>
        <w:jc w:val="both"/>
        <w:rPr>
          <w:lang w:val="it-CH"/>
        </w:rPr>
      </w:pPr>
      <w:r w:rsidRPr="00DD198D">
        <w:rPr>
          <w:color w:val="000000"/>
          <w:lang w:val="it-CH"/>
        </w:rPr>
        <w:t>(6) Operatorul va transporta deșeurile periculoase menajere colectate la baza sa de lucru în vederea stocării temporare și/sau direct la depozitul conform Bacău, cu autospeciale destinate transportului deșeurilor periculoase.</w:t>
      </w:r>
    </w:p>
    <w:p w14:paraId="309B0404" w14:textId="77777777" w:rsidR="006633E6" w:rsidRPr="00DD198D" w:rsidRDefault="00000000">
      <w:pPr>
        <w:ind w:firstLine="425"/>
        <w:jc w:val="both"/>
        <w:rPr>
          <w:lang w:val="it-CH"/>
        </w:rPr>
      </w:pPr>
      <w:r w:rsidRPr="00DD198D">
        <w:rPr>
          <w:color w:val="000000"/>
          <w:lang w:val="it-CH"/>
        </w:rPr>
        <w:t>(7) Operatorul are obligația de a amenaja, autoriza și opera cel puțin un punct de stocare temporară a deșeurilor menajere periculoase la baza sa de lucru, dotat cu recipiente de stocare adecvate, precum containere pentru deșeuri periculoase de mari dimensiuni, saci și containere) pentru deșeuri periculoase solide și pulverulente, butoaie și containere pentru deșeuri periculoase lichide, care să nu permită scurgerea.</w:t>
      </w:r>
    </w:p>
    <w:p w14:paraId="45F5DB9A" w14:textId="77777777" w:rsidR="006633E6" w:rsidRPr="00DD198D" w:rsidRDefault="00000000">
      <w:pPr>
        <w:ind w:firstLine="425"/>
        <w:jc w:val="both"/>
        <w:rPr>
          <w:lang w:val="it-CH"/>
        </w:rPr>
      </w:pPr>
      <w:r w:rsidRPr="00DD198D">
        <w:rPr>
          <w:color w:val="000000"/>
          <w:lang w:val="it-CH"/>
        </w:rPr>
        <w:t>(8) Cheltuielile cu gestionarea deșeurilor periculoase menajere vor fi incluse în tariful pentru colectarea separată și transportul separat al deșeurilor reziduale.</w:t>
      </w:r>
    </w:p>
    <w:p w14:paraId="03F68E19" w14:textId="77777777" w:rsidR="006633E6" w:rsidRPr="00DD198D" w:rsidRDefault="00000000">
      <w:pPr>
        <w:ind w:firstLine="425"/>
        <w:jc w:val="both"/>
        <w:rPr>
          <w:lang w:val="pt-PT"/>
        </w:rPr>
      </w:pPr>
      <w:r w:rsidRPr="00DD198D">
        <w:rPr>
          <w:color w:val="000000"/>
          <w:lang w:val="it-CH"/>
        </w:rPr>
        <w:t xml:space="preserve">(9) În vederea reducerii costurilor cu eliminarea deșeurilor periculoase menajere, delegatarul are dreptul, pe toată durata de derulare a contractului de delegare, să impună operatorului să transporte deșeurile periculoase menajere către alte depozite/instalații de eliminare decât cele asigurate de operator, a căror locație va fi precizată, în scris, de către delegatar. </w:t>
      </w:r>
      <w:r w:rsidRPr="00DD198D">
        <w:rPr>
          <w:color w:val="000000"/>
          <w:lang w:val="pt-PT"/>
        </w:rPr>
        <w:t>Operatorul are obligația să încheie, necondiționat, contractele de prestări servicii de depozitare a deșeurilor periculoase menajere cu operatorii depozitelor/instalațiilor respective.</w:t>
      </w:r>
    </w:p>
    <w:p w14:paraId="24B5FED2" w14:textId="77777777" w:rsidR="006633E6" w:rsidRPr="00DD198D" w:rsidRDefault="00000000">
      <w:pPr>
        <w:ind w:firstLine="425"/>
        <w:jc w:val="both"/>
        <w:rPr>
          <w:lang w:val="pt-PT"/>
        </w:rPr>
      </w:pPr>
      <w:r w:rsidRPr="00DD198D">
        <w:rPr>
          <w:color w:val="000000"/>
          <w:lang w:val="pt-PT"/>
        </w:rPr>
        <w:t>(10) Operatorul trebuie să aibă un sistem de evidență a gestionării deșeurilor periculoase menajere din care să rezulte:</w:t>
      </w:r>
    </w:p>
    <w:p w14:paraId="74FD786E" w14:textId="77777777" w:rsidR="006633E6" w:rsidRPr="00DD198D" w:rsidRDefault="00000000">
      <w:pPr>
        <w:ind w:left="425"/>
        <w:jc w:val="both"/>
        <w:rPr>
          <w:lang w:val="pt-PT"/>
        </w:rPr>
      </w:pPr>
      <w:r w:rsidRPr="00DD198D">
        <w:rPr>
          <w:color w:val="000000"/>
          <w:lang w:val="pt-PT"/>
        </w:rPr>
        <w:t>a) data în care s-a realizat colectarea;</w:t>
      </w:r>
    </w:p>
    <w:p w14:paraId="3B02125E" w14:textId="77777777" w:rsidR="006633E6" w:rsidRPr="00DD198D" w:rsidRDefault="00000000">
      <w:pPr>
        <w:ind w:left="425"/>
        <w:jc w:val="both"/>
        <w:rPr>
          <w:lang w:val="pt-PT"/>
        </w:rPr>
      </w:pPr>
      <w:r w:rsidRPr="00DD198D">
        <w:rPr>
          <w:color w:val="000000"/>
          <w:lang w:val="pt-PT"/>
        </w:rPr>
        <w:t>b) punctele/spațiile speciale de colectare de unde s-a făcut colectarea;</w:t>
      </w:r>
    </w:p>
    <w:p w14:paraId="5987641B" w14:textId="77777777" w:rsidR="006633E6" w:rsidRPr="00DD198D" w:rsidRDefault="00000000">
      <w:pPr>
        <w:ind w:left="425"/>
        <w:jc w:val="both"/>
        <w:rPr>
          <w:lang w:val="it-CH"/>
        </w:rPr>
      </w:pPr>
      <w:r w:rsidRPr="00DD198D">
        <w:rPr>
          <w:color w:val="000000"/>
          <w:lang w:val="it-CH"/>
        </w:rPr>
        <w:t>c) cantitățile totale colectate;</w:t>
      </w:r>
    </w:p>
    <w:p w14:paraId="3A185659" w14:textId="77777777" w:rsidR="006633E6" w:rsidRPr="00DD198D" w:rsidRDefault="00000000">
      <w:pPr>
        <w:ind w:left="425"/>
        <w:jc w:val="both"/>
        <w:rPr>
          <w:lang w:val="it-CH"/>
        </w:rPr>
      </w:pPr>
      <w:r w:rsidRPr="00DD198D">
        <w:rPr>
          <w:color w:val="000000"/>
          <w:lang w:val="it-CH"/>
        </w:rPr>
        <w:t>d) cantitățile transportate la spațiile de stocare temporară, dacă este cazul;</w:t>
      </w:r>
    </w:p>
    <w:p w14:paraId="52B55572" w14:textId="77777777" w:rsidR="006633E6" w:rsidRPr="00DD198D" w:rsidRDefault="00000000">
      <w:pPr>
        <w:ind w:left="425"/>
        <w:jc w:val="both"/>
        <w:rPr>
          <w:lang w:val="it-CH"/>
        </w:rPr>
      </w:pPr>
      <w:r w:rsidRPr="00DD198D">
        <w:rPr>
          <w:color w:val="000000"/>
          <w:lang w:val="it-CH"/>
        </w:rPr>
        <w:t>e) cantitățile transportate la depozitele de deșeuri periculoase și/sau la instalațiile de incinerare/coincinerare.</w:t>
      </w:r>
    </w:p>
    <w:p w14:paraId="119BCA56" w14:textId="77777777" w:rsidR="006633E6" w:rsidRPr="00DD198D" w:rsidRDefault="00000000">
      <w:pPr>
        <w:keepNext/>
        <w:spacing w:before="120"/>
        <w:rPr>
          <w:lang w:val="it-CH"/>
        </w:rPr>
      </w:pPr>
      <w:r w:rsidRPr="00DD198D">
        <w:rPr>
          <w:b/>
          <w:color w:val="000000"/>
          <w:lang w:val="it-CH"/>
        </w:rPr>
        <w:t>ART. 25</w:t>
      </w:r>
    </w:p>
    <w:p w14:paraId="20AE0981" w14:textId="77777777" w:rsidR="006633E6" w:rsidRPr="00DD198D" w:rsidRDefault="00000000">
      <w:pPr>
        <w:ind w:firstLine="425"/>
        <w:jc w:val="both"/>
        <w:rPr>
          <w:lang w:val="it-CH"/>
        </w:rPr>
      </w:pPr>
      <w:r w:rsidRPr="00DD198D">
        <w:rPr>
          <w:color w:val="000000"/>
          <w:lang w:val="it-CH"/>
        </w:rPr>
        <w:t>(1) Deșeurile textile din deșeurile municipale colectate separat constau în deșeuri textile provenite de la populație, instituții publice și operatori economici care includ produse precum îmbrăcăminte, accesorii de modă, prosoape, lenjerii de pat, perdele și draperii, și alte asemenea.</w:t>
      </w:r>
    </w:p>
    <w:p w14:paraId="4FAF5F8C" w14:textId="77777777" w:rsidR="006633E6" w:rsidRPr="00DD198D" w:rsidRDefault="00000000">
      <w:pPr>
        <w:ind w:firstLine="425"/>
        <w:jc w:val="both"/>
        <w:rPr>
          <w:lang w:val="it-CH"/>
        </w:rPr>
      </w:pPr>
      <w:r w:rsidRPr="00DD198D">
        <w:rPr>
          <w:color w:val="000000"/>
          <w:lang w:val="it-CH"/>
        </w:rPr>
        <w:t>(2) Deșeurile textile vor fi colectate periodic, în cadrul celor 4 campanii anuale de colectare a deșeurilor voluminoase în zona de case, iar din recipientele amplasate pe domeniul public în zona de blocuri, în funcție de gradul de umplere, nu mai puțin de o dată pe lună.</w:t>
      </w:r>
    </w:p>
    <w:p w14:paraId="15F154DB" w14:textId="77777777" w:rsidR="006633E6" w:rsidRPr="00DD198D" w:rsidRDefault="00000000">
      <w:pPr>
        <w:ind w:firstLine="425"/>
        <w:jc w:val="both"/>
        <w:rPr>
          <w:lang w:val="it-CH"/>
        </w:rPr>
      </w:pPr>
      <w:r w:rsidRPr="00DD198D">
        <w:rPr>
          <w:color w:val="000000"/>
          <w:lang w:val="it-CH"/>
        </w:rPr>
        <w:t>(3) Operatorul va transporta deșeurile textile colectate la baza sa de lucru în vederea stocării temporare.</w:t>
      </w:r>
    </w:p>
    <w:p w14:paraId="6651049D" w14:textId="77777777" w:rsidR="006633E6" w:rsidRPr="00DD198D" w:rsidRDefault="00000000">
      <w:pPr>
        <w:ind w:firstLine="425"/>
        <w:jc w:val="both"/>
        <w:rPr>
          <w:lang w:val="it-CH"/>
        </w:rPr>
      </w:pPr>
      <w:r w:rsidRPr="00DD198D">
        <w:rPr>
          <w:color w:val="000000"/>
          <w:lang w:val="it-CH"/>
        </w:rPr>
        <w:lastRenderedPageBreak/>
        <w:t>(4) Operatorul are obligația de a amenaja, autoriza și opera cel puțin un punct de stocare temporară a deșeurilor textile la baza sa de lucru.</w:t>
      </w:r>
    </w:p>
    <w:p w14:paraId="4D2AD792" w14:textId="77777777" w:rsidR="006633E6" w:rsidRPr="00DD198D" w:rsidRDefault="00000000">
      <w:pPr>
        <w:ind w:firstLine="425"/>
        <w:jc w:val="both"/>
        <w:rPr>
          <w:lang w:val="it-CH"/>
        </w:rPr>
      </w:pPr>
      <w:r w:rsidRPr="00DD198D">
        <w:rPr>
          <w:color w:val="000000"/>
          <w:lang w:val="it-CH"/>
        </w:rPr>
        <w:t>(5) Operatorul va asigura valorificarea/reciclarea deșeurilor textile stocate temporar la instalațiile autorizate de valorificare/reciclare a deșeurilor textile, pe baza contractelor încheiate cu operatorul instalațiilor de valorificare/reciclare a deșeurilor textile.</w:t>
      </w:r>
    </w:p>
    <w:p w14:paraId="7F9CE263" w14:textId="77777777" w:rsidR="006633E6" w:rsidRPr="00DD198D" w:rsidRDefault="00000000">
      <w:pPr>
        <w:ind w:firstLine="425"/>
        <w:jc w:val="both"/>
        <w:rPr>
          <w:lang w:val="it-CH"/>
        </w:rPr>
      </w:pPr>
      <w:r w:rsidRPr="00DD198D">
        <w:rPr>
          <w:color w:val="000000"/>
          <w:lang w:val="it-CH"/>
        </w:rPr>
        <w:t>(6) Eliminarea deșeurilor textile nevalorificabile se va face numai la depozitul de deșeuri al operatorului cu care delegatarul a încheiat contractul de delegare a gestiunii activității de depozitare a deșeurilor nepericuloase, depozitul Bacău.</w:t>
      </w:r>
    </w:p>
    <w:p w14:paraId="40A5F4D0" w14:textId="77777777" w:rsidR="006633E6" w:rsidRPr="00DD198D" w:rsidRDefault="00000000">
      <w:pPr>
        <w:ind w:firstLine="425"/>
        <w:jc w:val="both"/>
        <w:rPr>
          <w:lang w:val="it-CH"/>
        </w:rPr>
      </w:pPr>
      <w:r w:rsidRPr="00DD198D">
        <w:rPr>
          <w:color w:val="000000"/>
          <w:lang w:val="it-CH"/>
        </w:rPr>
        <w:t>(7) Cheltuielile cu colectarea, transportul și valorificarea/reciclarea deșeurilor textile vor fi incluse în tariful pentru colectarea separată și transportul separat al deșeurilor reziduale.</w:t>
      </w:r>
    </w:p>
    <w:p w14:paraId="39ADAB5A" w14:textId="77777777" w:rsidR="006633E6" w:rsidRPr="00DD198D" w:rsidRDefault="00000000">
      <w:pPr>
        <w:ind w:firstLine="425"/>
        <w:jc w:val="both"/>
        <w:rPr>
          <w:lang w:val="pt-PT"/>
        </w:rPr>
      </w:pPr>
      <w:r w:rsidRPr="00DD198D">
        <w:rPr>
          <w:color w:val="000000"/>
          <w:lang w:val="it-CH"/>
        </w:rPr>
        <w:t xml:space="preserve">(8) În vederea reducerii costurilor cu valorificarea/reciclarea deșeurilor textile, delegatarul are dreptul, pe toată durata de derulare a contractului de delegare, să impună operatorului să transporte deșeurile textile către alte instalații de valorificare/reciclare decât cele asigurate de operator, a căror locație va fi precizată, în scris, de către delegatar. </w:t>
      </w:r>
      <w:r w:rsidRPr="00DD198D">
        <w:rPr>
          <w:color w:val="000000"/>
          <w:lang w:val="pt-PT"/>
        </w:rPr>
        <w:t>Operatorul are obligația să încheie, necondiționat, contractele de prestări servicii de valorificare/reciclare a deșeurilor textile cu operatorii instalațiilor respective.</w:t>
      </w:r>
    </w:p>
    <w:p w14:paraId="569362BA" w14:textId="77777777" w:rsidR="006633E6" w:rsidRPr="00DD198D" w:rsidRDefault="00000000">
      <w:pPr>
        <w:ind w:firstLine="425"/>
        <w:jc w:val="both"/>
        <w:rPr>
          <w:lang w:val="it-CH"/>
        </w:rPr>
      </w:pPr>
      <w:r w:rsidRPr="00DD198D">
        <w:rPr>
          <w:color w:val="000000"/>
          <w:lang w:val="it-CH"/>
        </w:rPr>
        <w:t>(9) Operatorul trebuie să aibă un sistem de evidență a gestionării deșeurilor textile din care să rezulte:</w:t>
      </w:r>
    </w:p>
    <w:p w14:paraId="6F3F5AE6" w14:textId="77777777" w:rsidR="006633E6" w:rsidRPr="00DD198D" w:rsidRDefault="00000000">
      <w:pPr>
        <w:ind w:left="425"/>
        <w:jc w:val="both"/>
        <w:rPr>
          <w:lang w:val="pt-PT"/>
        </w:rPr>
      </w:pPr>
      <w:r w:rsidRPr="00DD198D">
        <w:rPr>
          <w:color w:val="000000"/>
          <w:lang w:val="pt-PT"/>
        </w:rPr>
        <w:t>a) data în care s-a realizat colectarea:</w:t>
      </w:r>
    </w:p>
    <w:p w14:paraId="6C8F27E2" w14:textId="77777777" w:rsidR="006633E6" w:rsidRPr="00DD198D" w:rsidRDefault="00000000">
      <w:pPr>
        <w:ind w:left="425"/>
        <w:jc w:val="both"/>
        <w:rPr>
          <w:lang w:val="pt-PT"/>
        </w:rPr>
      </w:pPr>
      <w:r w:rsidRPr="00DD198D">
        <w:rPr>
          <w:color w:val="000000"/>
          <w:lang w:val="pt-PT"/>
        </w:rPr>
        <w:t>b) punctele/spațiile/zonele de colectare de unde s-a făcut colectarea;</w:t>
      </w:r>
    </w:p>
    <w:p w14:paraId="4AF9EC88" w14:textId="77777777" w:rsidR="006633E6" w:rsidRPr="00DD198D" w:rsidRDefault="00000000">
      <w:pPr>
        <w:ind w:left="425"/>
        <w:jc w:val="both"/>
        <w:rPr>
          <w:lang w:val="pt-PT"/>
        </w:rPr>
      </w:pPr>
      <w:r w:rsidRPr="00DD198D">
        <w:rPr>
          <w:color w:val="000000"/>
          <w:lang w:val="pt-PT"/>
        </w:rPr>
        <w:t>c) cantitățile totale colectate;</w:t>
      </w:r>
    </w:p>
    <w:p w14:paraId="70F3F8BE" w14:textId="77777777" w:rsidR="006633E6" w:rsidRPr="00DD198D" w:rsidRDefault="00000000">
      <w:pPr>
        <w:ind w:left="425"/>
        <w:jc w:val="both"/>
        <w:rPr>
          <w:lang w:val="pt-PT"/>
        </w:rPr>
      </w:pPr>
      <w:r w:rsidRPr="00DD198D">
        <w:rPr>
          <w:color w:val="000000"/>
          <w:lang w:val="pt-PT"/>
        </w:rPr>
        <w:t>d) cantitățile de deșeuri textile încredințate către operatorii instalațiilor de tratare;</w:t>
      </w:r>
    </w:p>
    <w:p w14:paraId="5A9A7AF9" w14:textId="77777777" w:rsidR="006633E6" w:rsidRPr="00DD198D" w:rsidRDefault="00000000">
      <w:pPr>
        <w:ind w:left="425"/>
        <w:jc w:val="both"/>
        <w:rPr>
          <w:lang w:val="pt-PT"/>
        </w:rPr>
      </w:pPr>
      <w:r w:rsidRPr="00DD198D">
        <w:rPr>
          <w:color w:val="000000"/>
          <w:lang w:val="pt-PT"/>
        </w:rPr>
        <w:t>e) cantitățile de deșeuri textile nevalorificabile eliminate la depozitul de deșeuri.</w:t>
      </w:r>
    </w:p>
    <w:p w14:paraId="736C764D" w14:textId="77777777" w:rsidR="006633E6" w:rsidRPr="00DD198D" w:rsidRDefault="00000000">
      <w:pPr>
        <w:keepNext/>
        <w:spacing w:before="120"/>
        <w:rPr>
          <w:lang w:val="pt-PT"/>
        </w:rPr>
      </w:pPr>
      <w:r w:rsidRPr="00DD198D">
        <w:rPr>
          <w:b/>
          <w:color w:val="000000"/>
          <w:lang w:val="pt-PT"/>
        </w:rPr>
        <w:t>ART. 26</w:t>
      </w:r>
    </w:p>
    <w:p w14:paraId="23034BA1" w14:textId="77777777" w:rsidR="006633E6" w:rsidRPr="00DD198D" w:rsidRDefault="00000000">
      <w:pPr>
        <w:ind w:firstLine="425"/>
        <w:jc w:val="both"/>
        <w:rPr>
          <w:lang w:val="pt-PT"/>
        </w:rPr>
      </w:pPr>
      <w:r w:rsidRPr="00DD198D">
        <w:rPr>
          <w:color w:val="000000"/>
          <w:lang w:val="pt-PT"/>
        </w:rPr>
        <w:t>(1) Deșeurile voluminoase din deșeurile municipale generate ocazional constau în deșeuri solide de dimensiuni mari provenite de la populație, instituții publice și operatori economici, precum mobilier, saltele, obiecte mari de folosință îndelungată, altele decât deșeurile de echipamente electrice și electronice, care nu pot fi preluate cu sistemele obișnuite de colectare a deșeurilor municipale.</w:t>
      </w:r>
    </w:p>
    <w:p w14:paraId="50792971" w14:textId="77777777" w:rsidR="006633E6" w:rsidRPr="00DD198D" w:rsidRDefault="00000000">
      <w:pPr>
        <w:ind w:firstLine="425"/>
        <w:jc w:val="both"/>
        <w:rPr>
          <w:lang w:val="pt-PT"/>
        </w:rPr>
      </w:pPr>
      <w:r w:rsidRPr="00DD198D">
        <w:rPr>
          <w:color w:val="000000"/>
          <w:lang w:val="pt-PT"/>
        </w:rPr>
        <w:t>(2) Deșeurile voluminoase vor fi colectate periodic de operator, la frecvența cerută prin caietul de sarcini, respectiv 4 campanii pe an, în cadrul campaniilor de colectare și/sau din locurile/spațiile special amenajate pentru colectarea acestor deșeuri prevăzute cu căi de acces pentru mijloacele de transport, stabilite de către autoritățile administrației publice locale. Operatorul va factura delegatarului pe baza cantităților colectate la tariful aferent gestionării deșeurilor voluminoase.</w:t>
      </w:r>
    </w:p>
    <w:p w14:paraId="5337B89B" w14:textId="77777777" w:rsidR="006633E6" w:rsidRPr="00DD198D" w:rsidRDefault="00000000">
      <w:pPr>
        <w:ind w:firstLine="425"/>
        <w:jc w:val="both"/>
        <w:rPr>
          <w:lang w:val="pt-PT"/>
        </w:rPr>
      </w:pPr>
      <w:r w:rsidRPr="00DD198D">
        <w:rPr>
          <w:color w:val="000000"/>
          <w:lang w:val="pt-PT"/>
        </w:rPr>
        <w:t>(3) În cazul campaniilor de colectare, deșeurile voluminoase sunt depuse de către utilizatori în locurile indicate de operator sau direct la mijlocul de transport, a căror locație și interval orar de colectare/staționare sunt aduse la cunoștința utilizatorilor, în mass-media locală și pe site-ul operatorului.</w:t>
      </w:r>
    </w:p>
    <w:p w14:paraId="1BB1E302" w14:textId="77777777" w:rsidR="006633E6" w:rsidRPr="00DD198D" w:rsidRDefault="00000000">
      <w:pPr>
        <w:ind w:firstLine="425"/>
        <w:jc w:val="both"/>
        <w:rPr>
          <w:lang w:val="pt-PT"/>
        </w:rPr>
      </w:pPr>
      <w:r w:rsidRPr="00DD198D">
        <w:rPr>
          <w:color w:val="000000"/>
          <w:lang w:val="pt-PT"/>
        </w:rPr>
        <w:t>(4) Programul campaniilor de colectare a deșeurilor voluminoase va fi anunțat, la începutul fiecărui an, iar ulterior cu cel puțin o săptămână înainte de derularea fiecărei campanii de colectare.</w:t>
      </w:r>
    </w:p>
    <w:p w14:paraId="125E8F42" w14:textId="77777777" w:rsidR="006633E6" w:rsidRPr="00DD198D" w:rsidRDefault="00000000">
      <w:pPr>
        <w:ind w:firstLine="425"/>
        <w:jc w:val="both"/>
        <w:rPr>
          <w:lang w:val="pt-PT"/>
        </w:rPr>
      </w:pPr>
      <w:r w:rsidRPr="00DD198D">
        <w:rPr>
          <w:color w:val="000000"/>
          <w:lang w:val="pt-PT"/>
        </w:rPr>
        <w:t>(5) Colectarea deșeurilor voluminoase se poate face și în afara campaniilor direct de la utilizator, în urma solicitării adresate către operator. Operatorul va factura utilizatorul la tariful aferent gestionării deșeurilor voluminoase.</w:t>
      </w:r>
    </w:p>
    <w:p w14:paraId="50AA8E0C" w14:textId="77777777" w:rsidR="006633E6" w:rsidRPr="00DD198D" w:rsidRDefault="00000000">
      <w:pPr>
        <w:ind w:firstLine="425"/>
        <w:jc w:val="both"/>
        <w:rPr>
          <w:lang w:val="pt-PT"/>
        </w:rPr>
      </w:pPr>
      <w:r w:rsidRPr="00DD198D">
        <w:rPr>
          <w:color w:val="000000"/>
          <w:lang w:val="pt-PT"/>
        </w:rPr>
        <w:lastRenderedPageBreak/>
        <w:t>(6) Operatorul va transporta deșeurile voluminoase colectate la baza sa de lucru în vederea stocării temporare și separării fracției de deșeuri cu potențial de valorificare de fracția de deșeuri voluminoase nevalorificabilă.</w:t>
      </w:r>
    </w:p>
    <w:p w14:paraId="3A184F9B" w14:textId="77777777" w:rsidR="006633E6" w:rsidRPr="00DD198D" w:rsidRDefault="00000000">
      <w:pPr>
        <w:ind w:firstLine="425"/>
        <w:jc w:val="both"/>
        <w:rPr>
          <w:lang w:val="pt-PT"/>
        </w:rPr>
      </w:pPr>
      <w:r w:rsidRPr="00DD198D">
        <w:rPr>
          <w:color w:val="000000"/>
          <w:lang w:val="pt-PT"/>
        </w:rPr>
        <w:t>(7) Operatorul are obligația de a amenaja, autoriza și opera cel puțin un punct de stocare temporară a deșeurilor voluminoase la baza sa de lucru.</w:t>
      </w:r>
    </w:p>
    <w:p w14:paraId="51B2C0B4" w14:textId="77777777" w:rsidR="006633E6" w:rsidRPr="00DD198D" w:rsidRDefault="00000000">
      <w:pPr>
        <w:ind w:firstLine="425"/>
        <w:jc w:val="both"/>
        <w:rPr>
          <w:lang w:val="pt-PT"/>
        </w:rPr>
      </w:pPr>
      <w:r w:rsidRPr="00DD198D">
        <w:rPr>
          <w:color w:val="000000"/>
          <w:lang w:val="pt-PT"/>
        </w:rPr>
        <w:t>(8) Operatorul va asigura transportul la instalațiile de sortare/valorificare din cadrul Depozitului ecologic de deșeuri Bacău, din comuna Nicolae Bălcescu. Operatorul are obligația să încheie, necondiționat, contractele de prestări servicii de sortare/valorificare a deșeurilor voluminoase cu operatorii instalațiilor respective.</w:t>
      </w:r>
    </w:p>
    <w:p w14:paraId="51979999" w14:textId="77777777" w:rsidR="006633E6" w:rsidRPr="00DD198D" w:rsidRDefault="00000000">
      <w:pPr>
        <w:ind w:firstLine="425"/>
        <w:jc w:val="both"/>
        <w:rPr>
          <w:lang w:val="pt-PT"/>
        </w:rPr>
      </w:pPr>
      <w:r w:rsidRPr="00DD198D">
        <w:rPr>
          <w:color w:val="000000"/>
          <w:lang w:val="pt-PT"/>
        </w:rPr>
        <w:t>(9) Eliminarea deșeurilor voluminoase nevalorificabile se va face numai la Depozitul ecologic de deșeuri Bacău cu care delegatarul a încheiat contractul de delegare a gestiunii activității de depozitare a deșeurilor nepericuloase.</w:t>
      </w:r>
    </w:p>
    <w:p w14:paraId="3FEC651D" w14:textId="77777777" w:rsidR="006633E6" w:rsidRPr="00DD198D" w:rsidRDefault="00000000">
      <w:pPr>
        <w:ind w:firstLine="425"/>
        <w:jc w:val="both"/>
        <w:rPr>
          <w:lang w:val="pt-PT"/>
        </w:rPr>
      </w:pPr>
      <w:r w:rsidRPr="00DD198D">
        <w:rPr>
          <w:color w:val="000000"/>
          <w:lang w:val="pt-PT"/>
        </w:rPr>
        <w:t>(10) Operatorul trebuie să aibă un sistem de evidență a gestionării deșeurilor voluminoase din care să rezulte:</w:t>
      </w:r>
    </w:p>
    <w:p w14:paraId="6AEFDDE7" w14:textId="77777777" w:rsidR="006633E6" w:rsidRPr="00DD198D" w:rsidRDefault="00000000">
      <w:pPr>
        <w:ind w:left="425"/>
        <w:jc w:val="both"/>
        <w:rPr>
          <w:lang w:val="pt-PT"/>
        </w:rPr>
      </w:pPr>
      <w:r w:rsidRPr="00DD198D">
        <w:rPr>
          <w:color w:val="000000"/>
          <w:lang w:val="pt-PT"/>
        </w:rPr>
        <w:t>a) data în care s-a realizat colectarea;</w:t>
      </w:r>
    </w:p>
    <w:p w14:paraId="0F20D4FE" w14:textId="77777777" w:rsidR="006633E6" w:rsidRPr="00DD198D" w:rsidRDefault="00000000">
      <w:pPr>
        <w:ind w:left="425"/>
        <w:jc w:val="both"/>
        <w:rPr>
          <w:lang w:val="pt-PT"/>
        </w:rPr>
      </w:pPr>
      <w:r w:rsidRPr="00DD198D">
        <w:rPr>
          <w:color w:val="000000"/>
          <w:lang w:val="pt-PT"/>
        </w:rPr>
        <w:t>b) locațiile/zonele de colectare de unde s-a făcut colectarea;</w:t>
      </w:r>
    </w:p>
    <w:p w14:paraId="7997C14D" w14:textId="77777777" w:rsidR="006633E6" w:rsidRPr="00DD198D" w:rsidRDefault="00000000">
      <w:pPr>
        <w:ind w:left="425"/>
        <w:jc w:val="both"/>
        <w:rPr>
          <w:lang w:val="it-CH"/>
        </w:rPr>
      </w:pPr>
      <w:r w:rsidRPr="00DD198D">
        <w:rPr>
          <w:color w:val="000000"/>
          <w:lang w:val="it-CH"/>
        </w:rPr>
        <w:t>c) cantitățile totale preluate de la utilizatorii casnici, respectiv utilizatorii non-casnici, la solicitarea acestora;</w:t>
      </w:r>
    </w:p>
    <w:p w14:paraId="4DDFAD8B" w14:textId="77777777" w:rsidR="006633E6" w:rsidRPr="00DD198D" w:rsidRDefault="00000000">
      <w:pPr>
        <w:ind w:left="425"/>
        <w:jc w:val="both"/>
        <w:rPr>
          <w:lang w:val="it-CH"/>
        </w:rPr>
      </w:pPr>
      <w:r w:rsidRPr="00DD198D">
        <w:rPr>
          <w:color w:val="000000"/>
          <w:lang w:val="it-CH"/>
        </w:rPr>
        <w:t>d) cantitățile de deșeuri voluminoase încredințate către operatorii instalațiilor de sortare/tratare;</w:t>
      </w:r>
    </w:p>
    <w:p w14:paraId="19119008" w14:textId="77777777" w:rsidR="006633E6" w:rsidRPr="00DD198D" w:rsidRDefault="00000000">
      <w:pPr>
        <w:ind w:left="425"/>
        <w:jc w:val="both"/>
        <w:rPr>
          <w:lang w:val="it-CH"/>
        </w:rPr>
      </w:pPr>
      <w:r w:rsidRPr="00DD198D">
        <w:rPr>
          <w:color w:val="000000"/>
          <w:lang w:val="it-CH"/>
        </w:rPr>
        <w:t>e) cantitățile de deșeuri voluminoase nevalorificabile eliminate la depozitul de deșeuri.</w:t>
      </w:r>
    </w:p>
    <w:p w14:paraId="51CF30E9" w14:textId="77777777" w:rsidR="006633E6" w:rsidRPr="00DD198D" w:rsidRDefault="00000000">
      <w:pPr>
        <w:keepNext/>
        <w:spacing w:before="120"/>
        <w:rPr>
          <w:lang w:val="it-CH"/>
        </w:rPr>
      </w:pPr>
      <w:r w:rsidRPr="00DD198D">
        <w:rPr>
          <w:b/>
          <w:color w:val="000000"/>
          <w:lang w:val="it-CH"/>
        </w:rPr>
        <w:t>ART. 27</w:t>
      </w:r>
    </w:p>
    <w:p w14:paraId="149448B8" w14:textId="77777777" w:rsidR="006633E6" w:rsidRPr="00DD198D" w:rsidRDefault="00000000">
      <w:pPr>
        <w:ind w:firstLine="425"/>
        <w:jc w:val="both"/>
        <w:rPr>
          <w:lang w:val="it-CH"/>
        </w:rPr>
      </w:pPr>
      <w:r w:rsidRPr="00DD198D">
        <w:rPr>
          <w:color w:val="000000"/>
          <w:lang w:val="it-CH"/>
        </w:rPr>
        <w:t>(1) Deșeurile din construcții provenite din locuințe sunt deșeuri generate ocazional din activități/lucrări de reamenajare și reabilitare interioară și/sau exterioară a acestora, care nu necesită emiterea unei autorizații de construire/desființare. În mod uzual, aceste deșeuri conțin beton, ceramică, cărămizi, țigle, materiale pe bază de ghips, lemn, sticlă, materiale plastice, metale, materiale de izolație și altele asemenea.</w:t>
      </w:r>
    </w:p>
    <w:p w14:paraId="17B667CE" w14:textId="77777777" w:rsidR="006633E6" w:rsidRPr="00DD198D" w:rsidRDefault="00000000">
      <w:pPr>
        <w:ind w:firstLine="425"/>
        <w:jc w:val="both"/>
        <w:rPr>
          <w:lang w:val="it-CH"/>
        </w:rPr>
      </w:pPr>
      <w:r w:rsidRPr="00DD198D">
        <w:rPr>
          <w:color w:val="000000"/>
          <w:lang w:val="it-CH"/>
        </w:rPr>
        <w:t>(2) Colectarea deșeurilor din construcții provenite din locuințe se realizează numai în containere standardizate acoperite sau în saci, fiind interzisă abandonarea/deversarea acestor deșeuri în recipientele sau containerele în care se depun deșeurile municipale.</w:t>
      </w:r>
    </w:p>
    <w:p w14:paraId="4BB8FCB6" w14:textId="77777777" w:rsidR="006633E6" w:rsidRPr="00DD198D" w:rsidRDefault="00000000">
      <w:pPr>
        <w:ind w:firstLine="425"/>
        <w:jc w:val="both"/>
        <w:rPr>
          <w:lang w:val="it-CH"/>
        </w:rPr>
      </w:pPr>
      <w:r w:rsidRPr="00DD198D">
        <w:rPr>
          <w:color w:val="000000"/>
          <w:lang w:val="it-CH"/>
        </w:rPr>
        <w:t>(3) În vederea colectării de către operator, deșeurile din construcții provenite din locuințe sunt aduse de utilizatorii casnici în locurile/spațiile stabilite de către autoritățile administrației publice locale, prevăzute cu căi de acces pentru mijloacele de transport.</w:t>
      </w:r>
    </w:p>
    <w:p w14:paraId="12C3B8C6" w14:textId="77777777" w:rsidR="006633E6" w:rsidRPr="00DD198D" w:rsidRDefault="00000000">
      <w:pPr>
        <w:ind w:firstLine="425"/>
        <w:jc w:val="both"/>
        <w:rPr>
          <w:lang w:val="it-CH"/>
        </w:rPr>
      </w:pPr>
      <w:r w:rsidRPr="00DD198D">
        <w:rPr>
          <w:color w:val="000000"/>
          <w:lang w:val="it-CH"/>
        </w:rPr>
        <w:t>(4) Colectarea deșeurilor din construcții provenite din locuințe se poate face și direct de la utilizatorul casnic, în urma solicitării adresate către operator. Operatorul va factura utilizatorul la tariful aferent gestionării deșeurilor din construcții provenite din locuințe.</w:t>
      </w:r>
    </w:p>
    <w:p w14:paraId="7994318F" w14:textId="77777777" w:rsidR="006633E6" w:rsidRPr="00DD198D" w:rsidRDefault="00000000">
      <w:pPr>
        <w:ind w:firstLine="425"/>
        <w:jc w:val="both"/>
        <w:rPr>
          <w:lang w:val="it-CH"/>
        </w:rPr>
      </w:pPr>
      <w:r w:rsidRPr="00DD198D">
        <w:rPr>
          <w:color w:val="000000"/>
          <w:lang w:val="it-CH"/>
        </w:rPr>
        <w:t>(5) Deșeurile care conțin azbest nu se amestecă cu celelalte deșeuri din construcții și vor fi colectate separat, în așa fel încât să nu se degajeze fibre din material. Personalul care realizează această operație va purta echipament de protecție, special, pentru lucrul cu azbestul.</w:t>
      </w:r>
    </w:p>
    <w:p w14:paraId="453E2C8A" w14:textId="77777777" w:rsidR="006633E6" w:rsidRPr="00DD198D" w:rsidRDefault="00000000">
      <w:pPr>
        <w:ind w:firstLine="425"/>
        <w:jc w:val="both"/>
        <w:rPr>
          <w:lang w:val="it-CH"/>
        </w:rPr>
      </w:pPr>
      <w:r w:rsidRPr="00DD198D">
        <w:rPr>
          <w:color w:val="000000"/>
          <w:lang w:val="it-CH"/>
        </w:rPr>
        <w:t>(6) Deșeurile periculoase din deșeurile din construcții provenite de la populație sunt colectate prin sistemul de colectare separată a deșeurilor periculoase menajere implementat la nivelul localității.</w:t>
      </w:r>
    </w:p>
    <w:p w14:paraId="7D3F920E" w14:textId="77777777" w:rsidR="006633E6" w:rsidRPr="00DD198D" w:rsidRDefault="00000000">
      <w:pPr>
        <w:ind w:firstLine="425"/>
        <w:jc w:val="both"/>
        <w:rPr>
          <w:lang w:val="it-CH"/>
        </w:rPr>
      </w:pPr>
      <w:r w:rsidRPr="00DD198D">
        <w:rPr>
          <w:color w:val="000000"/>
          <w:lang w:val="it-CH"/>
        </w:rPr>
        <w:t>(7) Transportul deșeurilor din construcții se efectuează cu mijloace de transport prevăzute cu sistem de acoperire a încărcăturii, pentru a nu avea loc împrăștierea acestora sau degajarea prafului.</w:t>
      </w:r>
    </w:p>
    <w:p w14:paraId="0AD320D2" w14:textId="77777777" w:rsidR="006633E6" w:rsidRPr="00DD198D" w:rsidRDefault="00000000">
      <w:pPr>
        <w:ind w:firstLine="425"/>
        <w:jc w:val="both"/>
        <w:rPr>
          <w:lang w:val="it-CH"/>
        </w:rPr>
      </w:pPr>
      <w:r w:rsidRPr="00DD198D">
        <w:rPr>
          <w:color w:val="000000"/>
          <w:lang w:val="it-CH"/>
        </w:rPr>
        <w:lastRenderedPageBreak/>
        <w:t>(8) Operatorul va transporta deșeurile din construcții colectate la baza sa de lucru în vederea stocării temporare și separării fracției de deșeuri cu potențial de valorificare de fracția de deșeuri din construcții nevalorificabilă.</w:t>
      </w:r>
    </w:p>
    <w:p w14:paraId="609EC3F8" w14:textId="77777777" w:rsidR="006633E6" w:rsidRPr="00DD198D" w:rsidRDefault="00000000">
      <w:pPr>
        <w:ind w:firstLine="425"/>
        <w:jc w:val="both"/>
        <w:rPr>
          <w:lang w:val="it-CH"/>
        </w:rPr>
      </w:pPr>
      <w:r w:rsidRPr="00DD198D">
        <w:rPr>
          <w:color w:val="000000"/>
          <w:lang w:val="it-CH"/>
        </w:rPr>
        <w:t>(9) Operatorul are obligația de a amenaja, autoriza și opera cel puțin un punct de stocare temporară a deșeurilor din construcții la baza sa de lucru.</w:t>
      </w:r>
    </w:p>
    <w:p w14:paraId="45D0FD53" w14:textId="77777777" w:rsidR="006633E6" w:rsidRPr="00DD198D" w:rsidRDefault="00000000">
      <w:pPr>
        <w:ind w:firstLine="425"/>
        <w:jc w:val="both"/>
        <w:rPr>
          <w:lang w:val="it-CH"/>
        </w:rPr>
      </w:pPr>
      <w:r w:rsidRPr="00DD198D">
        <w:rPr>
          <w:color w:val="000000"/>
          <w:lang w:val="it-CH"/>
        </w:rPr>
        <w:t>(10) Operatorul va asigura sortarea/valorificarea deșeurilor din construcții stocate temporar, pe baza contractelor încheiate cu operatorul instalațiilor autorizate de sortare/valorificare a deșeurilor din construcții.</w:t>
      </w:r>
    </w:p>
    <w:p w14:paraId="7D933922" w14:textId="77777777" w:rsidR="006633E6" w:rsidRPr="00DD198D" w:rsidRDefault="00000000">
      <w:pPr>
        <w:ind w:firstLine="425"/>
        <w:jc w:val="both"/>
        <w:rPr>
          <w:lang w:val="it-CH"/>
        </w:rPr>
      </w:pPr>
      <w:r w:rsidRPr="00DD198D">
        <w:rPr>
          <w:color w:val="000000"/>
          <w:lang w:val="it-CH"/>
        </w:rPr>
        <w:t>(11) Eliminarea deșeurilor din construcții nevalorificabile se va face numai la depozitul de deșeuri al operatorului cu care delegatarul a încheiat contractul de delegare a gestiunii activității de depozitare a deșeurilor nepericuloase.</w:t>
      </w:r>
    </w:p>
    <w:p w14:paraId="1403C158" w14:textId="77777777" w:rsidR="006633E6" w:rsidRPr="00DD198D" w:rsidRDefault="00000000">
      <w:pPr>
        <w:ind w:firstLine="425"/>
        <w:jc w:val="both"/>
        <w:rPr>
          <w:lang w:val="it-CH"/>
        </w:rPr>
      </w:pPr>
      <w:r w:rsidRPr="00DD198D">
        <w:rPr>
          <w:color w:val="000000"/>
          <w:lang w:val="it-CH"/>
        </w:rPr>
        <w:t>(12) Cheltuielile legate de gestionarea acestor deșeuri (colectare și transport, sortare/valorificare și depozitare) vor fi acoperite din tariful pentru gestionarea deșeurilor din construcții provenite din locuințe, aprobat de delegatar.</w:t>
      </w:r>
    </w:p>
    <w:p w14:paraId="6F1D0756" w14:textId="77777777" w:rsidR="006633E6" w:rsidRPr="00DD198D" w:rsidRDefault="00000000">
      <w:pPr>
        <w:ind w:firstLine="425"/>
        <w:jc w:val="both"/>
        <w:rPr>
          <w:lang w:val="it-CH"/>
        </w:rPr>
      </w:pPr>
      <w:r w:rsidRPr="00DD198D">
        <w:rPr>
          <w:color w:val="000000"/>
          <w:lang w:val="it-CH"/>
        </w:rPr>
        <w:t>(13) În vederea reducerii costurilor cu sortarea/valorificarea deșeurilor din construcții, din locuințe delegatarul are dreptul, pe toată durata de derulare a contractului de delegare, să impună operatorului să transporte deșeurile din construcții către alte instalații de sortare/valorificare decât cele asigurate de acesta, a căror locație va fi precizată, în scris, de către delegatar. Operatorul are obligația să încheie, necondiționat, contractele de prestări servicii de sortare/valorificare a deșeurilor din construcții cu operatorii instalațiilor respective.</w:t>
      </w:r>
    </w:p>
    <w:p w14:paraId="47AF5B30" w14:textId="77777777" w:rsidR="006633E6" w:rsidRPr="00DD198D" w:rsidRDefault="00000000">
      <w:pPr>
        <w:ind w:firstLine="425"/>
        <w:jc w:val="both"/>
        <w:rPr>
          <w:lang w:val="it-CH"/>
        </w:rPr>
      </w:pPr>
      <w:r w:rsidRPr="00DD198D">
        <w:rPr>
          <w:color w:val="000000"/>
          <w:lang w:val="it-CH"/>
        </w:rPr>
        <w:t>(14) Operatorul trebuie să aibă un sistem de evidență a gestionării deșeurilor din construcții provenite din locuințe din care să rezulte:</w:t>
      </w:r>
    </w:p>
    <w:p w14:paraId="2D4A1E79" w14:textId="77777777" w:rsidR="006633E6" w:rsidRPr="00DD198D" w:rsidRDefault="00000000">
      <w:pPr>
        <w:ind w:left="425"/>
        <w:jc w:val="both"/>
        <w:rPr>
          <w:lang w:val="pt-PT"/>
        </w:rPr>
      </w:pPr>
      <w:r w:rsidRPr="00DD198D">
        <w:rPr>
          <w:color w:val="000000"/>
          <w:lang w:val="pt-PT"/>
        </w:rPr>
        <w:t>a) data în care s-a realizat colectarea;</w:t>
      </w:r>
    </w:p>
    <w:p w14:paraId="0F7FE03A" w14:textId="77777777" w:rsidR="006633E6" w:rsidRPr="00DD198D" w:rsidRDefault="00000000">
      <w:pPr>
        <w:ind w:left="425"/>
        <w:jc w:val="both"/>
        <w:rPr>
          <w:lang w:val="pt-PT"/>
        </w:rPr>
      </w:pPr>
      <w:r w:rsidRPr="00DD198D">
        <w:rPr>
          <w:color w:val="000000"/>
          <w:lang w:val="pt-PT"/>
        </w:rPr>
        <w:t>b) punctele/spațiile de colectare de unde s-a făcut colectarea;</w:t>
      </w:r>
    </w:p>
    <w:p w14:paraId="37C9C37F" w14:textId="77777777" w:rsidR="006633E6" w:rsidRPr="00DD198D" w:rsidRDefault="00000000">
      <w:pPr>
        <w:ind w:left="425"/>
        <w:jc w:val="both"/>
        <w:rPr>
          <w:lang w:val="it-CH"/>
        </w:rPr>
      </w:pPr>
      <w:r w:rsidRPr="00DD198D">
        <w:rPr>
          <w:color w:val="000000"/>
          <w:lang w:val="it-CH"/>
        </w:rPr>
        <w:t>c) cantitățile totale preluate de la utilizatorii casnici, la solicitarea acestora;</w:t>
      </w:r>
    </w:p>
    <w:p w14:paraId="525DC257" w14:textId="77777777" w:rsidR="006633E6" w:rsidRPr="00DD198D" w:rsidRDefault="00000000">
      <w:pPr>
        <w:ind w:left="425"/>
        <w:jc w:val="both"/>
        <w:rPr>
          <w:lang w:val="it-CH"/>
        </w:rPr>
      </w:pPr>
      <w:r w:rsidRPr="00DD198D">
        <w:rPr>
          <w:color w:val="000000"/>
          <w:lang w:val="it-CH"/>
        </w:rPr>
        <w:t>d) cantitățile de deșeuri din construcții încredințate către operatorii stațiilor de sortare/concasare:</w:t>
      </w:r>
    </w:p>
    <w:p w14:paraId="71F57053" w14:textId="77777777" w:rsidR="006633E6" w:rsidRPr="00DD198D" w:rsidRDefault="00000000">
      <w:pPr>
        <w:ind w:left="425"/>
        <w:jc w:val="both"/>
        <w:rPr>
          <w:lang w:val="it-CH"/>
        </w:rPr>
      </w:pPr>
      <w:r w:rsidRPr="00DD198D">
        <w:rPr>
          <w:color w:val="000000"/>
          <w:lang w:val="it-CH"/>
        </w:rPr>
        <w:t>e) cantitățile de deșeuri din construcții nevalorificabile eliminate la depozitul de deșeuri.</w:t>
      </w:r>
    </w:p>
    <w:p w14:paraId="6FE30F7E" w14:textId="77777777" w:rsidR="006633E6" w:rsidRPr="00DD198D" w:rsidRDefault="00000000">
      <w:pPr>
        <w:ind w:firstLine="425"/>
        <w:jc w:val="both"/>
        <w:rPr>
          <w:lang w:val="it-CH"/>
        </w:rPr>
      </w:pPr>
      <w:r w:rsidRPr="00DD198D">
        <w:rPr>
          <w:color w:val="000000"/>
          <w:lang w:val="it-CH"/>
        </w:rPr>
        <w:t>(15) Este interzisă abandonarea și depozitarea deșeurilor din construcții și demolări pe domeniul public sau privat al autorității administrației publice locale.</w:t>
      </w:r>
    </w:p>
    <w:p w14:paraId="74D651FA" w14:textId="77777777" w:rsidR="006633E6" w:rsidRPr="00DD198D" w:rsidRDefault="00000000">
      <w:pPr>
        <w:keepNext/>
        <w:spacing w:before="120"/>
        <w:rPr>
          <w:lang w:val="pt-PT"/>
        </w:rPr>
      </w:pPr>
      <w:r w:rsidRPr="00DD198D">
        <w:rPr>
          <w:b/>
          <w:color w:val="000000"/>
          <w:lang w:val="pt-PT"/>
        </w:rPr>
        <w:t>ART. 28</w:t>
      </w:r>
    </w:p>
    <w:p w14:paraId="5D13D1BD" w14:textId="77777777" w:rsidR="006633E6" w:rsidRPr="00DD198D" w:rsidRDefault="00000000">
      <w:pPr>
        <w:ind w:firstLine="425"/>
        <w:jc w:val="both"/>
        <w:rPr>
          <w:lang w:val="pt-PT"/>
        </w:rPr>
      </w:pPr>
      <w:r w:rsidRPr="00DD198D">
        <w:rPr>
          <w:color w:val="000000"/>
          <w:lang w:val="pt-PT"/>
        </w:rPr>
        <w:t>(1) Transportul fracțiilor de deșeuri se realizează de către operator numai cu autospeciale destinate categoriei de deșeuri colectate separat, acoperite și prevăzute cu dispozitive de golire automată a recipientelor de colectare, care să nu permită împrăștierea deșeurilor sau a prafului, emanarea de noxe sau scurgeri de lichide în timpul transportului.</w:t>
      </w:r>
    </w:p>
    <w:p w14:paraId="5C622B7B" w14:textId="77777777" w:rsidR="006633E6" w:rsidRPr="00DD198D" w:rsidRDefault="00000000">
      <w:pPr>
        <w:ind w:firstLine="425"/>
        <w:jc w:val="both"/>
        <w:rPr>
          <w:lang w:val="pt-PT"/>
        </w:rPr>
      </w:pPr>
      <w:r w:rsidRPr="00DD198D">
        <w:rPr>
          <w:color w:val="000000"/>
          <w:lang w:val="pt-PT"/>
        </w:rPr>
        <w:t>(2) Starea tehnică a autospecialelor trebuie să fie corespunzătoare circulației pe drumurile publice și să prezinte o bună etanșeitate a benelor de încărcare, fără scurgeri de levigat sau alte lichide.</w:t>
      </w:r>
    </w:p>
    <w:p w14:paraId="3D2AF622" w14:textId="77777777" w:rsidR="006633E6" w:rsidRPr="00DD198D" w:rsidRDefault="00000000">
      <w:pPr>
        <w:ind w:firstLine="425"/>
        <w:jc w:val="both"/>
        <w:rPr>
          <w:lang w:val="it-CH"/>
        </w:rPr>
      </w:pPr>
      <w:r w:rsidRPr="00DD198D">
        <w:rPr>
          <w:color w:val="000000"/>
          <w:lang w:val="it-CH"/>
        </w:rPr>
        <w:t>(3) Autospecialele care transportă deșeuri municipale trebuie să aibă un aspect îngrijit și să fie personalizate cu sigla operatorului.</w:t>
      </w:r>
    </w:p>
    <w:p w14:paraId="34315822" w14:textId="77777777" w:rsidR="006633E6" w:rsidRPr="00DD198D" w:rsidRDefault="00000000">
      <w:pPr>
        <w:ind w:firstLine="425"/>
        <w:jc w:val="both"/>
        <w:rPr>
          <w:lang w:val="it-CH"/>
        </w:rPr>
      </w:pPr>
      <w:r w:rsidRPr="00DD198D">
        <w:rPr>
          <w:color w:val="000000"/>
          <w:lang w:val="it-CH"/>
        </w:rPr>
        <w:t>(4) Autospecialele trebuie să aibă dimensiunile și capacitatea de transport adaptate la condițiile de drum existente în localitate, precum și la structura arhitecturală a diferitelor clădiri.</w:t>
      </w:r>
    </w:p>
    <w:p w14:paraId="640EEBC3" w14:textId="77777777" w:rsidR="006633E6" w:rsidRPr="00DD198D" w:rsidRDefault="00000000">
      <w:pPr>
        <w:ind w:firstLine="425"/>
        <w:jc w:val="both"/>
        <w:rPr>
          <w:lang w:val="it-CH"/>
        </w:rPr>
      </w:pPr>
      <w:r w:rsidRPr="00DD198D">
        <w:rPr>
          <w:color w:val="000000"/>
          <w:lang w:val="it-CH"/>
        </w:rPr>
        <w:t>(5) Personalul operativ care deservește autospecialele trebuie să fie instruit pentru efectuarea transportului în condiții de siguranță, să dețină toate documentele de însoțire și să nu abandoneze deșeurile pe traseu.</w:t>
      </w:r>
    </w:p>
    <w:p w14:paraId="2B7788C2" w14:textId="77777777" w:rsidR="006633E6" w:rsidRPr="00DD198D" w:rsidRDefault="00000000">
      <w:pPr>
        <w:ind w:firstLine="425"/>
        <w:jc w:val="both"/>
        <w:rPr>
          <w:lang w:val="pt-PT"/>
        </w:rPr>
      </w:pPr>
      <w:r w:rsidRPr="00DD198D">
        <w:rPr>
          <w:color w:val="000000"/>
          <w:lang w:val="it-CH"/>
        </w:rPr>
        <w:lastRenderedPageBreak/>
        <w:t xml:space="preserve">(6) Autospecialele se vor deplasa pe traseele cele mai scurte, cu cel mai redus risc pentru sănătatea populației și a mediului. </w:t>
      </w:r>
      <w:r w:rsidRPr="00DD198D">
        <w:rPr>
          <w:color w:val="000000"/>
          <w:lang w:val="pt-PT"/>
        </w:rPr>
        <w:t>Pentru minimizarea cheltuielilor cu transportul deșeurilor, delegatarul are dreptul să solicite operatorului să transporte deșeurile colectate către stații de transfer.</w:t>
      </w:r>
    </w:p>
    <w:p w14:paraId="23C64A0D" w14:textId="77777777" w:rsidR="006633E6" w:rsidRPr="00DD198D" w:rsidRDefault="00000000">
      <w:pPr>
        <w:ind w:firstLine="425"/>
        <w:jc w:val="both"/>
        <w:rPr>
          <w:lang w:val="pt-PT"/>
        </w:rPr>
      </w:pPr>
      <w:r w:rsidRPr="00DD198D">
        <w:rPr>
          <w:color w:val="000000"/>
          <w:lang w:val="pt-PT"/>
        </w:rPr>
        <w:t>(7) Consiliul local stabilește arterele și intervalul orar de colectare a deșeurilor municipale, preferabil între orele 6:00 - 22:00, în funcție de trafic și de posibilitățile de acces ale operatorului la punctele/spațiile de colectare.</w:t>
      </w:r>
    </w:p>
    <w:p w14:paraId="0913AAD2" w14:textId="77777777" w:rsidR="006633E6" w:rsidRPr="00DD198D" w:rsidRDefault="00000000">
      <w:pPr>
        <w:ind w:firstLine="425"/>
        <w:jc w:val="both"/>
        <w:rPr>
          <w:lang w:val="pt-PT"/>
        </w:rPr>
      </w:pPr>
      <w:r w:rsidRPr="00DD198D">
        <w:rPr>
          <w:color w:val="000000"/>
          <w:lang w:val="pt-PT"/>
        </w:rPr>
        <w:t>(8) Pentru fluidizarea traficului pe traseele cu trafic intens străbătute de autospeciale, autoritatea administrației publice locale va analiza oportunitatea colectării deșeurilor municipale în intervalul orar 22:00 - 6:00, pe arterele cu iluminat public corespunzător, inclusiv din punct de vedere al asigurării liniștii publice și costurilor suplimentare suportate de către operator.</w:t>
      </w:r>
    </w:p>
    <w:p w14:paraId="528CE273" w14:textId="77777777" w:rsidR="006633E6" w:rsidRPr="00DD198D" w:rsidRDefault="00000000">
      <w:pPr>
        <w:ind w:firstLine="425"/>
        <w:jc w:val="both"/>
        <w:rPr>
          <w:lang w:val="pt-PT"/>
        </w:rPr>
      </w:pPr>
      <w:r w:rsidRPr="00DD198D">
        <w:rPr>
          <w:color w:val="000000"/>
          <w:lang w:val="pt-PT"/>
        </w:rPr>
        <w:t>(9) Autospecialele vor fi întreținute astfel încât să corespundă scopului propus, benele și containerele vor fi spălate și dezinfectate săptămânal în interior și la exterior, conform normelor tehnice precizate de producător sau în actele normative în vigoare, numai în spațiile care sunt dotate cu sisteme de colectare a apelor uzate provenite din spălare. Apele uzate provenite din spălatul autospecialelor vor fi transportate la stația de epurare a apelor uzate a localității, dacă nu există stație de epurare proprie.</w:t>
      </w:r>
    </w:p>
    <w:p w14:paraId="01D83D68" w14:textId="77777777" w:rsidR="006633E6" w:rsidRPr="00DD198D" w:rsidRDefault="00000000">
      <w:pPr>
        <w:keepNext/>
        <w:spacing w:before="120"/>
        <w:rPr>
          <w:lang w:val="pt-PT"/>
        </w:rPr>
      </w:pPr>
      <w:r w:rsidRPr="00DD198D">
        <w:rPr>
          <w:b/>
          <w:color w:val="000000"/>
          <w:lang w:val="pt-PT"/>
        </w:rPr>
        <w:t>ART. 29</w:t>
      </w:r>
    </w:p>
    <w:p w14:paraId="5FB87A46" w14:textId="77777777" w:rsidR="006633E6" w:rsidRPr="00DD198D" w:rsidRDefault="00000000">
      <w:pPr>
        <w:ind w:firstLine="425"/>
        <w:jc w:val="both"/>
        <w:rPr>
          <w:lang w:val="pt-PT"/>
        </w:rPr>
      </w:pPr>
      <w:r w:rsidRPr="00DD198D">
        <w:rPr>
          <w:color w:val="000000"/>
          <w:lang w:val="pt-PT"/>
        </w:rPr>
        <w:t>(1) În situația în care, ca urmare a execuției unor lucrări planificate la infrastructura tehnico-edilitară, este împiedicată utilizarea punctelor de colectare stabilite și/sau accesul autospecialelor destinate transportului deșeurilor municipale și/sau al oricărui alt tip de deșeu, operatorul, pe baza notificării transmise de autoritatea administrației publice locale, trebuie să anunțe utilizatorii despre situația intervenită, durata acesteia, punctele de colectare care se utilizează temporar în această perioadă și programul de colectare.</w:t>
      </w:r>
    </w:p>
    <w:p w14:paraId="4337B1D0" w14:textId="77777777" w:rsidR="006633E6" w:rsidRPr="00DD198D" w:rsidRDefault="00000000">
      <w:pPr>
        <w:ind w:firstLine="425"/>
        <w:jc w:val="both"/>
        <w:rPr>
          <w:lang w:val="pt-PT"/>
        </w:rPr>
      </w:pPr>
      <w:r w:rsidRPr="00DD198D">
        <w:rPr>
          <w:color w:val="000000"/>
          <w:lang w:val="pt-PT"/>
        </w:rPr>
        <w:t>(2) Pe toată această perioadă operatorul are obligația să doteze punctele de colectare care urmează a fi folosite temporar de utilizatorii afectați cu recipiente suficiente și să reducă intervalul între două colectări succesive, dacă este cazul.</w:t>
      </w:r>
    </w:p>
    <w:p w14:paraId="4AAD55FF" w14:textId="77777777" w:rsidR="006633E6" w:rsidRPr="00DD198D" w:rsidRDefault="00000000">
      <w:pPr>
        <w:ind w:firstLine="425"/>
        <w:jc w:val="both"/>
        <w:rPr>
          <w:lang w:val="pt-PT"/>
        </w:rPr>
      </w:pPr>
      <w:r w:rsidRPr="00DD198D">
        <w:rPr>
          <w:color w:val="000000"/>
          <w:lang w:val="pt-PT"/>
        </w:rPr>
        <w:t>(3) În cazul apariției unor intemperii ce au ca efect întreruperea serviciului sau diminuarea cantităților contractate de la utilizatori, operatorul are obligația să anunțe această situație delegatarului și să factureze numai cantitățile sau serviciile efectiv realizate.</w:t>
      </w:r>
    </w:p>
    <w:p w14:paraId="76C904E1" w14:textId="77777777" w:rsidR="006633E6" w:rsidRPr="00DD198D" w:rsidRDefault="00000000">
      <w:pPr>
        <w:keepNext/>
        <w:spacing w:before="120"/>
        <w:rPr>
          <w:lang w:val="pt-PT"/>
        </w:rPr>
      </w:pPr>
      <w:r w:rsidRPr="00DD198D">
        <w:rPr>
          <w:b/>
          <w:color w:val="000000"/>
          <w:lang w:val="pt-PT"/>
        </w:rPr>
        <w:t>ART. 30</w:t>
      </w:r>
    </w:p>
    <w:p w14:paraId="18CD2580" w14:textId="77777777" w:rsidR="006633E6" w:rsidRPr="00DD198D" w:rsidRDefault="00000000">
      <w:pPr>
        <w:jc w:val="both"/>
        <w:rPr>
          <w:lang w:val="pt-PT"/>
        </w:rPr>
      </w:pPr>
      <w:r w:rsidRPr="00DD198D">
        <w:rPr>
          <w:color w:val="000000"/>
          <w:lang w:val="pt-PT"/>
        </w:rPr>
        <w:t>Operatorii care prestează activitatea de colectare și transport al deșeurilor municipale au și următoarele obligații:</w:t>
      </w:r>
    </w:p>
    <w:p w14:paraId="1124596C" w14:textId="77777777" w:rsidR="006633E6" w:rsidRPr="00DD198D" w:rsidRDefault="00000000">
      <w:pPr>
        <w:ind w:left="425"/>
        <w:jc w:val="both"/>
        <w:rPr>
          <w:lang w:val="pt-PT"/>
        </w:rPr>
      </w:pPr>
      <w:r w:rsidRPr="00DD198D">
        <w:rPr>
          <w:color w:val="000000"/>
          <w:lang w:val="pt-PT"/>
        </w:rPr>
        <w:t>a) să dețină toate documentele necesare de însoțire a deșeurilor transportate, din care să rezulte proveniența deșeurilor/locul de încărcare, tipurile de deșeuri transportate, locul de destinație, cantitatea de deșeuri transportate și codificarea acestora conform legii;</w:t>
      </w:r>
    </w:p>
    <w:p w14:paraId="3A87475F" w14:textId="77777777" w:rsidR="006633E6" w:rsidRPr="00DD198D" w:rsidRDefault="00000000">
      <w:pPr>
        <w:ind w:left="425"/>
        <w:jc w:val="both"/>
        <w:rPr>
          <w:lang w:val="pt-PT"/>
        </w:rPr>
      </w:pPr>
      <w:r w:rsidRPr="00DD198D">
        <w:rPr>
          <w:color w:val="000000"/>
          <w:lang w:val="pt-PT"/>
        </w:rPr>
        <w:t>b) să folosească traseele cele mai scurte și/sau cu cel mai redus risc pentru sănătatea populației și a mediului, agreate de către autoritățile administrației publice locale;</w:t>
      </w:r>
    </w:p>
    <w:p w14:paraId="72C9D7C2" w14:textId="77777777" w:rsidR="006633E6" w:rsidRPr="00DD198D" w:rsidRDefault="00000000">
      <w:pPr>
        <w:ind w:left="425"/>
        <w:jc w:val="both"/>
        <w:rPr>
          <w:lang w:val="pt-PT"/>
        </w:rPr>
      </w:pPr>
      <w:r w:rsidRPr="00DD198D">
        <w:rPr>
          <w:color w:val="000000"/>
          <w:lang w:val="pt-PT"/>
        </w:rPr>
        <w:t>c) să ridice în totalitate deșeurile și să nu le abandoneze pe traseu, inclusiv cele existente pe traseul de colectare și transport, la solicitarea autorității administrației publice locale/asociației de dezvoltare intercomunitară sau conform procedurii convenite cu aceasta;</w:t>
      </w:r>
    </w:p>
    <w:p w14:paraId="44671BEC" w14:textId="77777777" w:rsidR="006633E6" w:rsidRPr="00DD198D" w:rsidRDefault="00000000">
      <w:pPr>
        <w:ind w:left="425"/>
        <w:jc w:val="both"/>
        <w:rPr>
          <w:lang w:val="pt-PT"/>
        </w:rPr>
      </w:pPr>
      <w:r w:rsidRPr="00DD198D">
        <w:rPr>
          <w:color w:val="000000"/>
          <w:lang w:val="pt-PT"/>
        </w:rPr>
        <w:t>d) să informeze populația privind colectarea separată corectă a deșeurilor, precum și modalitățile de prevenire a generării deșeurilor. Informarea și conștientizarea populației: se va realiza prin campanii de informare și conștientizare agreate cu autoritatea administrației publice locale/asociația de dezvoltare intercomunitară.</w:t>
      </w:r>
    </w:p>
    <w:p w14:paraId="42A6FCAF" w14:textId="77777777" w:rsidR="006633E6" w:rsidRPr="00DD198D" w:rsidRDefault="00000000">
      <w:pPr>
        <w:ind w:left="425"/>
        <w:jc w:val="both"/>
        <w:rPr>
          <w:lang w:val="pt-PT"/>
        </w:rPr>
      </w:pPr>
      <w:r w:rsidRPr="00DD198D">
        <w:rPr>
          <w:color w:val="000000"/>
          <w:lang w:val="pt-PT"/>
        </w:rPr>
        <w:lastRenderedPageBreak/>
        <w:t>e) să efectueze determinările de compoziție a deșeurilor și indicele de generare al deșeurilor menajere aplicând metode adecvate conform recomandărilor Comisiei Europene "Metodologia pentru analiza deșeurilor solide - SWA-Tool" sau a unui standard național și/sau european în vigoare, convenite cu autoritatea administrației publice locale.</w:t>
      </w:r>
    </w:p>
    <w:p w14:paraId="1B389826" w14:textId="77777777" w:rsidR="006633E6" w:rsidRPr="00DD198D" w:rsidRDefault="00000000">
      <w:pPr>
        <w:keepNext/>
        <w:spacing w:before="120"/>
        <w:rPr>
          <w:lang w:val="pt-PT"/>
        </w:rPr>
      </w:pPr>
      <w:r w:rsidRPr="00DD198D">
        <w:rPr>
          <w:b/>
          <w:color w:val="000000"/>
          <w:lang w:val="pt-PT"/>
        </w:rPr>
        <w:t>ART. 31</w:t>
      </w:r>
    </w:p>
    <w:p w14:paraId="6531A3B9" w14:textId="77777777" w:rsidR="006633E6" w:rsidRPr="00DD198D" w:rsidRDefault="00000000">
      <w:pPr>
        <w:jc w:val="both"/>
        <w:rPr>
          <w:lang w:val="pt-PT"/>
        </w:rPr>
      </w:pPr>
      <w:r w:rsidRPr="00DD198D">
        <w:rPr>
          <w:color w:val="000000"/>
          <w:lang w:val="pt-PT"/>
        </w:rPr>
        <w:t>Reglementarea instrumentului economic „Plătește pentru cât arunci” (PPCA)</w:t>
      </w:r>
    </w:p>
    <w:p w14:paraId="3C62D9B5" w14:textId="77777777" w:rsidR="006633E6" w:rsidRPr="00DD198D" w:rsidRDefault="00000000">
      <w:pPr>
        <w:ind w:left="425"/>
        <w:jc w:val="both"/>
        <w:rPr>
          <w:lang w:val="pt-PT"/>
        </w:rPr>
      </w:pPr>
      <w:r w:rsidRPr="00DD198D">
        <w:rPr>
          <w:color w:val="000000"/>
          <w:lang w:val="pt-PT"/>
        </w:rPr>
        <w:t>1. Principii și aplicabilitate</w:t>
      </w:r>
    </w:p>
    <w:p w14:paraId="3746C501" w14:textId="77777777" w:rsidR="006633E6" w:rsidRPr="00DD198D" w:rsidRDefault="00000000">
      <w:pPr>
        <w:ind w:left="425"/>
        <w:jc w:val="both"/>
        <w:rPr>
          <w:lang w:val="pt-PT"/>
        </w:rPr>
      </w:pPr>
      <w:r w:rsidRPr="00DD198D">
        <w:rPr>
          <w:color w:val="000000"/>
          <w:lang w:val="pt-PT"/>
        </w:rPr>
        <w:t>a) Instrumentul economic „Plătește pentru cât arunci” (PPCA) are ca scop determinarea beneficiarilor sistemului de salubrizare al SMID Bacău de a colecta selectiv deșeurile. Principiul de bază al acestui instrument economic este asigurarea posibilității reducerii frecvenței lunare de colectare destinată deșeurilor reziduale, raportat la indicele de generare a deșeurilor, prin metoda reducerii frecvenței de colectare, astfel încât fracțiile reciclabile să fie sortate corespunzător. De asemenea constă în taxarea diferențiată a utilizatorilor serviciului în funcție de cantitatea de deșeuri reziduale (stabilită volumetric) pe care aceștia o generează și o predau spre colectare.</w:t>
      </w:r>
    </w:p>
    <w:p w14:paraId="31007F72" w14:textId="77777777" w:rsidR="006633E6" w:rsidRPr="00DD198D" w:rsidRDefault="00000000">
      <w:pPr>
        <w:ind w:left="425"/>
        <w:jc w:val="both"/>
        <w:rPr>
          <w:lang w:val="pt-PT"/>
        </w:rPr>
      </w:pPr>
      <w:r w:rsidRPr="00DD198D">
        <w:rPr>
          <w:color w:val="000000"/>
          <w:lang w:val="pt-PT"/>
        </w:rPr>
        <w:t>b) Prezentul regulament se aplică pentru locuințele de la case (individuale).</w:t>
      </w:r>
    </w:p>
    <w:p w14:paraId="7B260836" w14:textId="77777777" w:rsidR="006633E6" w:rsidRPr="00DD198D" w:rsidRDefault="00000000">
      <w:pPr>
        <w:ind w:left="425"/>
        <w:jc w:val="both"/>
        <w:rPr>
          <w:lang w:val="pt-PT"/>
        </w:rPr>
      </w:pPr>
      <w:r w:rsidRPr="005E15BF">
        <w:rPr>
          <w:color w:val="000000"/>
          <w:lang w:val="pt-PT"/>
        </w:rPr>
        <w:t>c) Aplicarea instrumentului economic în zona de locuințe colective se va realiza pe același principiu ca în cazul locuințelor de la case, ca urmare a implementării proiectului de dotare a punctelor de colectare cu ecoinsule (implementate prin P.N.R.R.), care asigură un sistem unitar de colectare a deșeurilor municipale la nivelul întregului oraș.</w:t>
      </w:r>
    </w:p>
    <w:p w14:paraId="7D15EA9D" w14:textId="77777777" w:rsidR="006633E6" w:rsidRPr="00DD198D" w:rsidRDefault="00000000">
      <w:pPr>
        <w:ind w:left="425"/>
        <w:jc w:val="both"/>
        <w:rPr>
          <w:lang w:val="pt-PT"/>
        </w:rPr>
      </w:pPr>
      <w:r w:rsidRPr="00DD198D">
        <w:rPr>
          <w:color w:val="000000"/>
          <w:lang w:val="pt-PT"/>
        </w:rPr>
        <w:t>2. Tipurile de pubele și frecvențele de colectare</w:t>
      </w:r>
    </w:p>
    <w:p w14:paraId="4CD6718F" w14:textId="77777777" w:rsidR="006633E6" w:rsidRPr="00DD198D" w:rsidRDefault="00000000">
      <w:pPr>
        <w:jc w:val="both"/>
        <w:rPr>
          <w:lang w:val="pt-PT"/>
        </w:rPr>
      </w:pPr>
      <w:r w:rsidRPr="00DD198D">
        <w:rPr>
          <w:color w:val="000000"/>
          <w:lang w:val="pt-PT"/>
        </w:rPr>
        <w:t>Descrierea tipurilor de pubele disponibile pentru fiecare locuință individuală, a volumului acestora, a fracției de deșeuri, precum și frecvența de colectare: Frecvența de 4 ori pe lună poate fi redusă prin stabilirea unor abonamente cu frecvență mai mică, prin decizia consiliului local al UAT și/sau înlocuită cu o colectare de altă fracție de deșeuri (deșeuri).</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907"/>
        <w:gridCol w:w="2835"/>
        <w:gridCol w:w="3345"/>
      </w:tblGrid>
      <w:tr w:rsidR="006633E6" w:rsidRPr="00DD198D" w14:paraId="799E0F68" w14:textId="77777777">
        <w:trPr>
          <w:tblHeader/>
          <w:jc w:val="center"/>
        </w:trPr>
        <w:tc>
          <w:tcPr>
            <w:tcW w:w="2551" w:type="dxa"/>
          </w:tcPr>
          <w:p w14:paraId="59CF63C6" w14:textId="77777777" w:rsidR="006633E6" w:rsidRPr="00DD198D" w:rsidRDefault="00000000">
            <w:pPr>
              <w:spacing w:after="0"/>
              <w:jc w:val="center"/>
            </w:pPr>
            <w:r w:rsidRPr="00DD198D">
              <w:rPr>
                <w:b/>
                <w:color w:val="000000"/>
                <w:sz w:val="20"/>
              </w:rPr>
              <w:t>Tip recipient / flux</w:t>
            </w:r>
          </w:p>
        </w:tc>
        <w:tc>
          <w:tcPr>
            <w:tcW w:w="907" w:type="dxa"/>
          </w:tcPr>
          <w:p w14:paraId="04338132" w14:textId="77777777" w:rsidR="006633E6" w:rsidRPr="00DD198D" w:rsidRDefault="00000000">
            <w:pPr>
              <w:spacing w:after="0"/>
              <w:jc w:val="center"/>
            </w:pPr>
            <w:proofErr w:type="spellStart"/>
            <w:r w:rsidRPr="00DD198D">
              <w:rPr>
                <w:b/>
                <w:color w:val="000000"/>
                <w:sz w:val="20"/>
              </w:rPr>
              <w:t>Volum</w:t>
            </w:r>
            <w:proofErr w:type="spellEnd"/>
          </w:p>
        </w:tc>
        <w:tc>
          <w:tcPr>
            <w:tcW w:w="2835" w:type="dxa"/>
          </w:tcPr>
          <w:p w14:paraId="46EFFB9C" w14:textId="77777777" w:rsidR="006633E6" w:rsidRPr="00DD198D" w:rsidRDefault="00000000">
            <w:pPr>
              <w:spacing w:after="0"/>
              <w:jc w:val="center"/>
            </w:pPr>
            <w:proofErr w:type="spellStart"/>
            <w:r w:rsidRPr="00DD198D">
              <w:rPr>
                <w:b/>
                <w:color w:val="000000"/>
                <w:sz w:val="20"/>
              </w:rPr>
              <w:t>Fracția</w:t>
            </w:r>
            <w:proofErr w:type="spellEnd"/>
            <w:r w:rsidRPr="00DD198D">
              <w:rPr>
                <w:b/>
                <w:color w:val="000000"/>
                <w:sz w:val="20"/>
              </w:rPr>
              <w:t xml:space="preserve"> de </w:t>
            </w:r>
            <w:proofErr w:type="spellStart"/>
            <w:r w:rsidRPr="00DD198D">
              <w:rPr>
                <w:b/>
                <w:color w:val="000000"/>
                <w:sz w:val="20"/>
              </w:rPr>
              <w:t>deșeuri</w:t>
            </w:r>
            <w:proofErr w:type="spellEnd"/>
          </w:p>
        </w:tc>
        <w:tc>
          <w:tcPr>
            <w:tcW w:w="3345" w:type="dxa"/>
          </w:tcPr>
          <w:p w14:paraId="7F945C18" w14:textId="77777777" w:rsidR="006633E6" w:rsidRPr="00DD198D" w:rsidRDefault="00000000">
            <w:pPr>
              <w:spacing w:after="0"/>
              <w:jc w:val="center"/>
            </w:pPr>
            <w:proofErr w:type="spellStart"/>
            <w:r w:rsidRPr="00DD198D">
              <w:rPr>
                <w:b/>
                <w:color w:val="000000"/>
                <w:sz w:val="20"/>
              </w:rPr>
              <w:t>Frecvența</w:t>
            </w:r>
            <w:proofErr w:type="spellEnd"/>
            <w:r w:rsidRPr="00DD198D">
              <w:rPr>
                <w:b/>
                <w:color w:val="000000"/>
                <w:sz w:val="20"/>
              </w:rPr>
              <w:t xml:space="preserve"> de </w:t>
            </w:r>
            <w:proofErr w:type="spellStart"/>
            <w:r w:rsidRPr="00DD198D">
              <w:rPr>
                <w:b/>
                <w:color w:val="000000"/>
                <w:sz w:val="20"/>
              </w:rPr>
              <w:t>colectare</w:t>
            </w:r>
            <w:proofErr w:type="spellEnd"/>
          </w:p>
        </w:tc>
      </w:tr>
      <w:tr w:rsidR="006633E6" w:rsidRPr="00DD198D" w14:paraId="668591F6" w14:textId="77777777">
        <w:trPr>
          <w:jc w:val="center"/>
        </w:trPr>
        <w:tc>
          <w:tcPr>
            <w:tcW w:w="2551" w:type="dxa"/>
          </w:tcPr>
          <w:p w14:paraId="3FC21160" w14:textId="77777777" w:rsidR="006633E6" w:rsidRPr="00DD198D" w:rsidRDefault="00000000">
            <w:pPr>
              <w:spacing w:after="0"/>
            </w:pPr>
            <w:proofErr w:type="spellStart"/>
            <w:r w:rsidRPr="00DD198D">
              <w:rPr>
                <w:color w:val="000000"/>
                <w:sz w:val="20"/>
              </w:rPr>
              <w:t>Pubelă</w:t>
            </w:r>
            <w:proofErr w:type="spellEnd"/>
            <w:r w:rsidRPr="00DD198D">
              <w:rPr>
                <w:color w:val="000000"/>
                <w:sz w:val="20"/>
              </w:rPr>
              <w:t xml:space="preserve"> </w:t>
            </w:r>
            <w:proofErr w:type="spellStart"/>
            <w:r w:rsidRPr="00DD198D">
              <w:rPr>
                <w:color w:val="000000"/>
                <w:sz w:val="20"/>
              </w:rPr>
              <w:t>neagră</w:t>
            </w:r>
            <w:proofErr w:type="spellEnd"/>
            <w:r w:rsidRPr="00DD198D">
              <w:rPr>
                <w:color w:val="000000"/>
                <w:sz w:val="20"/>
              </w:rPr>
              <w:t>, cu tag RFID</w:t>
            </w:r>
          </w:p>
        </w:tc>
        <w:tc>
          <w:tcPr>
            <w:tcW w:w="907" w:type="dxa"/>
          </w:tcPr>
          <w:p w14:paraId="13216ED0" w14:textId="77777777" w:rsidR="006633E6" w:rsidRPr="00DD198D" w:rsidRDefault="00000000">
            <w:pPr>
              <w:spacing w:after="0"/>
            </w:pPr>
            <w:r w:rsidRPr="00DD198D">
              <w:rPr>
                <w:color w:val="000000"/>
                <w:sz w:val="20"/>
              </w:rPr>
              <w:t>120 l</w:t>
            </w:r>
          </w:p>
        </w:tc>
        <w:tc>
          <w:tcPr>
            <w:tcW w:w="2835" w:type="dxa"/>
          </w:tcPr>
          <w:p w14:paraId="04A4DA5D" w14:textId="77777777" w:rsidR="006633E6" w:rsidRPr="00DD198D" w:rsidRDefault="00000000">
            <w:pPr>
              <w:spacing w:after="0"/>
            </w:pPr>
            <w:proofErr w:type="spellStart"/>
            <w:r w:rsidRPr="00DD198D">
              <w:rPr>
                <w:color w:val="000000"/>
                <w:sz w:val="20"/>
              </w:rPr>
              <w:t>deșeuri</w:t>
            </w:r>
            <w:proofErr w:type="spellEnd"/>
            <w:r w:rsidRPr="00DD198D">
              <w:rPr>
                <w:color w:val="000000"/>
                <w:sz w:val="20"/>
              </w:rPr>
              <w:t xml:space="preserve"> </w:t>
            </w:r>
            <w:proofErr w:type="spellStart"/>
            <w:r w:rsidRPr="00DD198D">
              <w:rPr>
                <w:color w:val="000000"/>
                <w:sz w:val="20"/>
              </w:rPr>
              <w:t>reziduale</w:t>
            </w:r>
            <w:proofErr w:type="spellEnd"/>
          </w:p>
        </w:tc>
        <w:tc>
          <w:tcPr>
            <w:tcW w:w="3345" w:type="dxa"/>
          </w:tcPr>
          <w:p w14:paraId="4359C91F" w14:textId="77777777" w:rsidR="006633E6" w:rsidRPr="00DD198D" w:rsidRDefault="00000000">
            <w:pPr>
              <w:spacing w:after="0"/>
            </w:pPr>
            <w:proofErr w:type="spellStart"/>
            <w:r w:rsidRPr="00DD198D">
              <w:rPr>
                <w:color w:val="000000"/>
                <w:sz w:val="20"/>
              </w:rPr>
              <w:t>săptămânal</w:t>
            </w:r>
            <w:proofErr w:type="spellEnd"/>
            <w:r w:rsidRPr="00DD198D">
              <w:rPr>
                <w:color w:val="000000"/>
                <w:sz w:val="20"/>
              </w:rPr>
              <w:t xml:space="preserve"> (4 </w:t>
            </w:r>
            <w:proofErr w:type="spellStart"/>
            <w:r w:rsidRPr="00DD198D">
              <w:rPr>
                <w:color w:val="000000"/>
                <w:sz w:val="20"/>
              </w:rPr>
              <w:t>ridicări</w:t>
            </w:r>
            <w:proofErr w:type="spellEnd"/>
            <w:r w:rsidRPr="00DD198D">
              <w:rPr>
                <w:color w:val="000000"/>
                <w:sz w:val="20"/>
              </w:rPr>
              <w:t xml:space="preserve"> pe </w:t>
            </w:r>
            <w:proofErr w:type="spellStart"/>
            <w:r w:rsidRPr="00DD198D">
              <w:rPr>
                <w:color w:val="000000"/>
                <w:sz w:val="20"/>
              </w:rPr>
              <w:t>lună</w:t>
            </w:r>
            <w:proofErr w:type="spellEnd"/>
            <w:r w:rsidRPr="00DD198D">
              <w:rPr>
                <w:color w:val="000000"/>
                <w:sz w:val="20"/>
              </w:rPr>
              <w:t xml:space="preserve">), din </w:t>
            </w:r>
            <w:proofErr w:type="spellStart"/>
            <w:r w:rsidRPr="00DD198D">
              <w:rPr>
                <w:color w:val="000000"/>
                <w:sz w:val="20"/>
              </w:rPr>
              <w:t>poartă</w:t>
            </w:r>
            <w:proofErr w:type="spellEnd"/>
            <w:r w:rsidRPr="00DD198D">
              <w:rPr>
                <w:color w:val="000000"/>
                <w:sz w:val="20"/>
              </w:rPr>
              <w:t xml:space="preserve"> </w:t>
            </w:r>
            <w:proofErr w:type="spellStart"/>
            <w:r w:rsidRPr="00DD198D">
              <w:rPr>
                <w:color w:val="000000"/>
                <w:sz w:val="20"/>
              </w:rPr>
              <w:t>în</w:t>
            </w:r>
            <w:proofErr w:type="spellEnd"/>
            <w:r w:rsidRPr="00DD198D">
              <w:rPr>
                <w:color w:val="000000"/>
                <w:sz w:val="20"/>
              </w:rPr>
              <w:t xml:space="preserve"> </w:t>
            </w:r>
            <w:proofErr w:type="spellStart"/>
            <w:r w:rsidRPr="00DD198D">
              <w:rPr>
                <w:color w:val="000000"/>
                <w:sz w:val="20"/>
              </w:rPr>
              <w:t>poartă</w:t>
            </w:r>
            <w:proofErr w:type="spellEnd"/>
          </w:p>
        </w:tc>
      </w:tr>
      <w:tr w:rsidR="006633E6" w:rsidRPr="001F0542" w14:paraId="098CB2C5" w14:textId="77777777">
        <w:trPr>
          <w:jc w:val="center"/>
        </w:trPr>
        <w:tc>
          <w:tcPr>
            <w:tcW w:w="2551" w:type="dxa"/>
          </w:tcPr>
          <w:p w14:paraId="2D3D7331" w14:textId="77777777" w:rsidR="006633E6" w:rsidRPr="00DD198D" w:rsidRDefault="00000000">
            <w:pPr>
              <w:spacing w:after="0"/>
            </w:pPr>
            <w:proofErr w:type="spellStart"/>
            <w:r w:rsidRPr="00DD198D">
              <w:rPr>
                <w:color w:val="000000"/>
                <w:sz w:val="20"/>
              </w:rPr>
              <w:t>Pubelă</w:t>
            </w:r>
            <w:proofErr w:type="spellEnd"/>
            <w:r w:rsidRPr="00DD198D">
              <w:rPr>
                <w:color w:val="000000"/>
                <w:sz w:val="20"/>
              </w:rPr>
              <w:t xml:space="preserve"> </w:t>
            </w:r>
            <w:proofErr w:type="spellStart"/>
            <w:r w:rsidRPr="00DD198D">
              <w:rPr>
                <w:color w:val="000000"/>
                <w:sz w:val="20"/>
              </w:rPr>
              <w:t>albastră</w:t>
            </w:r>
            <w:proofErr w:type="spellEnd"/>
            <w:r w:rsidRPr="00DD198D">
              <w:rPr>
                <w:color w:val="000000"/>
                <w:sz w:val="20"/>
              </w:rPr>
              <w:t>, cu tag RFID</w:t>
            </w:r>
          </w:p>
        </w:tc>
        <w:tc>
          <w:tcPr>
            <w:tcW w:w="907" w:type="dxa"/>
          </w:tcPr>
          <w:p w14:paraId="2978FD10" w14:textId="77777777" w:rsidR="006633E6" w:rsidRPr="00DD198D" w:rsidRDefault="00000000">
            <w:pPr>
              <w:spacing w:after="0"/>
            </w:pPr>
            <w:r w:rsidRPr="00DD198D">
              <w:rPr>
                <w:color w:val="000000"/>
                <w:sz w:val="20"/>
              </w:rPr>
              <w:t>240 l</w:t>
            </w:r>
          </w:p>
        </w:tc>
        <w:tc>
          <w:tcPr>
            <w:tcW w:w="2835" w:type="dxa"/>
          </w:tcPr>
          <w:p w14:paraId="2191159F" w14:textId="77777777" w:rsidR="006633E6" w:rsidRPr="00DD198D" w:rsidRDefault="00000000">
            <w:pPr>
              <w:spacing w:after="0"/>
              <w:rPr>
                <w:lang w:val="it-CH"/>
              </w:rPr>
            </w:pPr>
            <w:r w:rsidRPr="00DD198D">
              <w:rPr>
                <w:color w:val="000000"/>
                <w:sz w:val="20"/>
                <w:lang w:val="it-CH"/>
              </w:rPr>
              <w:t>deșeuri reciclabile: hârtie și carton, plastic și metal</w:t>
            </w:r>
          </w:p>
        </w:tc>
        <w:tc>
          <w:tcPr>
            <w:tcW w:w="3345" w:type="dxa"/>
          </w:tcPr>
          <w:p w14:paraId="55F74130" w14:textId="4E232B28" w:rsidR="006633E6" w:rsidRPr="00735F5F" w:rsidRDefault="00000000">
            <w:pPr>
              <w:spacing w:after="0"/>
              <w:rPr>
                <w:lang w:val="pt-PT"/>
              </w:rPr>
            </w:pPr>
            <w:r w:rsidRPr="00735F5F">
              <w:rPr>
                <w:color w:val="000000"/>
                <w:sz w:val="20"/>
                <w:lang w:val="pt-PT"/>
              </w:rPr>
              <w:t xml:space="preserve">de două ori pe lună în primul an de operare; </w:t>
            </w:r>
          </w:p>
        </w:tc>
      </w:tr>
      <w:tr w:rsidR="006633E6" w:rsidRPr="00DD198D" w14:paraId="6D9FC365" w14:textId="77777777">
        <w:trPr>
          <w:jc w:val="center"/>
        </w:trPr>
        <w:tc>
          <w:tcPr>
            <w:tcW w:w="2551" w:type="dxa"/>
          </w:tcPr>
          <w:p w14:paraId="75B2EB5B" w14:textId="77777777" w:rsidR="006633E6" w:rsidRPr="00DD198D" w:rsidRDefault="00000000">
            <w:pPr>
              <w:spacing w:after="0"/>
            </w:pPr>
            <w:r w:rsidRPr="00DD198D">
              <w:rPr>
                <w:color w:val="000000"/>
                <w:sz w:val="20"/>
              </w:rPr>
              <w:t xml:space="preserve">Saci </w:t>
            </w:r>
            <w:proofErr w:type="spellStart"/>
            <w:r w:rsidRPr="00DD198D">
              <w:rPr>
                <w:color w:val="000000"/>
                <w:sz w:val="20"/>
              </w:rPr>
              <w:t>transparenți</w:t>
            </w:r>
            <w:proofErr w:type="spellEnd"/>
            <w:r w:rsidRPr="00DD198D">
              <w:rPr>
                <w:color w:val="000000"/>
                <w:sz w:val="20"/>
              </w:rPr>
              <w:t xml:space="preserve"> (</w:t>
            </w:r>
            <w:proofErr w:type="spellStart"/>
            <w:r w:rsidRPr="00DD198D">
              <w:rPr>
                <w:color w:val="000000"/>
                <w:sz w:val="20"/>
              </w:rPr>
              <w:t>suplimentar</w:t>
            </w:r>
            <w:proofErr w:type="spellEnd"/>
            <w:r w:rsidRPr="00DD198D">
              <w:rPr>
                <w:color w:val="000000"/>
                <w:sz w:val="20"/>
              </w:rPr>
              <w:t>)</w:t>
            </w:r>
          </w:p>
        </w:tc>
        <w:tc>
          <w:tcPr>
            <w:tcW w:w="907" w:type="dxa"/>
          </w:tcPr>
          <w:p w14:paraId="6BFC004F" w14:textId="77777777" w:rsidR="006633E6" w:rsidRPr="00DD198D" w:rsidRDefault="00000000">
            <w:pPr>
              <w:spacing w:after="0"/>
              <w:jc w:val="center"/>
            </w:pPr>
            <w:r w:rsidRPr="00DD198D">
              <w:rPr>
                <w:color w:val="000000"/>
                <w:sz w:val="20"/>
              </w:rPr>
              <w:t>–</w:t>
            </w:r>
          </w:p>
        </w:tc>
        <w:tc>
          <w:tcPr>
            <w:tcW w:w="2835" w:type="dxa"/>
          </w:tcPr>
          <w:p w14:paraId="3DA4D973" w14:textId="77777777" w:rsidR="006633E6" w:rsidRPr="00DD198D" w:rsidRDefault="00000000">
            <w:pPr>
              <w:spacing w:after="0"/>
              <w:rPr>
                <w:lang w:val="it-CH"/>
              </w:rPr>
            </w:pPr>
            <w:r w:rsidRPr="00DD198D">
              <w:rPr>
                <w:color w:val="000000"/>
                <w:sz w:val="20"/>
                <w:lang w:val="it-CH"/>
              </w:rPr>
              <w:t>deșeuri reciclabile peste volumul pubelei albastre</w:t>
            </w:r>
          </w:p>
        </w:tc>
        <w:tc>
          <w:tcPr>
            <w:tcW w:w="3345" w:type="dxa"/>
          </w:tcPr>
          <w:p w14:paraId="7836E944" w14:textId="77777777" w:rsidR="006633E6" w:rsidRPr="00DD198D" w:rsidRDefault="00000000">
            <w:pPr>
              <w:spacing w:after="0"/>
            </w:pPr>
            <w:proofErr w:type="spellStart"/>
            <w:r w:rsidRPr="00DD198D">
              <w:rPr>
                <w:color w:val="000000"/>
                <w:sz w:val="20"/>
              </w:rPr>
              <w:t>odată</w:t>
            </w:r>
            <w:proofErr w:type="spellEnd"/>
            <w:r w:rsidRPr="00DD198D">
              <w:rPr>
                <w:color w:val="000000"/>
                <w:sz w:val="20"/>
              </w:rPr>
              <w:t xml:space="preserve"> cu </w:t>
            </w:r>
            <w:proofErr w:type="spellStart"/>
            <w:r w:rsidRPr="00DD198D">
              <w:rPr>
                <w:color w:val="000000"/>
                <w:sz w:val="20"/>
              </w:rPr>
              <w:t>pubela</w:t>
            </w:r>
            <w:proofErr w:type="spellEnd"/>
            <w:r w:rsidRPr="00DD198D">
              <w:rPr>
                <w:color w:val="000000"/>
                <w:sz w:val="20"/>
              </w:rPr>
              <w:t xml:space="preserve"> </w:t>
            </w:r>
            <w:proofErr w:type="spellStart"/>
            <w:r w:rsidRPr="00DD198D">
              <w:rPr>
                <w:color w:val="000000"/>
                <w:sz w:val="20"/>
              </w:rPr>
              <w:t>albastră</w:t>
            </w:r>
            <w:proofErr w:type="spellEnd"/>
          </w:p>
        </w:tc>
      </w:tr>
      <w:tr w:rsidR="006633E6" w:rsidRPr="001F0542" w14:paraId="2FBD1F19" w14:textId="77777777">
        <w:trPr>
          <w:jc w:val="center"/>
        </w:trPr>
        <w:tc>
          <w:tcPr>
            <w:tcW w:w="2551" w:type="dxa"/>
          </w:tcPr>
          <w:p w14:paraId="2517F6E6" w14:textId="77777777" w:rsidR="006633E6" w:rsidRPr="00DD198D" w:rsidRDefault="00000000">
            <w:pPr>
              <w:spacing w:after="0"/>
              <w:rPr>
                <w:lang w:val="pt-PT"/>
              </w:rPr>
            </w:pPr>
            <w:r w:rsidRPr="00DD198D">
              <w:rPr>
                <w:color w:val="000000"/>
                <w:sz w:val="20"/>
                <w:lang w:val="pt-PT"/>
              </w:rPr>
              <w:t>Puncte de colectare pe domeniul public / aport voluntar</w:t>
            </w:r>
          </w:p>
        </w:tc>
        <w:tc>
          <w:tcPr>
            <w:tcW w:w="907" w:type="dxa"/>
          </w:tcPr>
          <w:p w14:paraId="23679D1D" w14:textId="77777777" w:rsidR="006633E6" w:rsidRPr="00DD198D" w:rsidRDefault="00000000">
            <w:pPr>
              <w:spacing w:after="0"/>
            </w:pPr>
            <w:r w:rsidRPr="00DD198D">
              <w:rPr>
                <w:color w:val="000000"/>
                <w:sz w:val="20"/>
              </w:rPr>
              <w:t>1,1 mc</w:t>
            </w:r>
          </w:p>
        </w:tc>
        <w:tc>
          <w:tcPr>
            <w:tcW w:w="2835" w:type="dxa"/>
          </w:tcPr>
          <w:p w14:paraId="590326EB" w14:textId="77777777" w:rsidR="006633E6" w:rsidRPr="00DD198D" w:rsidRDefault="00000000">
            <w:pPr>
              <w:spacing w:after="0"/>
            </w:pPr>
            <w:proofErr w:type="spellStart"/>
            <w:r w:rsidRPr="00DD198D">
              <w:rPr>
                <w:color w:val="000000"/>
                <w:sz w:val="20"/>
              </w:rPr>
              <w:t>deșeuri</w:t>
            </w:r>
            <w:proofErr w:type="spellEnd"/>
            <w:r w:rsidRPr="00DD198D">
              <w:rPr>
                <w:color w:val="000000"/>
                <w:sz w:val="20"/>
              </w:rPr>
              <w:t xml:space="preserve"> de </w:t>
            </w:r>
            <w:proofErr w:type="spellStart"/>
            <w:r w:rsidRPr="00DD198D">
              <w:rPr>
                <w:color w:val="000000"/>
                <w:sz w:val="20"/>
              </w:rPr>
              <w:t>sticlă</w:t>
            </w:r>
            <w:proofErr w:type="spellEnd"/>
          </w:p>
        </w:tc>
        <w:tc>
          <w:tcPr>
            <w:tcW w:w="3345" w:type="dxa"/>
          </w:tcPr>
          <w:p w14:paraId="68F8E6DA" w14:textId="77777777" w:rsidR="006633E6" w:rsidRPr="00DD198D" w:rsidRDefault="00000000">
            <w:pPr>
              <w:spacing w:after="0"/>
              <w:rPr>
                <w:lang w:val="it-CH"/>
              </w:rPr>
            </w:pPr>
            <w:r w:rsidRPr="00DD198D">
              <w:rPr>
                <w:color w:val="000000"/>
                <w:sz w:val="20"/>
                <w:lang w:val="it-CH"/>
              </w:rPr>
              <w:t>o dată la trei luni / la umplere</w:t>
            </w:r>
          </w:p>
        </w:tc>
      </w:tr>
      <w:tr w:rsidR="006633E6" w:rsidRPr="00DD198D" w14:paraId="2ACF4446" w14:textId="77777777">
        <w:trPr>
          <w:jc w:val="center"/>
        </w:trPr>
        <w:tc>
          <w:tcPr>
            <w:tcW w:w="2551" w:type="dxa"/>
          </w:tcPr>
          <w:p w14:paraId="055EDD20" w14:textId="77777777" w:rsidR="006633E6" w:rsidRPr="00DD198D" w:rsidRDefault="00000000">
            <w:pPr>
              <w:spacing w:after="0"/>
            </w:pPr>
            <w:r w:rsidRPr="00DD198D">
              <w:rPr>
                <w:color w:val="000000"/>
                <w:sz w:val="20"/>
              </w:rPr>
              <w:t xml:space="preserve">Saci </w:t>
            </w:r>
            <w:proofErr w:type="spellStart"/>
            <w:r w:rsidRPr="00DD198D">
              <w:rPr>
                <w:color w:val="000000"/>
                <w:sz w:val="20"/>
              </w:rPr>
              <w:t>personalizați</w:t>
            </w:r>
            <w:proofErr w:type="spellEnd"/>
            <w:r w:rsidRPr="00DD198D">
              <w:rPr>
                <w:color w:val="000000"/>
                <w:sz w:val="20"/>
              </w:rPr>
              <w:t xml:space="preserve"> / </w:t>
            </w:r>
            <w:proofErr w:type="spellStart"/>
            <w:r w:rsidRPr="00DD198D">
              <w:rPr>
                <w:color w:val="000000"/>
                <w:sz w:val="20"/>
              </w:rPr>
              <w:t>containere</w:t>
            </w:r>
            <w:proofErr w:type="spellEnd"/>
            <w:r w:rsidRPr="00DD198D">
              <w:rPr>
                <w:color w:val="000000"/>
                <w:sz w:val="20"/>
              </w:rPr>
              <w:t xml:space="preserve"> textile</w:t>
            </w:r>
          </w:p>
        </w:tc>
        <w:tc>
          <w:tcPr>
            <w:tcW w:w="907" w:type="dxa"/>
          </w:tcPr>
          <w:p w14:paraId="2355BC57" w14:textId="77777777" w:rsidR="006633E6" w:rsidRPr="00DD198D" w:rsidRDefault="00000000">
            <w:pPr>
              <w:spacing w:after="0"/>
              <w:jc w:val="center"/>
            </w:pPr>
            <w:r w:rsidRPr="00DD198D">
              <w:rPr>
                <w:color w:val="000000"/>
                <w:sz w:val="20"/>
              </w:rPr>
              <w:t>–</w:t>
            </w:r>
          </w:p>
        </w:tc>
        <w:tc>
          <w:tcPr>
            <w:tcW w:w="2835" w:type="dxa"/>
          </w:tcPr>
          <w:p w14:paraId="2B27136C" w14:textId="77777777" w:rsidR="006633E6" w:rsidRPr="00DD198D" w:rsidRDefault="00000000">
            <w:pPr>
              <w:spacing w:after="0"/>
            </w:pPr>
            <w:proofErr w:type="spellStart"/>
            <w:r w:rsidRPr="00DD198D">
              <w:rPr>
                <w:color w:val="000000"/>
                <w:sz w:val="20"/>
              </w:rPr>
              <w:t>deșeuri</w:t>
            </w:r>
            <w:proofErr w:type="spellEnd"/>
            <w:r w:rsidRPr="00DD198D">
              <w:rPr>
                <w:color w:val="000000"/>
                <w:sz w:val="20"/>
              </w:rPr>
              <w:t xml:space="preserve"> textile</w:t>
            </w:r>
          </w:p>
        </w:tc>
        <w:tc>
          <w:tcPr>
            <w:tcW w:w="3345" w:type="dxa"/>
          </w:tcPr>
          <w:p w14:paraId="1520EA75" w14:textId="77777777" w:rsidR="006633E6" w:rsidRPr="00DD198D" w:rsidRDefault="00000000">
            <w:pPr>
              <w:spacing w:after="0"/>
            </w:pPr>
            <w:r w:rsidRPr="00DD198D">
              <w:rPr>
                <w:color w:val="000000"/>
                <w:sz w:val="20"/>
              </w:rPr>
              <w:t xml:space="preserve">4 </w:t>
            </w:r>
            <w:proofErr w:type="spellStart"/>
            <w:r w:rsidRPr="00DD198D">
              <w:rPr>
                <w:color w:val="000000"/>
                <w:sz w:val="20"/>
              </w:rPr>
              <w:t>campanii</w:t>
            </w:r>
            <w:proofErr w:type="spellEnd"/>
            <w:r w:rsidRPr="00DD198D">
              <w:rPr>
                <w:color w:val="000000"/>
                <w:sz w:val="20"/>
              </w:rPr>
              <w:t xml:space="preserve"> pe an, pe </w:t>
            </w:r>
            <w:proofErr w:type="spellStart"/>
            <w:r w:rsidRPr="00DD198D">
              <w:rPr>
                <w:color w:val="000000"/>
                <w:sz w:val="20"/>
              </w:rPr>
              <w:t>fluxul</w:t>
            </w:r>
            <w:proofErr w:type="spellEnd"/>
            <w:r w:rsidRPr="00DD198D">
              <w:rPr>
                <w:color w:val="000000"/>
                <w:sz w:val="20"/>
              </w:rPr>
              <w:t xml:space="preserve"> </w:t>
            </w:r>
            <w:proofErr w:type="spellStart"/>
            <w:r w:rsidRPr="00DD198D">
              <w:rPr>
                <w:color w:val="000000"/>
                <w:sz w:val="20"/>
              </w:rPr>
              <w:t>deșeurilor</w:t>
            </w:r>
            <w:proofErr w:type="spellEnd"/>
            <w:r w:rsidRPr="00DD198D">
              <w:rPr>
                <w:color w:val="000000"/>
                <w:sz w:val="20"/>
              </w:rPr>
              <w:t xml:space="preserve"> </w:t>
            </w:r>
            <w:proofErr w:type="spellStart"/>
            <w:r w:rsidRPr="00DD198D">
              <w:rPr>
                <w:color w:val="000000"/>
                <w:sz w:val="20"/>
              </w:rPr>
              <w:t>voluminoase</w:t>
            </w:r>
            <w:proofErr w:type="spellEnd"/>
          </w:p>
        </w:tc>
      </w:tr>
      <w:tr w:rsidR="006633E6" w:rsidRPr="00DD198D" w14:paraId="3C2B0868" w14:textId="77777777">
        <w:trPr>
          <w:jc w:val="center"/>
        </w:trPr>
        <w:tc>
          <w:tcPr>
            <w:tcW w:w="2551" w:type="dxa"/>
          </w:tcPr>
          <w:p w14:paraId="6C7B0CFD" w14:textId="77777777" w:rsidR="006633E6" w:rsidRPr="00DD198D" w:rsidRDefault="00000000">
            <w:pPr>
              <w:spacing w:after="0"/>
            </w:pPr>
            <w:proofErr w:type="spellStart"/>
            <w:r w:rsidRPr="00DD198D">
              <w:rPr>
                <w:color w:val="000000"/>
                <w:sz w:val="20"/>
              </w:rPr>
              <w:t>Campanii</w:t>
            </w:r>
            <w:proofErr w:type="spellEnd"/>
          </w:p>
        </w:tc>
        <w:tc>
          <w:tcPr>
            <w:tcW w:w="907" w:type="dxa"/>
          </w:tcPr>
          <w:p w14:paraId="47AE44C3" w14:textId="77777777" w:rsidR="006633E6" w:rsidRPr="00DD198D" w:rsidRDefault="00000000">
            <w:pPr>
              <w:spacing w:after="0"/>
              <w:jc w:val="center"/>
            </w:pPr>
            <w:r w:rsidRPr="00DD198D">
              <w:rPr>
                <w:color w:val="000000"/>
                <w:sz w:val="20"/>
              </w:rPr>
              <w:t>–</w:t>
            </w:r>
          </w:p>
        </w:tc>
        <w:tc>
          <w:tcPr>
            <w:tcW w:w="2835" w:type="dxa"/>
          </w:tcPr>
          <w:p w14:paraId="0390DA9D" w14:textId="77777777" w:rsidR="006633E6" w:rsidRPr="00DD198D" w:rsidRDefault="00000000">
            <w:pPr>
              <w:spacing w:after="0"/>
            </w:pPr>
            <w:proofErr w:type="spellStart"/>
            <w:r w:rsidRPr="00DD198D">
              <w:rPr>
                <w:color w:val="000000"/>
                <w:sz w:val="20"/>
              </w:rPr>
              <w:t>deșeuri</w:t>
            </w:r>
            <w:proofErr w:type="spellEnd"/>
            <w:r w:rsidRPr="00DD198D">
              <w:rPr>
                <w:color w:val="000000"/>
                <w:sz w:val="20"/>
              </w:rPr>
              <w:t xml:space="preserve"> </w:t>
            </w:r>
            <w:proofErr w:type="spellStart"/>
            <w:r w:rsidRPr="00DD198D">
              <w:rPr>
                <w:color w:val="000000"/>
                <w:sz w:val="20"/>
              </w:rPr>
              <w:t>voluminoase</w:t>
            </w:r>
            <w:proofErr w:type="spellEnd"/>
            <w:r w:rsidRPr="00DD198D">
              <w:rPr>
                <w:color w:val="000000"/>
                <w:sz w:val="20"/>
              </w:rPr>
              <w:t xml:space="preserve">, </w:t>
            </w:r>
            <w:proofErr w:type="spellStart"/>
            <w:r w:rsidRPr="00DD198D">
              <w:rPr>
                <w:color w:val="000000"/>
                <w:sz w:val="20"/>
              </w:rPr>
              <w:t>deșeuri</w:t>
            </w:r>
            <w:proofErr w:type="spellEnd"/>
            <w:r w:rsidRPr="00DD198D">
              <w:rPr>
                <w:color w:val="000000"/>
                <w:sz w:val="20"/>
              </w:rPr>
              <w:t xml:space="preserve"> </w:t>
            </w:r>
            <w:proofErr w:type="spellStart"/>
            <w:r w:rsidRPr="00DD198D">
              <w:rPr>
                <w:color w:val="000000"/>
                <w:sz w:val="20"/>
              </w:rPr>
              <w:t>periculoase</w:t>
            </w:r>
            <w:proofErr w:type="spellEnd"/>
            <w:r w:rsidRPr="00DD198D">
              <w:rPr>
                <w:color w:val="000000"/>
                <w:sz w:val="20"/>
              </w:rPr>
              <w:t xml:space="preserve"> </w:t>
            </w:r>
            <w:proofErr w:type="spellStart"/>
            <w:r w:rsidRPr="00DD198D">
              <w:rPr>
                <w:color w:val="000000"/>
                <w:sz w:val="20"/>
              </w:rPr>
              <w:t>menajere</w:t>
            </w:r>
            <w:proofErr w:type="spellEnd"/>
            <w:r w:rsidRPr="00DD198D">
              <w:rPr>
                <w:color w:val="000000"/>
                <w:sz w:val="20"/>
              </w:rPr>
              <w:t>, DEEE</w:t>
            </w:r>
          </w:p>
        </w:tc>
        <w:tc>
          <w:tcPr>
            <w:tcW w:w="3345" w:type="dxa"/>
          </w:tcPr>
          <w:p w14:paraId="671F707B" w14:textId="77777777" w:rsidR="006633E6" w:rsidRPr="00DD198D" w:rsidRDefault="00000000">
            <w:pPr>
              <w:spacing w:after="0"/>
            </w:pPr>
            <w:r w:rsidRPr="00DD198D">
              <w:rPr>
                <w:color w:val="000000"/>
                <w:sz w:val="20"/>
              </w:rPr>
              <w:t xml:space="preserve">4 </w:t>
            </w:r>
            <w:proofErr w:type="spellStart"/>
            <w:r w:rsidRPr="00DD198D">
              <w:rPr>
                <w:color w:val="000000"/>
                <w:sz w:val="20"/>
              </w:rPr>
              <w:t>campanii</w:t>
            </w:r>
            <w:proofErr w:type="spellEnd"/>
            <w:r w:rsidRPr="00DD198D">
              <w:rPr>
                <w:color w:val="000000"/>
                <w:sz w:val="20"/>
              </w:rPr>
              <w:t xml:space="preserve"> pe an</w:t>
            </w:r>
          </w:p>
        </w:tc>
      </w:tr>
      <w:tr w:rsidR="006633E6" w14:paraId="0569D94E" w14:textId="77777777">
        <w:trPr>
          <w:jc w:val="center"/>
        </w:trPr>
        <w:tc>
          <w:tcPr>
            <w:tcW w:w="2551" w:type="dxa"/>
          </w:tcPr>
          <w:p w14:paraId="59EE62EF" w14:textId="77777777" w:rsidR="006633E6" w:rsidRPr="00DD198D" w:rsidRDefault="00000000">
            <w:pPr>
              <w:spacing w:after="0"/>
            </w:pPr>
            <w:proofErr w:type="spellStart"/>
            <w:r w:rsidRPr="00DD198D">
              <w:rPr>
                <w:color w:val="000000"/>
                <w:sz w:val="20"/>
              </w:rPr>
              <w:t>Compostor</w:t>
            </w:r>
            <w:proofErr w:type="spellEnd"/>
            <w:r w:rsidRPr="00DD198D">
              <w:rPr>
                <w:color w:val="000000"/>
                <w:sz w:val="20"/>
              </w:rPr>
              <w:t xml:space="preserve"> individual</w:t>
            </w:r>
          </w:p>
        </w:tc>
        <w:tc>
          <w:tcPr>
            <w:tcW w:w="907" w:type="dxa"/>
          </w:tcPr>
          <w:p w14:paraId="29564CE8" w14:textId="77777777" w:rsidR="006633E6" w:rsidRPr="00DD198D" w:rsidRDefault="00000000">
            <w:pPr>
              <w:spacing w:after="0"/>
              <w:jc w:val="center"/>
            </w:pPr>
            <w:r w:rsidRPr="00DD198D">
              <w:rPr>
                <w:color w:val="000000"/>
                <w:sz w:val="20"/>
              </w:rPr>
              <w:t>–</w:t>
            </w:r>
          </w:p>
        </w:tc>
        <w:tc>
          <w:tcPr>
            <w:tcW w:w="2835" w:type="dxa"/>
          </w:tcPr>
          <w:p w14:paraId="6ED13134" w14:textId="77777777" w:rsidR="006633E6" w:rsidRPr="00DD198D" w:rsidRDefault="00000000">
            <w:pPr>
              <w:spacing w:after="0"/>
            </w:pPr>
            <w:proofErr w:type="spellStart"/>
            <w:r w:rsidRPr="00DD198D">
              <w:rPr>
                <w:color w:val="000000"/>
                <w:sz w:val="20"/>
              </w:rPr>
              <w:t>biodeșeuri</w:t>
            </w:r>
            <w:proofErr w:type="spellEnd"/>
          </w:p>
        </w:tc>
        <w:tc>
          <w:tcPr>
            <w:tcW w:w="3345" w:type="dxa"/>
          </w:tcPr>
          <w:p w14:paraId="6A597852" w14:textId="77777777" w:rsidR="006633E6" w:rsidRDefault="00000000">
            <w:pPr>
              <w:spacing w:after="0"/>
            </w:pPr>
            <w:proofErr w:type="spellStart"/>
            <w:r w:rsidRPr="00DD198D">
              <w:rPr>
                <w:color w:val="000000"/>
                <w:sz w:val="20"/>
              </w:rPr>
              <w:t>reciclare</w:t>
            </w:r>
            <w:proofErr w:type="spellEnd"/>
            <w:r w:rsidRPr="00DD198D">
              <w:rPr>
                <w:color w:val="000000"/>
                <w:sz w:val="20"/>
              </w:rPr>
              <w:t xml:space="preserve"> la </w:t>
            </w:r>
            <w:proofErr w:type="spellStart"/>
            <w:r w:rsidRPr="00DD198D">
              <w:rPr>
                <w:color w:val="000000"/>
                <w:sz w:val="20"/>
              </w:rPr>
              <w:t>sursă</w:t>
            </w:r>
            <w:proofErr w:type="spellEnd"/>
            <w:r w:rsidRPr="00DD198D">
              <w:rPr>
                <w:color w:val="000000"/>
                <w:sz w:val="20"/>
              </w:rPr>
              <w:t xml:space="preserve">, </w:t>
            </w:r>
            <w:proofErr w:type="spellStart"/>
            <w:r w:rsidRPr="00DD198D">
              <w:rPr>
                <w:color w:val="000000"/>
                <w:sz w:val="20"/>
              </w:rPr>
              <w:t>fără</w:t>
            </w:r>
            <w:proofErr w:type="spellEnd"/>
            <w:r w:rsidRPr="00DD198D">
              <w:rPr>
                <w:color w:val="000000"/>
                <w:sz w:val="20"/>
              </w:rPr>
              <w:t xml:space="preserve"> </w:t>
            </w:r>
            <w:proofErr w:type="spellStart"/>
            <w:r w:rsidRPr="00DD198D">
              <w:rPr>
                <w:color w:val="000000"/>
                <w:sz w:val="20"/>
              </w:rPr>
              <w:t>colectare</w:t>
            </w:r>
            <w:proofErr w:type="spellEnd"/>
          </w:p>
        </w:tc>
      </w:tr>
    </w:tbl>
    <w:p w14:paraId="48C22DF2" w14:textId="77777777" w:rsidR="006633E6" w:rsidRDefault="006633E6"/>
    <w:p w14:paraId="5C6987FC" w14:textId="77777777" w:rsidR="006633E6" w:rsidRPr="00DD198D" w:rsidRDefault="00000000">
      <w:pPr>
        <w:ind w:left="425"/>
        <w:jc w:val="both"/>
        <w:rPr>
          <w:lang w:val="it-CH"/>
        </w:rPr>
      </w:pPr>
      <w:r w:rsidRPr="00DD198D">
        <w:rPr>
          <w:color w:val="000000"/>
          <w:lang w:val="it-CH"/>
        </w:rPr>
        <w:t>3. PROCEDURI OPERAȚIONALE PENTRU OPERATOR - SISTEMUL RFID</w:t>
      </w:r>
    </w:p>
    <w:p w14:paraId="5792BE0A" w14:textId="77777777" w:rsidR="006633E6" w:rsidRPr="00DD198D" w:rsidRDefault="00000000">
      <w:pPr>
        <w:ind w:left="425"/>
        <w:jc w:val="both"/>
        <w:rPr>
          <w:lang w:val="it-CH"/>
        </w:rPr>
      </w:pPr>
      <w:r w:rsidRPr="00DD198D">
        <w:rPr>
          <w:color w:val="000000"/>
          <w:lang w:val="it-CH"/>
        </w:rPr>
        <w:t>3.1. Echiparea autospecialelor</w:t>
      </w:r>
    </w:p>
    <w:p w14:paraId="33916A43" w14:textId="77777777" w:rsidR="006633E6" w:rsidRPr="00DD198D" w:rsidRDefault="00000000">
      <w:pPr>
        <w:jc w:val="both"/>
        <w:rPr>
          <w:lang w:val="it-CH"/>
        </w:rPr>
      </w:pPr>
      <w:r w:rsidRPr="00DD198D">
        <w:rPr>
          <w:color w:val="000000"/>
          <w:lang w:val="it-CH"/>
        </w:rPr>
        <w:t>Obligații ale operatorului privind autospecialele echipate cu cititoare RFID:</w:t>
      </w:r>
    </w:p>
    <w:p w14:paraId="6CA66401" w14:textId="77777777" w:rsidR="006633E6" w:rsidRPr="00DD198D" w:rsidRDefault="00000000">
      <w:pPr>
        <w:ind w:left="425"/>
        <w:jc w:val="both"/>
        <w:rPr>
          <w:lang w:val="it-CH"/>
        </w:rPr>
      </w:pPr>
      <w:r w:rsidRPr="00DD198D">
        <w:rPr>
          <w:color w:val="000000"/>
          <w:lang w:val="it-CH"/>
        </w:rPr>
        <w:t>• Verificarea zilnică a funcționării sistemului RFID înainte de începerea turei</w:t>
      </w:r>
    </w:p>
    <w:p w14:paraId="46576822" w14:textId="77777777" w:rsidR="006633E6" w:rsidRPr="00DD198D" w:rsidRDefault="00000000">
      <w:pPr>
        <w:ind w:left="425"/>
        <w:jc w:val="both"/>
        <w:rPr>
          <w:lang w:val="it-CH"/>
        </w:rPr>
      </w:pPr>
      <w:r w:rsidRPr="00DD198D">
        <w:rPr>
          <w:color w:val="000000"/>
          <w:lang w:val="it-CH"/>
        </w:rPr>
        <w:t>• Raportarea imediată către UAT a oricărei defecțiuni a sistemului RFID</w:t>
      </w:r>
    </w:p>
    <w:p w14:paraId="2242BE3D" w14:textId="77777777" w:rsidR="006633E6" w:rsidRPr="00DD198D" w:rsidRDefault="00000000">
      <w:pPr>
        <w:ind w:left="425"/>
        <w:jc w:val="both"/>
        <w:rPr>
          <w:lang w:val="it-CH"/>
        </w:rPr>
      </w:pPr>
      <w:r w:rsidRPr="00DD198D">
        <w:rPr>
          <w:color w:val="000000"/>
          <w:lang w:val="it-CH"/>
        </w:rPr>
        <w:t>• Asigurarea funcționării structurale a sistemului de citire RFID.</w:t>
      </w:r>
    </w:p>
    <w:p w14:paraId="7588F47C" w14:textId="77777777" w:rsidR="006633E6" w:rsidRPr="00DD198D" w:rsidRDefault="00000000">
      <w:pPr>
        <w:ind w:left="425"/>
        <w:jc w:val="both"/>
        <w:rPr>
          <w:lang w:val="it-CH"/>
        </w:rPr>
      </w:pPr>
      <w:r w:rsidRPr="00DD198D">
        <w:rPr>
          <w:color w:val="000000"/>
          <w:lang w:val="it-CH"/>
        </w:rPr>
        <w:lastRenderedPageBreak/>
        <w:t>3.2. Procedura de colectare monitorizată</w:t>
      </w:r>
    </w:p>
    <w:p w14:paraId="22184072" w14:textId="77777777" w:rsidR="006633E6" w:rsidRPr="00DD198D" w:rsidRDefault="00000000">
      <w:pPr>
        <w:ind w:left="425"/>
        <w:jc w:val="both"/>
        <w:rPr>
          <w:lang w:val="it-CH"/>
        </w:rPr>
      </w:pPr>
      <w:r w:rsidRPr="00DD198D">
        <w:rPr>
          <w:color w:val="000000"/>
          <w:lang w:val="it-CH"/>
        </w:rPr>
        <w:t>Pasul 1 - Verificarea înaintea colectării:</w:t>
      </w:r>
    </w:p>
    <w:p w14:paraId="176D1196" w14:textId="77777777" w:rsidR="006633E6" w:rsidRPr="00DD198D" w:rsidRDefault="00000000">
      <w:pPr>
        <w:ind w:left="425"/>
        <w:jc w:val="both"/>
        <w:rPr>
          <w:lang w:val="it-CH"/>
        </w:rPr>
      </w:pPr>
      <w:r w:rsidRPr="00DD198D">
        <w:rPr>
          <w:color w:val="000000"/>
          <w:lang w:val="it-CH"/>
        </w:rPr>
        <w:t>• Șoferul/operatorul verifică dacă pubela are tag RFID vizibil și intact</w:t>
      </w:r>
    </w:p>
    <w:p w14:paraId="4E48557F" w14:textId="77777777" w:rsidR="006633E6" w:rsidRPr="00DD198D" w:rsidRDefault="00000000">
      <w:pPr>
        <w:ind w:left="425"/>
        <w:jc w:val="both"/>
        <w:rPr>
          <w:lang w:val="it-CH"/>
        </w:rPr>
      </w:pPr>
      <w:r w:rsidRPr="00DD198D">
        <w:rPr>
          <w:color w:val="000000"/>
          <w:lang w:val="it-CH"/>
        </w:rPr>
        <w:t>• Se verifică dacă pubela este prezentată conform programului de colectare</w:t>
      </w:r>
    </w:p>
    <w:p w14:paraId="4804D735" w14:textId="77777777" w:rsidR="006633E6" w:rsidRPr="00DD198D" w:rsidRDefault="00000000">
      <w:pPr>
        <w:ind w:left="425"/>
        <w:jc w:val="both"/>
        <w:rPr>
          <w:lang w:val="pt-PT"/>
        </w:rPr>
      </w:pPr>
      <w:r w:rsidRPr="00DD198D">
        <w:rPr>
          <w:color w:val="000000"/>
          <w:lang w:val="pt-PT"/>
        </w:rPr>
        <w:t>• Se verifică vizual dacă conținutul corespunde tipului de deșeu pentru care este destinată pubela</w:t>
      </w:r>
    </w:p>
    <w:p w14:paraId="7CC0DF92" w14:textId="77777777" w:rsidR="006633E6" w:rsidRPr="00DD198D" w:rsidRDefault="00000000">
      <w:pPr>
        <w:ind w:left="425"/>
        <w:jc w:val="both"/>
        <w:rPr>
          <w:lang w:val="it-CH"/>
        </w:rPr>
      </w:pPr>
      <w:r w:rsidRPr="00DD198D">
        <w:rPr>
          <w:color w:val="000000"/>
          <w:lang w:val="it-CH"/>
        </w:rPr>
        <w:t>Pasul 2 - Colectarea și înregistrarea:</w:t>
      </w:r>
    </w:p>
    <w:p w14:paraId="0E4DE3A5" w14:textId="77777777" w:rsidR="006633E6" w:rsidRPr="00DD198D" w:rsidRDefault="00000000">
      <w:pPr>
        <w:ind w:left="425"/>
        <w:jc w:val="both"/>
        <w:rPr>
          <w:lang w:val="it-CH"/>
        </w:rPr>
      </w:pPr>
      <w:r w:rsidRPr="00DD198D">
        <w:rPr>
          <w:color w:val="000000"/>
          <w:lang w:val="it-CH"/>
        </w:rPr>
        <w:t>• La ridicarea pubelei cu sistemul de ridicare al autospecialei, citirea automată a tag-ului RFID se înregistrează în sistem</w:t>
      </w:r>
    </w:p>
    <w:p w14:paraId="5D22F14E" w14:textId="77777777" w:rsidR="006633E6" w:rsidRPr="00DD198D" w:rsidRDefault="00000000">
      <w:pPr>
        <w:ind w:left="425"/>
        <w:jc w:val="both"/>
        <w:rPr>
          <w:lang w:val="pt-PT"/>
        </w:rPr>
      </w:pPr>
      <w:r w:rsidRPr="00DD198D">
        <w:rPr>
          <w:color w:val="000000"/>
          <w:lang w:val="pt-PT"/>
        </w:rPr>
        <w:t>• Sistemul confirmă prin semnal sonor (buzzer) și luminos (vizual), că s-a efectuat înregistrarea</w:t>
      </w:r>
    </w:p>
    <w:p w14:paraId="2090184D" w14:textId="77777777" w:rsidR="006633E6" w:rsidRPr="00DD198D" w:rsidRDefault="00000000">
      <w:pPr>
        <w:ind w:left="425"/>
        <w:jc w:val="both"/>
        <w:rPr>
          <w:lang w:val="pt-PT"/>
        </w:rPr>
      </w:pPr>
      <w:r w:rsidRPr="00DD198D">
        <w:rPr>
          <w:color w:val="000000"/>
          <w:lang w:val="pt-PT"/>
        </w:rPr>
        <w:t>• Datele se transmit automat către aplicația Kolecta - MANAGEMENTUL DEȘEURILOR</w:t>
      </w:r>
    </w:p>
    <w:p w14:paraId="53010914" w14:textId="77777777" w:rsidR="006633E6" w:rsidRPr="00DD198D" w:rsidRDefault="00000000">
      <w:pPr>
        <w:ind w:left="425"/>
        <w:jc w:val="both"/>
        <w:rPr>
          <w:lang w:val="it-CH"/>
        </w:rPr>
      </w:pPr>
      <w:r w:rsidRPr="00DD198D">
        <w:rPr>
          <w:color w:val="000000"/>
          <w:lang w:val="it-CH"/>
        </w:rPr>
        <w:t>• În caz de eșec al citirii RFID, operatorul va nota codul pubelei și al tagului RFID ridicat</w:t>
      </w:r>
    </w:p>
    <w:p w14:paraId="69C62C90" w14:textId="77777777" w:rsidR="006633E6" w:rsidRPr="00DD198D" w:rsidRDefault="00000000">
      <w:pPr>
        <w:ind w:left="425"/>
        <w:jc w:val="both"/>
        <w:rPr>
          <w:lang w:val="it-CH"/>
        </w:rPr>
      </w:pPr>
      <w:r w:rsidRPr="00DD198D">
        <w:rPr>
          <w:color w:val="000000"/>
          <w:lang w:val="it-CH"/>
        </w:rPr>
        <w:t>Pasul 3 - Înregistrarea în aplicația mobilă:</w:t>
      </w:r>
    </w:p>
    <w:p w14:paraId="72A88A85" w14:textId="77777777" w:rsidR="006633E6" w:rsidRPr="00DD198D" w:rsidRDefault="00000000">
      <w:pPr>
        <w:ind w:left="425"/>
        <w:jc w:val="both"/>
        <w:rPr>
          <w:lang w:val="it-CH"/>
        </w:rPr>
      </w:pPr>
      <w:r w:rsidRPr="00DD198D">
        <w:rPr>
          <w:color w:val="000000"/>
          <w:lang w:val="it-CH"/>
        </w:rPr>
        <w:t>• Operatorul folosește aplicația mobilă dedicată pusă la dispoziție de U.A.T Buhuși pentru a înregistra colectările</w:t>
      </w:r>
    </w:p>
    <w:p w14:paraId="46D6F3F9" w14:textId="77777777" w:rsidR="006633E6" w:rsidRPr="00DD198D" w:rsidRDefault="00000000">
      <w:pPr>
        <w:ind w:left="425"/>
        <w:jc w:val="both"/>
        <w:rPr>
          <w:lang w:val="it-CH"/>
        </w:rPr>
      </w:pPr>
      <w:r w:rsidRPr="00DD198D">
        <w:rPr>
          <w:color w:val="000000"/>
          <w:lang w:val="it-CH"/>
        </w:rPr>
        <w:t>• Se completează rapoartele de incident într-un registru, direct în teren</w:t>
      </w:r>
    </w:p>
    <w:p w14:paraId="3F5A6169" w14:textId="77777777" w:rsidR="006633E6" w:rsidRPr="00DD198D" w:rsidRDefault="00000000">
      <w:pPr>
        <w:ind w:left="425"/>
        <w:jc w:val="both"/>
        <w:rPr>
          <w:lang w:val="it-CH"/>
        </w:rPr>
      </w:pPr>
      <w:r w:rsidRPr="00DD198D">
        <w:rPr>
          <w:color w:val="000000"/>
          <w:lang w:val="it-CH"/>
        </w:rPr>
        <w:t>3.3. Gestionarea situațiilor speciale</w:t>
      </w:r>
    </w:p>
    <w:p w14:paraId="0957DDB4" w14:textId="77777777" w:rsidR="006633E6" w:rsidRPr="00DD198D" w:rsidRDefault="00000000">
      <w:pPr>
        <w:jc w:val="both"/>
        <w:rPr>
          <w:lang w:val="it-CH"/>
        </w:rPr>
      </w:pPr>
      <w:r w:rsidRPr="00DD198D">
        <w:rPr>
          <w:color w:val="000000"/>
          <w:lang w:val="it-CH"/>
        </w:rPr>
        <w:t>Pubele fără RFID:</w:t>
      </w:r>
    </w:p>
    <w:p w14:paraId="0AE0ECBB" w14:textId="77777777" w:rsidR="006633E6" w:rsidRPr="00DD198D" w:rsidRDefault="00000000">
      <w:pPr>
        <w:ind w:left="425"/>
        <w:jc w:val="both"/>
        <w:rPr>
          <w:lang w:val="it-CH"/>
        </w:rPr>
      </w:pPr>
      <w:r w:rsidRPr="00DD198D">
        <w:rPr>
          <w:color w:val="000000"/>
          <w:lang w:val="it-CH"/>
        </w:rPr>
        <w:t>• NU se colectează până la remedierea problemei</w:t>
      </w:r>
    </w:p>
    <w:p w14:paraId="71E66718" w14:textId="77777777" w:rsidR="006633E6" w:rsidRPr="00DD198D" w:rsidRDefault="00000000">
      <w:pPr>
        <w:ind w:left="425"/>
        <w:jc w:val="both"/>
        <w:rPr>
          <w:lang w:val="it-CH"/>
        </w:rPr>
      </w:pPr>
      <w:r w:rsidRPr="00DD198D">
        <w:rPr>
          <w:color w:val="000000"/>
          <w:lang w:val="it-CH"/>
        </w:rPr>
        <w:t>• Se lasă un avertisment scris/sticker personalizat aplicat pe pubela la proprietar</w:t>
      </w:r>
    </w:p>
    <w:p w14:paraId="2F0E0785" w14:textId="77777777" w:rsidR="006633E6" w:rsidRPr="00DD198D" w:rsidRDefault="00000000">
      <w:pPr>
        <w:ind w:left="425"/>
        <w:jc w:val="both"/>
        <w:rPr>
          <w:lang w:val="it-CH"/>
        </w:rPr>
      </w:pPr>
      <w:r w:rsidRPr="00DD198D">
        <w:rPr>
          <w:color w:val="000000"/>
          <w:lang w:val="it-CH"/>
        </w:rPr>
        <w:t>• Se înregistrează incidentul în registru și se pot face fotografii cu telefonul mobil</w:t>
      </w:r>
    </w:p>
    <w:p w14:paraId="48434046" w14:textId="77777777" w:rsidR="006633E6" w:rsidRPr="00DD198D" w:rsidRDefault="00000000">
      <w:pPr>
        <w:ind w:left="425"/>
        <w:jc w:val="both"/>
        <w:rPr>
          <w:lang w:val="it-CH"/>
        </w:rPr>
      </w:pPr>
      <w:r w:rsidRPr="00DD198D">
        <w:rPr>
          <w:color w:val="000000"/>
          <w:lang w:val="it-CH"/>
        </w:rPr>
        <w:t>• Se raportează către UAT pentru măsuri de remediere</w:t>
      </w:r>
    </w:p>
    <w:p w14:paraId="570597CB" w14:textId="77777777" w:rsidR="006633E6" w:rsidRPr="00DD198D" w:rsidRDefault="00000000">
      <w:pPr>
        <w:jc w:val="both"/>
        <w:rPr>
          <w:lang w:val="pt-PT"/>
        </w:rPr>
      </w:pPr>
      <w:r w:rsidRPr="00DD198D">
        <w:rPr>
          <w:color w:val="000000"/>
          <w:lang w:val="pt-PT"/>
        </w:rPr>
        <w:t>Pubele contaminate:</w:t>
      </w:r>
    </w:p>
    <w:p w14:paraId="0C9D22D6" w14:textId="77777777" w:rsidR="006633E6" w:rsidRPr="00DD198D" w:rsidRDefault="00000000">
      <w:pPr>
        <w:ind w:left="425"/>
        <w:jc w:val="both"/>
        <w:rPr>
          <w:lang w:val="pt-PT"/>
        </w:rPr>
      </w:pPr>
      <w:r w:rsidRPr="00DD198D">
        <w:rPr>
          <w:color w:val="000000"/>
          <w:lang w:val="pt-PT"/>
        </w:rPr>
        <w:t>• NU se colectează pubelele cu conținut impropriu</w:t>
      </w:r>
    </w:p>
    <w:p w14:paraId="034E284A" w14:textId="77777777" w:rsidR="006633E6" w:rsidRPr="00DD198D" w:rsidRDefault="00000000">
      <w:pPr>
        <w:ind w:left="425"/>
        <w:jc w:val="both"/>
        <w:rPr>
          <w:lang w:val="pt-PT"/>
        </w:rPr>
      </w:pPr>
      <w:r w:rsidRPr="00DD198D">
        <w:rPr>
          <w:color w:val="000000"/>
          <w:lang w:val="pt-PT"/>
        </w:rPr>
        <w:t>• Se marchează pubela cu eticheta de „precolectare deșeuri neconformă"</w:t>
      </w:r>
    </w:p>
    <w:p w14:paraId="686C495D" w14:textId="77777777" w:rsidR="006633E6" w:rsidRPr="00DD198D" w:rsidRDefault="00000000">
      <w:pPr>
        <w:ind w:left="425"/>
        <w:jc w:val="both"/>
        <w:rPr>
          <w:lang w:val="pt-PT"/>
        </w:rPr>
      </w:pPr>
      <w:r w:rsidRPr="00DD198D">
        <w:rPr>
          <w:color w:val="000000"/>
          <w:lang w:val="pt-PT"/>
        </w:rPr>
        <w:t>• Se fotografiază conținutul</w:t>
      </w:r>
    </w:p>
    <w:p w14:paraId="1D47749E" w14:textId="77777777" w:rsidR="006633E6" w:rsidRPr="00DD198D" w:rsidRDefault="00000000">
      <w:pPr>
        <w:ind w:left="425"/>
        <w:jc w:val="both"/>
        <w:rPr>
          <w:lang w:val="pt-PT"/>
        </w:rPr>
      </w:pPr>
      <w:r w:rsidRPr="00DD198D">
        <w:rPr>
          <w:color w:val="000000"/>
          <w:lang w:val="pt-PT"/>
        </w:rPr>
        <w:t>• Se raportează către UAT pentru aplicarea sancțiunilor legale</w:t>
      </w:r>
    </w:p>
    <w:p w14:paraId="5951973B" w14:textId="77777777" w:rsidR="006633E6" w:rsidRPr="00DD198D" w:rsidRDefault="00000000">
      <w:pPr>
        <w:jc w:val="both"/>
        <w:rPr>
          <w:lang w:val="pt-PT"/>
        </w:rPr>
      </w:pPr>
      <w:r w:rsidRPr="00DD198D">
        <w:rPr>
          <w:color w:val="000000"/>
          <w:lang w:val="pt-PT"/>
        </w:rPr>
        <w:t>Pubele suplimentare fără RFID:</w:t>
      </w:r>
    </w:p>
    <w:p w14:paraId="2A23975D" w14:textId="77777777" w:rsidR="006633E6" w:rsidRPr="00DD198D" w:rsidRDefault="00000000">
      <w:pPr>
        <w:ind w:left="425"/>
        <w:jc w:val="both"/>
        <w:rPr>
          <w:lang w:val="pt-PT"/>
        </w:rPr>
      </w:pPr>
      <w:r w:rsidRPr="00DD198D">
        <w:rPr>
          <w:color w:val="000000"/>
          <w:lang w:val="pt-PT"/>
        </w:rPr>
        <w:t>• Se colectează doar deșeurile din pubelele cu RFID valid</w:t>
      </w:r>
    </w:p>
    <w:p w14:paraId="327297F6" w14:textId="77777777" w:rsidR="006633E6" w:rsidRPr="00DD198D" w:rsidRDefault="00000000">
      <w:pPr>
        <w:ind w:left="425"/>
        <w:jc w:val="both"/>
        <w:rPr>
          <w:lang w:val="pt-PT"/>
        </w:rPr>
      </w:pPr>
      <w:r w:rsidRPr="00DD198D">
        <w:rPr>
          <w:color w:val="000000"/>
          <w:lang w:val="pt-PT"/>
        </w:rPr>
        <w:t>• Deșeurile din recipiente neautorizate NU se colectează, cu excepția sacilor suplimentari cu deșeuri reciclabile</w:t>
      </w:r>
    </w:p>
    <w:p w14:paraId="713C95A6" w14:textId="77777777" w:rsidR="006633E6" w:rsidRPr="00DD198D" w:rsidRDefault="00000000">
      <w:pPr>
        <w:ind w:left="425"/>
        <w:jc w:val="both"/>
        <w:rPr>
          <w:lang w:val="pt-PT"/>
        </w:rPr>
      </w:pPr>
      <w:r w:rsidRPr="00DD198D">
        <w:rPr>
          <w:color w:val="000000"/>
          <w:lang w:val="pt-PT"/>
        </w:rPr>
        <w:t>• Se informează proprietarul despre procedura de obținere a pubelelor suplimentare</w:t>
      </w:r>
    </w:p>
    <w:p w14:paraId="3C4606FA" w14:textId="77777777" w:rsidR="006633E6" w:rsidRPr="00DD198D" w:rsidRDefault="00000000">
      <w:pPr>
        <w:ind w:left="425"/>
        <w:jc w:val="both"/>
        <w:rPr>
          <w:lang w:val="pt-PT"/>
        </w:rPr>
      </w:pPr>
      <w:r w:rsidRPr="00DD198D">
        <w:rPr>
          <w:color w:val="000000"/>
          <w:lang w:val="pt-PT"/>
        </w:rPr>
        <w:t xml:space="preserve">4. Taxa de salubritate Taxa de salubritate pentru locuințele unifamiliale se stabilește de consiliul local sub formă de abonament anual care include un număr de ridicări anuale/lunare a pubelei de culoare neagră (deșeuri reziduale), colectarea în mod nelimitat (număr de ridicări) a pubelei albastre (deșeuri reciclabile în amestec - plastic/metal, hârtie/carton), colectarea deșeurilor voluminoase, periculoase și textile în campanii, conform programărilor realizate de operatorul de salubritate. Regularizarea taxei de salubritate se va realiza în cursul unui an calendaristic în funcție de frecvența de colectare a pubelei negre, orice ridicare suplimentară peste cea stabilită în abonamentul anual, fiind taxată separat, la o valoare stabilită de consiliul local, în funcție de costul serviciului de salubrizare. Ridicările neconsumate din abonament nu se reportează pentru </w:t>
      </w:r>
      <w:r w:rsidRPr="00DD198D">
        <w:rPr>
          <w:color w:val="000000"/>
          <w:lang w:val="pt-PT"/>
        </w:rPr>
        <w:lastRenderedPageBreak/>
        <w:t>anul următor și nici nu se restituie contravaloarea abonamentului pentru care a optat utilizatorul serviciului.</w:t>
      </w:r>
    </w:p>
    <w:p w14:paraId="65868075" w14:textId="77777777" w:rsidR="006633E6" w:rsidRPr="00DD198D" w:rsidRDefault="00000000">
      <w:pPr>
        <w:ind w:left="425"/>
        <w:jc w:val="both"/>
        <w:rPr>
          <w:lang w:val="pt-PT"/>
        </w:rPr>
      </w:pPr>
      <w:r w:rsidRPr="00DD198D">
        <w:rPr>
          <w:color w:val="000000"/>
          <w:lang w:val="pt-PT"/>
        </w:rPr>
        <w:t>5. Modalitatea de ridicare Ridicarea de către operator a pubelei negre și a pubelei albastre (deșeuri reciclabile) se va face prin aport voluntar la poartă, respectând programul de colectare lunar reglementat prin abonament.</w:t>
      </w:r>
    </w:p>
    <w:p w14:paraId="73FAE7F6" w14:textId="77777777" w:rsidR="006633E6" w:rsidRPr="00DD198D" w:rsidRDefault="00000000">
      <w:pPr>
        <w:ind w:left="425"/>
        <w:jc w:val="both"/>
        <w:rPr>
          <w:lang w:val="pt-PT"/>
        </w:rPr>
      </w:pPr>
      <w:r w:rsidRPr="00DD198D">
        <w:rPr>
          <w:color w:val="000000"/>
          <w:lang w:val="pt-PT"/>
        </w:rPr>
        <w:t>6. Reguli pentru pubele contaminate Pubelele albastre prezentate voluntar la golire care sunt impurificate/contaminate cu alte tipuri de deșeuri nu vor fi colectate de operator. Sancțiunile din Regulamentul de Salubrizare sunt aplicabile.</w:t>
      </w:r>
    </w:p>
    <w:p w14:paraId="7BA1B1F0" w14:textId="77777777" w:rsidR="006633E6" w:rsidRPr="00DD198D" w:rsidRDefault="00000000">
      <w:pPr>
        <w:ind w:left="425"/>
        <w:jc w:val="both"/>
        <w:rPr>
          <w:lang w:val="pt-PT"/>
        </w:rPr>
      </w:pPr>
      <w:r w:rsidRPr="00DD198D">
        <w:rPr>
          <w:color w:val="000000"/>
          <w:lang w:val="pt-PT"/>
        </w:rPr>
        <w:t>7. Deșeuri suplimentare Deșeurile reciclabile de plastic/metal, hârtie/carton generate suplimentar peste volumul pubelei albastre, pot fi depuse în saci de plastic transparenți lângă recipientul albastru, urmând ca aceștia să fie colectați de către operator.</w:t>
      </w:r>
    </w:p>
    <w:p w14:paraId="053441D9" w14:textId="77777777" w:rsidR="006633E6" w:rsidRPr="00DD198D" w:rsidRDefault="00000000">
      <w:pPr>
        <w:ind w:left="425"/>
        <w:jc w:val="both"/>
        <w:rPr>
          <w:lang w:val="pt-PT"/>
        </w:rPr>
      </w:pPr>
      <w:r w:rsidRPr="00DD198D">
        <w:rPr>
          <w:color w:val="000000"/>
          <w:lang w:val="pt-PT"/>
        </w:rPr>
        <w:t>8. Colectarea deșeurilor reziduale Deșeurile reziduale generate de utilizatorii casnici vor fi colectate doar din pubelele negre de 120 l (personalizate) care au montate taguri RFID. Utilizatorii casnici ai serviciului care apreciază că volumul de 120 l pentru colectarea săptămânală a deșeurilor reziduale nu le este suficient, pot opta pentru suplimentarea capacității de precolectare, solicitând o pubelă suplimentară, de același volum, dotată cu tag RFID, ce va fi pusă la dispoziție contra cost (costul pieței) de către operator sau de către autoritatea locală care se va taxa suplimentar pentru fiecare ridicare în plus față de abonamentul ales.</w:t>
      </w:r>
    </w:p>
    <w:p w14:paraId="40CEC679" w14:textId="77777777" w:rsidR="006633E6" w:rsidRPr="00DD198D" w:rsidRDefault="00000000">
      <w:pPr>
        <w:ind w:left="425"/>
        <w:jc w:val="both"/>
        <w:rPr>
          <w:lang w:val="pt-PT"/>
        </w:rPr>
      </w:pPr>
      <w:r w:rsidRPr="00DD198D">
        <w:rPr>
          <w:color w:val="000000"/>
          <w:lang w:val="pt-PT"/>
        </w:rPr>
        <w:t>9. Sistemul RFID pentru deșeuri reziduale Pubela neagră se va identifica pentru fiecare gospodărie cu un tag RFID, datele fiind introduse în aplicația kolecta - MANAGEMENTUL DEȘEURILOR. Aplicația înregistrează automat fiecare ridicare/citire a tagului RFID, datele fiind alocate rolului utilizatorului serviciului căruia îi aparține pubela. Datele privind numărul de citiri/ridicări ale pubelelor sunt transmise primăriei în vederea monitorizării și încasării taxei de salubritate. Operatorului delegat i se alocă de către UAT un cont de utilizator și o parolă de acces pentru a putea respecta prevederile prezentului Regulament.</w:t>
      </w:r>
    </w:p>
    <w:p w14:paraId="57A0E2FA" w14:textId="77777777" w:rsidR="006633E6" w:rsidRPr="00DD198D" w:rsidRDefault="00000000">
      <w:pPr>
        <w:ind w:left="425"/>
        <w:jc w:val="both"/>
        <w:rPr>
          <w:lang w:val="pt-PT"/>
        </w:rPr>
      </w:pPr>
      <w:r w:rsidRPr="00DD198D">
        <w:rPr>
          <w:color w:val="000000"/>
          <w:lang w:val="pt-PT"/>
        </w:rPr>
        <w:t>10. Înlocuirea tagurilor RFID Distrugerea/furtul RFID-ului atrage automat sistarea prestării serviciului până la înlocuirea tagului. Costul de înlocuire va fi încasat de primărie, reprezentând valoarea de achiziție a acestuia și costul serviciilor de montaj.</w:t>
      </w:r>
    </w:p>
    <w:p w14:paraId="5230748D" w14:textId="77777777" w:rsidR="006633E6" w:rsidRPr="00DD198D" w:rsidRDefault="00000000">
      <w:pPr>
        <w:ind w:left="425"/>
        <w:jc w:val="both"/>
        <w:rPr>
          <w:lang w:val="pt-PT"/>
        </w:rPr>
      </w:pPr>
      <w:r w:rsidRPr="00DD198D">
        <w:rPr>
          <w:color w:val="000000"/>
          <w:lang w:val="pt-PT"/>
        </w:rPr>
        <w:t>11. Obligații privind colectarea monitorizată Operatorul are obligația de a colecta deșeurile reziduale doar din pubele dotate cu tag RFID și cod de bare/cod QR.</w:t>
      </w:r>
    </w:p>
    <w:p w14:paraId="27F415FF" w14:textId="77777777" w:rsidR="006633E6" w:rsidRPr="005E15BF" w:rsidRDefault="00000000">
      <w:pPr>
        <w:ind w:left="425"/>
        <w:jc w:val="both"/>
        <w:rPr>
          <w:lang w:val="pt-PT"/>
        </w:rPr>
      </w:pPr>
      <w:r w:rsidRPr="005E15BF">
        <w:rPr>
          <w:color w:val="000000"/>
          <w:lang w:val="pt-PT"/>
        </w:rPr>
        <w:t>12. Aplicarea instrumentului economic „Plătește pentru cât arunci” (PPCA) la utilizatorii arondați ecoinsulelor digitalizate se realizează în varianta „frecvență”, pe baza datelor de identificare și de colectare înregistrate de aplicația informatică WeCollect. Procedura de aplicare, modul de repartizare a numărului de accesări pe utilizatorii arondați fiecărei ecoinsule și modul de calcul al taxei se stabilesc prin regulamentul prevăzut la art. 31^1.</w:t>
      </w:r>
    </w:p>
    <w:p w14:paraId="59FCAA22" w14:textId="77777777" w:rsidR="006633E6" w:rsidRPr="005E15BF" w:rsidRDefault="00000000">
      <w:pPr>
        <w:ind w:left="425"/>
        <w:jc w:val="both"/>
        <w:rPr>
          <w:lang w:val="it-CH"/>
        </w:rPr>
      </w:pPr>
      <w:r w:rsidRPr="005E15BF">
        <w:rPr>
          <w:color w:val="000000"/>
          <w:lang w:val="it-CH"/>
        </w:rPr>
        <w:t>13. Aplicarea instrumentului economic „Plătește pentru cât arunci” (PPCA) la utilizatorii non-casnici se realizează în varianta „frecvență”, pe baza regulamentului prevăzut la art. 31^1.</w:t>
      </w:r>
    </w:p>
    <w:p w14:paraId="4D17B3AA" w14:textId="77777777" w:rsidR="006633E6" w:rsidRPr="005E15BF" w:rsidRDefault="00000000">
      <w:pPr>
        <w:jc w:val="both"/>
        <w:rPr>
          <w:lang w:val="it-CH"/>
        </w:rPr>
      </w:pPr>
      <w:r w:rsidRPr="005E15BF">
        <w:rPr>
          <w:color w:val="000000"/>
          <w:lang w:val="it-CH"/>
        </w:rPr>
        <w:t>PENALIZĂRI</w:t>
      </w:r>
    </w:p>
    <w:p w14:paraId="21546E61" w14:textId="77777777" w:rsidR="006633E6" w:rsidRPr="005E15BF" w:rsidRDefault="00000000">
      <w:pPr>
        <w:ind w:left="425"/>
        <w:jc w:val="both"/>
        <w:rPr>
          <w:lang w:val="it-CH"/>
        </w:rPr>
      </w:pPr>
      <w:r w:rsidRPr="005E15BF">
        <w:rPr>
          <w:color w:val="000000"/>
          <w:lang w:val="it-CH"/>
        </w:rPr>
        <w:t>14. Penalizări pentru operatori Colectarea deșeurilor reziduale din recipiente nemonitorizate conform prevederilor acestui regulament atrage răspunderea contractuală a operatorului, fiind asimilată unei încălcări contractuale. Sancțiunea aplicată de către UAT, va fi conform sancțiunilor prevăzute la Anexa nr.2 Constatarea încălcării se face de către reprezentanții autorității locale, aceasta fiind comunicată operatorului în termen de maxim 15 zile.</w:t>
      </w:r>
    </w:p>
    <w:p w14:paraId="3F1B4F1D" w14:textId="77777777" w:rsidR="006633E6" w:rsidRPr="005E15BF" w:rsidRDefault="00000000">
      <w:pPr>
        <w:jc w:val="both"/>
        <w:rPr>
          <w:lang w:val="it-CH"/>
        </w:rPr>
      </w:pPr>
      <w:r w:rsidRPr="005E15BF">
        <w:rPr>
          <w:color w:val="000000"/>
          <w:lang w:val="it-CH"/>
        </w:rPr>
        <w:t>SANCȚIUNI</w:t>
      </w:r>
    </w:p>
    <w:p w14:paraId="15B6D724" w14:textId="77777777" w:rsidR="006633E6" w:rsidRPr="00DD198D" w:rsidRDefault="00000000">
      <w:pPr>
        <w:ind w:left="425"/>
        <w:jc w:val="both"/>
        <w:rPr>
          <w:lang w:val="pt-PT"/>
        </w:rPr>
      </w:pPr>
      <w:r w:rsidRPr="005E15BF">
        <w:rPr>
          <w:color w:val="000000"/>
          <w:lang w:val="it-CH"/>
        </w:rPr>
        <w:lastRenderedPageBreak/>
        <w:t xml:space="preserve">15. Verificări ale operatorului Operatorul de colectare (prin controlorul de traseu) este obligat să facă inopinat verificări vizuale ale conținutului pubelelor destinate colectării deșeurilor reciclabile și pubelelor destinate colectării deșeurilor reziduale, refuzând colectarea acelor recipiente în care deșeurile sunt contaminate cu alte fracții de deșeuri. </w:t>
      </w:r>
      <w:r w:rsidRPr="00DD198D">
        <w:rPr>
          <w:color w:val="000000"/>
          <w:lang w:val="pt-PT"/>
        </w:rPr>
        <w:t>Operatorul poate transmite o sesizare autorității locale privind selectarea incorectă de către generator a deșeurilor, pentru a permite acesteia aplicarea măsurilor legale.</w:t>
      </w:r>
    </w:p>
    <w:p w14:paraId="22683E1F" w14:textId="77777777" w:rsidR="006633E6" w:rsidRPr="00DD198D" w:rsidRDefault="00000000">
      <w:pPr>
        <w:ind w:left="425"/>
        <w:jc w:val="both"/>
        <w:rPr>
          <w:lang w:val="pt-PT"/>
        </w:rPr>
      </w:pPr>
      <w:r w:rsidRPr="00DD198D">
        <w:rPr>
          <w:color w:val="000000"/>
          <w:lang w:val="pt-PT"/>
        </w:rPr>
        <w:t>16. Verificări UAT Buhuși. UAT Buhuși poate face inopinat verificări vizuale ale conținutului pubelelor destinate deșeurilor reciclabile și pubelelor destinate colectării deșeurilor reziduale, sesizând operatorului respectarea obligației legale de a nu colecta deșeurile contaminate. Reprezentanții UAT pot aplica sancțiuni contravenționale generatorilor de deșeuri care nu selectează corect deșeurile municipale și operatorului care nu respectă obligația de a nu colecta deșeurile în amestec. Pentru monitorizarea respectării prevederilor art. 16 alin. 2 din OUG nr. 92/2021, privind regimul deșeurilor, UAT Buhuși își rezervă dreptul de a instala sisteme de supraveghere video pe autospeciale, operatorul fiind obligat să pună la dispoziție autospeciale de colectare în termen maxim de 15 zile de la această solicitare.</w:t>
      </w:r>
    </w:p>
    <w:p w14:paraId="1423EE07" w14:textId="77777777" w:rsidR="006633E6" w:rsidRPr="00DD198D" w:rsidRDefault="00000000">
      <w:pPr>
        <w:ind w:left="425"/>
        <w:jc w:val="both"/>
        <w:rPr>
          <w:lang w:val="pt-PT"/>
        </w:rPr>
      </w:pPr>
      <w:r w:rsidRPr="00DD198D">
        <w:rPr>
          <w:color w:val="000000"/>
          <w:lang w:val="pt-PT"/>
        </w:rPr>
        <w:t>17. Aplicarea contravențiilor - art. 16 alin. 2 OUG 92/2021 Pentru nerespectarea prevederilor art. 16 alin. 2 din OUG nr. 92/2021 privind regimul deșeurilor, se vor aplica prevederile art. 62. alin. 1 lit. a) din același act normativ. Constatarea și aplicarea contravențiilor se realizează de persoane împuternicite ale administrației locale și de poliția locală.</w:t>
      </w:r>
    </w:p>
    <w:p w14:paraId="416F2FF3" w14:textId="77777777" w:rsidR="006633E6" w:rsidRPr="005E15BF" w:rsidRDefault="00000000">
      <w:pPr>
        <w:ind w:left="425"/>
        <w:jc w:val="both"/>
        <w:rPr>
          <w:lang w:val="pt-PT"/>
        </w:rPr>
      </w:pPr>
      <w:r w:rsidRPr="00DD198D">
        <w:rPr>
          <w:color w:val="000000"/>
          <w:lang w:val="pt-PT"/>
        </w:rPr>
        <w:t xml:space="preserve">18. Aplicarea contravențiilor - art. 16 alin. 1 OUG 92/2021 Pentru nerespectarea prevederilor art. 16 alin. 1 din OUG nr. 92/2021 privind regimul deșeurilor, se vor aplica prevederile art. 62. alin. </w:t>
      </w:r>
      <w:r w:rsidRPr="00DD198D">
        <w:rPr>
          <w:color w:val="000000"/>
          <w:lang w:val="it-CH"/>
        </w:rPr>
        <w:t xml:space="preserve">1 lit. a) din același act normativ. Pentru prima abatere de la prevederile legale invocate anterior, agentul constatator poate aplica sancțiunea avertismentului scris. De la a doua abatere se va aplica sancțiunea contravențională în limitele minime și maxime prevăzute de art. 62 alin. 1 lit. a) din OUG nr.92/2021. </w:t>
      </w:r>
      <w:r w:rsidRPr="005E15BF">
        <w:rPr>
          <w:color w:val="000000"/>
          <w:lang w:val="pt-PT"/>
        </w:rPr>
        <w:t>Constatarea și aplicarea contravențiilor se realizează de persoane împuternicite ale administrației locale și de poliția locală.</w:t>
      </w:r>
    </w:p>
    <w:p w14:paraId="618F59F6" w14:textId="77777777" w:rsidR="006633E6" w:rsidRPr="005E15BF" w:rsidRDefault="00000000">
      <w:pPr>
        <w:ind w:left="425"/>
        <w:jc w:val="both"/>
        <w:rPr>
          <w:lang w:val="pt-PT"/>
        </w:rPr>
      </w:pPr>
      <w:r w:rsidRPr="005E15BF">
        <w:rPr>
          <w:color w:val="000000"/>
          <w:lang w:val="pt-PT"/>
        </w:rPr>
        <w:t>ART. 31^1</w:t>
      </w:r>
    </w:p>
    <w:p w14:paraId="537B26A8" w14:textId="77777777" w:rsidR="006633E6" w:rsidRPr="005E15BF" w:rsidRDefault="00000000">
      <w:pPr>
        <w:jc w:val="both"/>
        <w:rPr>
          <w:lang w:val="pt-PT"/>
        </w:rPr>
      </w:pPr>
      <w:r w:rsidRPr="005E15BF">
        <w:rPr>
          <w:color w:val="000000"/>
          <w:lang w:val="pt-PT"/>
        </w:rPr>
        <w:t>Regulamentul de aplicare a instrumentului economic „Plătește pentru cât arunci”</w:t>
      </w:r>
    </w:p>
    <w:p w14:paraId="3686D146" w14:textId="77777777" w:rsidR="006633E6" w:rsidRPr="005E15BF" w:rsidRDefault="00000000">
      <w:pPr>
        <w:ind w:left="425"/>
        <w:jc w:val="both"/>
        <w:rPr>
          <w:lang w:val="pt-PT"/>
        </w:rPr>
      </w:pPr>
      <w:r w:rsidRPr="005E15BF">
        <w:rPr>
          <w:color w:val="000000"/>
          <w:lang w:val="pt-PT"/>
        </w:rPr>
        <w:t>(1) Modul de aplicare a instrumentului economic „Plătește pentru cât arunci”, atât pentru utilizatorii din locuințe individuale, cât și pentru cei arondați ecoinsulelor digitalizate și pentru utilizatorii non-casnici, se stabilește prin regulament distinct, aprobat prin hotărâre a Consiliului Local al Orașului Buhuși, odată cu stabilirea taxei de salubrizare diferențiate.</w:t>
      </w:r>
    </w:p>
    <w:p w14:paraId="6D1746E4" w14:textId="77777777" w:rsidR="006633E6" w:rsidRPr="005E15BF" w:rsidRDefault="00000000">
      <w:pPr>
        <w:ind w:left="425"/>
        <w:jc w:val="both"/>
        <w:rPr>
          <w:lang w:val="pt-PT"/>
        </w:rPr>
      </w:pPr>
      <w:r w:rsidRPr="005E15BF">
        <w:rPr>
          <w:color w:val="000000"/>
          <w:lang w:val="pt-PT"/>
        </w:rPr>
        <w:t>(2) Regulamentul prevăzut la alin. (1) cuprinde cel puțin: modul de identificare a utilizatorilor și de alocare a mijloacelor de acces; numărul de accesări sau de ridicări incluse în abonamentul de bază și modul de tarifare a celor suplimentare; modul de repartizare, între utilizatorii arondați aceleiași ecoinsule, a numărului de accesări înregistrate; modul de calcul, de facturare și de încasare a taxei; procedura de contestare a datelor înregistrate; măsurile aplicabile în cazul pierderii, deteriorării sau utilizării neautorizate a cardului de acces.</w:t>
      </w:r>
    </w:p>
    <w:p w14:paraId="31077837" w14:textId="77777777" w:rsidR="006633E6" w:rsidRPr="005E15BF" w:rsidRDefault="00000000">
      <w:pPr>
        <w:ind w:left="425"/>
        <w:jc w:val="both"/>
        <w:rPr>
          <w:lang w:val="pt-PT"/>
        </w:rPr>
      </w:pPr>
      <w:r w:rsidRPr="005E15BF">
        <w:rPr>
          <w:color w:val="000000"/>
          <w:lang w:val="pt-PT"/>
        </w:rPr>
        <w:t>(3) Pentru utilizatorii arondați ecoinsulelor digitalizate, baza de date necesară aplicării instrumentului economic este cea furnizată de aplicația informatică WeCollect, care înregistrează, pentru fiecare card de acces, data, ora, ecoinsula, modulul accesat și fracția de deșeuri depusă.</w:t>
      </w:r>
    </w:p>
    <w:p w14:paraId="069B924D" w14:textId="77777777" w:rsidR="006633E6" w:rsidRPr="005E15BF" w:rsidRDefault="00000000">
      <w:pPr>
        <w:ind w:left="425"/>
        <w:jc w:val="both"/>
        <w:rPr>
          <w:lang w:val="it-CH"/>
        </w:rPr>
      </w:pPr>
      <w:r w:rsidRPr="005E15BF">
        <w:rPr>
          <w:color w:val="000000"/>
          <w:lang w:val="it-CH"/>
        </w:rPr>
        <w:t>(4) Până la aprobarea regulamentului prevăzut la alin. (1), pentru utilizatorii arondați ecoinsulelor digitalizate și pentru utilizatorii non-casnici se aplică taxa de salubrizare, respectiv tarifele aprobate, fără diferențiere în funcție de numărul de accesări.</w:t>
      </w:r>
    </w:p>
    <w:p w14:paraId="19484FEB" w14:textId="77777777" w:rsidR="006633E6" w:rsidRPr="005E15BF" w:rsidRDefault="00000000">
      <w:pPr>
        <w:keepNext/>
        <w:spacing w:before="200" w:after="120"/>
        <w:jc w:val="center"/>
        <w:rPr>
          <w:lang w:val="pt-PT"/>
        </w:rPr>
      </w:pPr>
      <w:r w:rsidRPr="005E15BF">
        <w:rPr>
          <w:b/>
          <w:color w:val="000000"/>
          <w:lang w:val="pt-PT"/>
        </w:rPr>
        <w:lastRenderedPageBreak/>
        <w:t>SECȚIUNEA a 2-a Operarea centrelor de colectare prin aport voluntar a deșeurilor de la persoanele fizice</w:t>
      </w:r>
    </w:p>
    <w:p w14:paraId="062EA9D7" w14:textId="77777777" w:rsidR="006633E6" w:rsidRPr="005E15BF" w:rsidRDefault="00000000">
      <w:pPr>
        <w:keepNext/>
        <w:spacing w:before="120"/>
        <w:rPr>
          <w:lang w:val="pt-PT"/>
        </w:rPr>
      </w:pPr>
      <w:r w:rsidRPr="005E15BF">
        <w:rPr>
          <w:b/>
          <w:color w:val="000000"/>
          <w:lang w:val="pt-PT"/>
        </w:rPr>
        <w:t>ART. 32</w:t>
      </w:r>
    </w:p>
    <w:p w14:paraId="47364AD0" w14:textId="77777777" w:rsidR="006633E6" w:rsidRPr="005E15BF" w:rsidRDefault="00000000">
      <w:pPr>
        <w:ind w:firstLine="425"/>
        <w:jc w:val="both"/>
        <w:rPr>
          <w:lang w:val="pt-PT"/>
        </w:rPr>
      </w:pPr>
      <w:r w:rsidRPr="005E15BF">
        <w:rPr>
          <w:color w:val="000000"/>
          <w:lang w:val="pt-PT"/>
        </w:rPr>
        <w:t>(1) Centrele de colectare prin aport voluntar sunt locații de recepție a unor fracții speciale de deșeuri colectate separat prin aportul voluntar al persoanelor fizice, identificabile teritorial, administrativ și juridic, dotate cu construcții, instalații și echipamente specifice destinate colectării și/sau tratării deșeurilor, la care persoanele fizice pot preda, cu titlu gratuit, tipurile și cantitățile de deșeuri stabilite de către autoritatea administrației publice locale și/sau cele stabilite prin proiectele finanțate din fonduri nerambursabile.</w:t>
      </w:r>
    </w:p>
    <w:p w14:paraId="08E0DFC3" w14:textId="77777777" w:rsidR="006633E6" w:rsidRPr="005E15BF" w:rsidRDefault="00000000">
      <w:pPr>
        <w:ind w:firstLine="425"/>
        <w:jc w:val="both"/>
        <w:rPr>
          <w:lang w:val="pt-PT"/>
        </w:rPr>
      </w:pPr>
      <w:r w:rsidRPr="005E15BF">
        <w:rPr>
          <w:color w:val="000000"/>
          <w:lang w:val="pt-PT"/>
        </w:rPr>
        <w:t>(2) Prin centrele de colectare prin aport voluntar se asigură, în principal, preluarea deșeurilor reciclabile de hârtie, metal, plastic și sticlă colectate separat și a altor categorii speciale de deșeuri, precum deșeuri voluminoase, inclusiv saltele și mobilă, deșeuri textile, anvelope uzate, uleiuri vegetale folosite, deșeuri de echipamente electrice și electronice, baterii uzate, deșeuri periculoase, deșeuri din construcții și demolări, alte tipuri de deșeuri stabilite de către autoritatea administrației publice locale.</w:t>
      </w:r>
    </w:p>
    <w:p w14:paraId="35F4F948" w14:textId="77777777" w:rsidR="006633E6" w:rsidRPr="005E15BF" w:rsidRDefault="00000000">
      <w:pPr>
        <w:keepNext/>
        <w:spacing w:before="120"/>
        <w:rPr>
          <w:lang w:val="pt-PT"/>
        </w:rPr>
      </w:pPr>
      <w:r w:rsidRPr="005E15BF">
        <w:rPr>
          <w:b/>
          <w:color w:val="000000"/>
          <w:lang w:val="pt-PT"/>
        </w:rPr>
        <w:t>ART. 33</w:t>
      </w:r>
    </w:p>
    <w:p w14:paraId="120C16E7" w14:textId="77777777" w:rsidR="006633E6" w:rsidRPr="005E15BF" w:rsidRDefault="00000000">
      <w:pPr>
        <w:ind w:firstLine="425"/>
        <w:jc w:val="both"/>
        <w:rPr>
          <w:lang w:val="pt-PT"/>
        </w:rPr>
      </w:pPr>
      <w:r w:rsidRPr="005E15BF">
        <w:rPr>
          <w:color w:val="000000"/>
          <w:lang w:val="pt-PT"/>
        </w:rPr>
        <w:t>(1) Centrele de colectare prin aport voluntar funcționează pe baza unui regulament local elaborat și aprobat de autoritatea administrației publice locale, care va cuprinde cel puțin următoarele elemente: regulile generale de organizare și funcționare, obligațiile operatorului/angajaților acestuia, obligațiile utilizatorilor, tipurile și cantitățile de deșeuri care pot fi predate, cu titlu gratuit, de persoanele fizice la centrul/centrele de colectare prin aport voluntar.</w:t>
      </w:r>
    </w:p>
    <w:p w14:paraId="74D743ED" w14:textId="77777777" w:rsidR="006633E6" w:rsidRPr="005E15BF" w:rsidRDefault="00000000">
      <w:pPr>
        <w:ind w:firstLine="425"/>
        <w:jc w:val="both"/>
        <w:rPr>
          <w:lang w:val="pt-PT"/>
        </w:rPr>
      </w:pPr>
      <w:r w:rsidRPr="005E15BF">
        <w:rPr>
          <w:color w:val="000000"/>
          <w:lang w:val="pt-PT"/>
        </w:rPr>
        <w:t>(2) Autoritatea administrației publice locale sau, după caz, asociația de dezvoltare intercomunitară încheie contracte, parteneriate și cu alte organizații licențiate de către autoritatea publică centrală pentru protecția mediului pentru transferul responsabilității producătorilor aferente anumitor fluxuri speciale de deșeuri municipale, colectate prin centrul/centrele de colectare prin aport voluntar, astfel încât costurile cu gestionarea respectivelor deșeuri să fie suportate de producători.</w:t>
      </w:r>
    </w:p>
    <w:p w14:paraId="0155DB27" w14:textId="77777777" w:rsidR="006633E6" w:rsidRPr="005E15BF" w:rsidRDefault="00000000">
      <w:pPr>
        <w:ind w:firstLine="425"/>
        <w:jc w:val="both"/>
        <w:rPr>
          <w:lang w:val="pt-PT"/>
        </w:rPr>
      </w:pPr>
      <w:r w:rsidRPr="005E15BF">
        <w:rPr>
          <w:color w:val="000000"/>
          <w:lang w:val="pt-PT"/>
        </w:rPr>
        <w:t>(3) Accesul persoanelor fizice în incinta centrului de colectare prin aport voluntar este permis doar în prezența personalului operatorului, care va indica locul de descărcare/stocare temporară a deșeurilor pe amplasament.</w:t>
      </w:r>
    </w:p>
    <w:p w14:paraId="55C52AFA" w14:textId="77777777" w:rsidR="006633E6" w:rsidRPr="005E15BF" w:rsidRDefault="00000000">
      <w:pPr>
        <w:keepNext/>
        <w:spacing w:before="120"/>
        <w:rPr>
          <w:lang w:val="pt-PT"/>
        </w:rPr>
      </w:pPr>
      <w:r w:rsidRPr="005E15BF">
        <w:rPr>
          <w:b/>
          <w:color w:val="000000"/>
          <w:lang w:val="pt-PT"/>
        </w:rPr>
        <w:t>ART. 34</w:t>
      </w:r>
    </w:p>
    <w:p w14:paraId="080EA16D" w14:textId="77777777" w:rsidR="006633E6" w:rsidRPr="005E15BF" w:rsidRDefault="00000000">
      <w:pPr>
        <w:ind w:firstLine="425"/>
        <w:jc w:val="both"/>
        <w:rPr>
          <w:lang w:val="pt-PT"/>
        </w:rPr>
      </w:pPr>
      <w:r w:rsidRPr="005E15BF">
        <w:rPr>
          <w:color w:val="000000"/>
          <w:lang w:val="pt-PT"/>
        </w:rPr>
        <w:t>(1) Centrul de colectare prin aport voluntar va fi dotat cu un număr suficient de containere și recipiente specifice fiecărei categorii de deșeuri ce urmează a fi colectată.</w:t>
      </w:r>
    </w:p>
    <w:p w14:paraId="3453810E" w14:textId="77777777" w:rsidR="006633E6" w:rsidRPr="005E15BF" w:rsidRDefault="00000000">
      <w:pPr>
        <w:ind w:firstLine="425"/>
        <w:jc w:val="both"/>
        <w:rPr>
          <w:lang w:val="pt-PT"/>
        </w:rPr>
      </w:pPr>
      <w:r w:rsidRPr="005E15BF">
        <w:rPr>
          <w:color w:val="000000"/>
          <w:lang w:val="pt-PT"/>
        </w:rPr>
        <w:t>(2) Se interzice amestecarea diferitelor categorii de deșeuri în același container/recipient.</w:t>
      </w:r>
    </w:p>
    <w:p w14:paraId="028AC13E" w14:textId="77777777" w:rsidR="006633E6" w:rsidRPr="005E15BF" w:rsidRDefault="00000000">
      <w:pPr>
        <w:keepNext/>
        <w:spacing w:before="120"/>
        <w:rPr>
          <w:lang w:val="pt-PT"/>
        </w:rPr>
      </w:pPr>
      <w:r w:rsidRPr="005E15BF">
        <w:rPr>
          <w:b/>
          <w:color w:val="000000"/>
          <w:lang w:val="pt-PT"/>
        </w:rPr>
        <w:t>ART. 35</w:t>
      </w:r>
    </w:p>
    <w:p w14:paraId="2024221F" w14:textId="77777777" w:rsidR="006633E6" w:rsidRPr="005E15BF" w:rsidRDefault="00000000">
      <w:pPr>
        <w:ind w:firstLine="425"/>
        <w:jc w:val="both"/>
        <w:rPr>
          <w:lang w:val="pt-PT"/>
        </w:rPr>
      </w:pPr>
      <w:r w:rsidRPr="005E15BF">
        <w:rPr>
          <w:color w:val="000000"/>
          <w:lang w:val="pt-PT"/>
        </w:rPr>
        <w:t>(1) Operatorul centrului de colectare prin aport voluntar va asigura evidența:</w:t>
      </w:r>
    </w:p>
    <w:p w14:paraId="253DB464" w14:textId="77777777" w:rsidR="006633E6" w:rsidRPr="005E15BF" w:rsidRDefault="00000000">
      <w:pPr>
        <w:ind w:left="425"/>
        <w:jc w:val="both"/>
        <w:rPr>
          <w:lang w:val="pt-PT"/>
        </w:rPr>
      </w:pPr>
      <w:r w:rsidRPr="005E15BF">
        <w:rPr>
          <w:color w:val="000000"/>
          <w:lang w:val="pt-PT"/>
        </w:rPr>
        <w:t>a) cantităților de deșeuri recepționate de la fiecare persoană fizică, pe categorii de deșeuri;</w:t>
      </w:r>
    </w:p>
    <w:p w14:paraId="4B3E227D" w14:textId="77777777" w:rsidR="006633E6" w:rsidRPr="005E15BF" w:rsidRDefault="00000000">
      <w:pPr>
        <w:ind w:left="425"/>
        <w:jc w:val="both"/>
        <w:rPr>
          <w:lang w:val="pt-PT"/>
        </w:rPr>
      </w:pPr>
      <w:r w:rsidRPr="005E15BF">
        <w:rPr>
          <w:color w:val="000000"/>
          <w:lang w:val="pt-PT"/>
        </w:rPr>
        <w:t>b) cantităților totale recepționate, pe categorii de deșeuri;</w:t>
      </w:r>
    </w:p>
    <w:p w14:paraId="29BDFE29" w14:textId="77777777" w:rsidR="006633E6" w:rsidRPr="005E15BF" w:rsidRDefault="00000000">
      <w:pPr>
        <w:ind w:left="425"/>
        <w:jc w:val="both"/>
        <w:rPr>
          <w:lang w:val="pt-PT"/>
        </w:rPr>
      </w:pPr>
      <w:r w:rsidRPr="005E15BF">
        <w:rPr>
          <w:color w:val="000000"/>
          <w:lang w:val="pt-PT"/>
        </w:rPr>
        <w:t>c) cantităților totale de deșeuri încredințate în vederea tratării, reciclării, valorificării și/sau eliminării, pe categorii de deșeuri;</w:t>
      </w:r>
    </w:p>
    <w:p w14:paraId="78CC422F" w14:textId="77777777" w:rsidR="006633E6" w:rsidRPr="005E15BF" w:rsidRDefault="00000000">
      <w:pPr>
        <w:ind w:left="425"/>
        <w:jc w:val="both"/>
        <w:rPr>
          <w:lang w:val="pt-PT"/>
        </w:rPr>
      </w:pPr>
      <w:r w:rsidRPr="005E15BF">
        <w:rPr>
          <w:color w:val="000000"/>
          <w:lang w:val="pt-PT"/>
        </w:rPr>
        <w:t>d) cantităților de deșeuri reziduale/reziduuri eliminate și/sau valorificate, rezultate din fiecare proces de tratare desfășurat în cadrul centrului de colectare prin aport voluntar, dacă este cazul;</w:t>
      </w:r>
    </w:p>
    <w:p w14:paraId="4F13F65D" w14:textId="77777777" w:rsidR="006633E6" w:rsidRPr="005E15BF" w:rsidRDefault="00000000">
      <w:pPr>
        <w:ind w:left="425"/>
        <w:jc w:val="both"/>
        <w:rPr>
          <w:lang w:val="pt-PT"/>
        </w:rPr>
      </w:pPr>
      <w:r w:rsidRPr="005E15BF">
        <w:rPr>
          <w:color w:val="000000"/>
          <w:lang w:val="pt-PT"/>
        </w:rPr>
        <w:t>e) cantităților de deșeuri aflate în spațiile de stocare temporară, pe categorii de deșeuri.</w:t>
      </w:r>
    </w:p>
    <w:p w14:paraId="4BDF4033" w14:textId="77777777" w:rsidR="006633E6" w:rsidRPr="005E15BF" w:rsidRDefault="00000000">
      <w:pPr>
        <w:ind w:firstLine="425"/>
        <w:jc w:val="both"/>
        <w:rPr>
          <w:lang w:val="pt-PT"/>
        </w:rPr>
      </w:pPr>
      <w:r w:rsidRPr="005E15BF">
        <w:rPr>
          <w:color w:val="000000"/>
          <w:lang w:val="pt-PT"/>
        </w:rPr>
        <w:lastRenderedPageBreak/>
        <w:t>(2) Operatorii trebuie să își organizeze activitatea pentru a asigura un grad cât mai mare de valorificare a deșeurilor, astfel încât cantitatea de deșeuri eliminată prin depozitare să fie minimă.</w:t>
      </w:r>
    </w:p>
    <w:p w14:paraId="4EAECC61" w14:textId="77777777" w:rsidR="006633E6" w:rsidRPr="005E15BF" w:rsidRDefault="00000000">
      <w:pPr>
        <w:keepNext/>
        <w:spacing w:before="120"/>
        <w:rPr>
          <w:lang w:val="pt-PT"/>
        </w:rPr>
      </w:pPr>
      <w:r w:rsidRPr="005E15BF">
        <w:rPr>
          <w:b/>
          <w:color w:val="000000"/>
          <w:lang w:val="pt-PT"/>
        </w:rPr>
        <w:t>ART. 36</w:t>
      </w:r>
    </w:p>
    <w:p w14:paraId="22E375A3" w14:textId="77777777" w:rsidR="006633E6" w:rsidRPr="005E15BF" w:rsidRDefault="00000000">
      <w:pPr>
        <w:jc w:val="both"/>
        <w:rPr>
          <w:lang w:val="pt-PT"/>
        </w:rPr>
      </w:pPr>
      <w:r w:rsidRPr="005E15BF">
        <w:rPr>
          <w:color w:val="000000"/>
          <w:lang w:val="pt-PT"/>
        </w:rPr>
        <w:t>Centrele de aport voluntar trebuie să îndeplinească cel puțin condițiile tehnice prevăzute în caietul de sarcini, pe care operatorii sunt obligați să le mențină pe toată perioada în care prestează activitatea.</w:t>
      </w:r>
    </w:p>
    <w:p w14:paraId="0B24C43C" w14:textId="77777777" w:rsidR="006633E6" w:rsidRPr="00DD198D" w:rsidRDefault="00000000">
      <w:pPr>
        <w:keepNext/>
        <w:spacing w:before="200" w:after="120"/>
        <w:jc w:val="center"/>
        <w:rPr>
          <w:lang w:val="pt-PT"/>
        </w:rPr>
      </w:pPr>
      <w:r w:rsidRPr="00DD198D">
        <w:rPr>
          <w:b/>
          <w:color w:val="000000"/>
          <w:lang w:val="pt-PT"/>
        </w:rPr>
        <w:t>SECȚIUNEA a 3-a Transferul deșeurilor municipale în stații de transfer</w:t>
      </w:r>
    </w:p>
    <w:p w14:paraId="1C88F95B" w14:textId="77777777" w:rsidR="006633E6" w:rsidRPr="00DD198D" w:rsidRDefault="00000000">
      <w:pPr>
        <w:keepNext/>
        <w:spacing w:before="120"/>
        <w:rPr>
          <w:lang w:val="pt-PT"/>
        </w:rPr>
      </w:pPr>
      <w:r w:rsidRPr="00DD198D">
        <w:rPr>
          <w:b/>
          <w:color w:val="000000"/>
          <w:lang w:val="pt-PT"/>
        </w:rPr>
        <w:t>ART. 37</w:t>
      </w:r>
    </w:p>
    <w:p w14:paraId="4DD2DD71" w14:textId="77777777" w:rsidR="006633E6" w:rsidRPr="00DD198D" w:rsidRDefault="00000000">
      <w:pPr>
        <w:jc w:val="both"/>
        <w:rPr>
          <w:lang w:val="pt-PT"/>
        </w:rPr>
      </w:pPr>
      <w:r w:rsidRPr="00DD198D">
        <w:rPr>
          <w:color w:val="000000"/>
          <w:lang w:val="pt-PT"/>
        </w:rPr>
        <w:t>În vederea optimizării costurilor de transport a fracțiilor de deșeuri colectate separat se vor utiliza stații de transfer care să permită stocare temporară a deșeurilor, cu sau fără sistem de compactare.</w:t>
      </w:r>
    </w:p>
    <w:p w14:paraId="2D861989" w14:textId="77777777" w:rsidR="006633E6" w:rsidRPr="00DD198D" w:rsidRDefault="00000000">
      <w:pPr>
        <w:keepNext/>
        <w:spacing w:before="120"/>
        <w:rPr>
          <w:lang w:val="pt-PT"/>
        </w:rPr>
      </w:pPr>
      <w:r w:rsidRPr="00DD198D">
        <w:rPr>
          <w:b/>
          <w:color w:val="000000"/>
          <w:lang w:val="pt-PT"/>
        </w:rPr>
        <w:t>ART. 38</w:t>
      </w:r>
    </w:p>
    <w:p w14:paraId="0C8E5C50" w14:textId="77777777" w:rsidR="006633E6" w:rsidRPr="00DD198D" w:rsidRDefault="00000000">
      <w:pPr>
        <w:jc w:val="both"/>
        <w:rPr>
          <w:lang w:val="pt-PT"/>
        </w:rPr>
      </w:pPr>
      <w:r w:rsidRPr="00DD198D">
        <w:rPr>
          <w:color w:val="000000"/>
          <w:lang w:val="pt-PT"/>
        </w:rPr>
        <w:t>La stația de transfer sunt acceptate numai deșeurile predate de către operatorii cărora unitatea administrativ-teritorială le-a atribuit, individual sau prin intermediul asociației de dezvoltare intercomunitară, activitatea de colectare separată și transport separat al deșeurilor municipale.</w:t>
      </w:r>
    </w:p>
    <w:p w14:paraId="4C781DBD" w14:textId="77777777" w:rsidR="006633E6" w:rsidRPr="00DD198D" w:rsidRDefault="00000000">
      <w:pPr>
        <w:keepNext/>
        <w:spacing w:before="120"/>
        <w:rPr>
          <w:lang w:val="pt-PT"/>
        </w:rPr>
      </w:pPr>
      <w:r w:rsidRPr="00DD198D">
        <w:rPr>
          <w:b/>
          <w:color w:val="000000"/>
          <w:lang w:val="pt-PT"/>
        </w:rPr>
        <w:t>ART. 39</w:t>
      </w:r>
    </w:p>
    <w:p w14:paraId="3719A9BC" w14:textId="77777777" w:rsidR="006633E6" w:rsidRPr="00DD198D" w:rsidRDefault="00000000">
      <w:pPr>
        <w:ind w:firstLine="425"/>
        <w:jc w:val="both"/>
        <w:rPr>
          <w:lang w:val="pt-PT"/>
        </w:rPr>
      </w:pPr>
      <w:r w:rsidRPr="00DD198D">
        <w:rPr>
          <w:color w:val="000000"/>
          <w:lang w:val="pt-PT"/>
        </w:rPr>
        <w:t>(1) Operatorul stației/stațiilor de transfer va asigura transportul fracțiilor de deșeuri stocate temporar, fără amestecarea acestora, de la stația de transfer către stația de sortare, instalațiile de tratare și/sau depozitul de deșeuri stabilite de către autoritatea administrației publice locale sau, după caz, asociația de dezvoltare intercomunitară.</w:t>
      </w:r>
    </w:p>
    <w:p w14:paraId="6E917579" w14:textId="77777777" w:rsidR="006633E6" w:rsidRPr="00DD198D" w:rsidRDefault="00000000">
      <w:pPr>
        <w:ind w:firstLine="425"/>
        <w:jc w:val="both"/>
        <w:rPr>
          <w:lang w:val="pt-PT"/>
        </w:rPr>
      </w:pPr>
      <w:r w:rsidRPr="00DD198D">
        <w:rPr>
          <w:color w:val="000000"/>
          <w:lang w:val="pt-PT"/>
        </w:rPr>
        <w:t>(2) Operatorul are obligația să dețină toate documentele necesare de însoțire a deșeurilor transportate, din care să rezulte categoriile/tipurile de deșeuri transportate, locul de încărcare, locul de destinație și, după caz, cantitatea de deșeuri transportate și codificarea acestora conform legii. Este interzisă abandonarea deșeurilor pe traseu.</w:t>
      </w:r>
    </w:p>
    <w:p w14:paraId="5D549D8A" w14:textId="77777777" w:rsidR="006633E6" w:rsidRPr="00DD198D" w:rsidRDefault="00000000">
      <w:pPr>
        <w:ind w:firstLine="425"/>
        <w:jc w:val="both"/>
        <w:rPr>
          <w:lang w:val="pt-PT"/>
        </w:rPr>
      </w:pPr>
      <w:r w:rsidRPr="00DD198D">
        <w:rPr>
          <w:color w:val="000000"/>
          <w:lang w:val="pt-PT"/>
        </w:rPr>
        <w:t>(3) Transferul deșeurilor se efectuează cu autovehicule special destinate categoriei de deșeuri transportate, acoperite, care să nu permită împrăștierea deșeurilor sau a prafului, emanarea de noxe sau scurgeri de lichide în timpul transportului.</w:t>
      </w:r>
    </w:p>
    <w:p w14:paraId="122C9745" w14:textId="77777777" w:rsidR="006633E6" w:rsidRPr="00DD198D" w:rsidRDefault="00000000">
      <w:pPr>
        <w:ind w:firstLine="425"/>
        <w:jc w:val="both"/>
        <w:rPr>
          <w:lang w:val="pt-PT"/>
        </w:rPr>
      </w:pPr>
      <w:r w:rsidRPr="00DD198D">
        <w:rPr>
          <w:color w:val="000000"/>
          <w:lang w:val="pt-PT"/>
        </w:rPr>
        <w:t>(4) La stabilirea intervalului orar de transfer a deșeurilor se va avea în vedere încadrarea în intervalul orar de funcționare al instalațiilor de tratare și/sau de eliminare finală a deșeurilor.</w:t>
      </w:r>
    </w:p>
    <w:p w14:paraId="53B3E744" w14:textId="77777777" w:rsidR="006633E6" w:rsidRPr="00DD198D" w:rsidRDefault="00000000">
      <w:pPr>
        <w:keepNext/>
        <w:spacing w:before="120"/>
        <w:rPr>
          <w:lang w:val="pt-PT"/>
        </w:rPr>
      </w:pPr>
      <w:r w:rsidRPr="00DD198D">
        <w:rPr>
          <w:b/>
          <w:color w:val="000000"/>
          <w:lang w:val="pt-PT"/>
        </w:rPr>
        <w:t>ART. 40</w:t>
      </w:r>
    </w:p>
    <w:p w14:paraId="37BBF432" w14:textId="77777777" w:rsidR="006633E6" w:rsidRPr="00DD198D" w:rsidRDefault="00000000">
      <w:pPr>
        <w:jc w:val="both"/>
        <w:rPr>
          <w:lang w:val="pt-PT"/>
        </w:rPr>
      </w:pPr>
      <w:r w:rsidRPr="00DD198D">
        <w:rPr>
          <w:color w:val="000000"/>
          <w:lang w:val="pt-PT"/>
        </w:rPr>
        <w:t>Stocarea temporară în stația de transfer a deșeurilor reziduale și biodeșeurilor se face în funcție de capacitatea de stocare, dar nu mai mult de 48 de ore.</w:t>
      </w:r>
    </w:p>
    <w:p w14:paraId="4093E97F" w14:textId="77777777" w:rsidR="006633E6" w:rsidRPr="00DD198D" w:rsidRDefault="00000000">
      <w:pPr>
        <w:keepNext/>
        <w:spacing w:before="120"/>
        <w:rPr>
          <w:lang w:val="pt-PT"/>
        </w:rPr>
      </w:pPr>
      <w:r w:rsidRPr="00DD198D">
        <w:rPr>
          <w:b/>
          <w:color w:val="000000"/>
          <w:lang w:val="pt-PT"/>
        </w:rPr>
        <w:t>ART. 41</w:t>
      </w:r>
    </w:p>
    <w:p w14:paraId="057183FC" w14:textId="77777777" w:rsidR="006633E6" w:rsidRPr="00DD198D" w:rsidRDefault="00000000">
      <w:pPr>
        <w:jc w:val="both"/>
        <w:rPr>
          <w:lang w:val="pt-PT"/>
        </w:rPr>
      </w:pPr>
      <w:r w:rsidRPr="00DD198D">
        <w:rPr>
          <w:color w:val="000000"/>
          <w:lang w:val="pt-PT"/>
        </w:rPr>
        <w:t>Operatorul stației de transfer va întocmi și gestiona o bază de date, cu cel puțin următoarele informații:</w:t>
      </w:r>
    </w:p>
    <w:p w14:paraId="6EE0FBAA" w14:textId="77777777" w:rsidR="006633E6" w:rsidRPr="00DD198D" w:rsidRDefault="00000000">
      <w:pPr>
        <w:ind w:left="425"/>
        <w:jc w:val="both"/>
        <w:rPr>
          <w:lang w:val="pt-PT"/>
        </w:rPr>
      </w:pPr>
      <w:r w:rsidRPr="00DD198D">
        <w:rPr>
          <w:color w:val="000000"/>
          <w:lang w:val="pt-PT"/>
        </w:rPr>
        <w:t>a) denumirea operatorului care încredințează deșeurile, unitatea administrativ-teritorială din care provin deșeurile, numărul de înmatriculare al autovehiculului cu care se efectuează transportul, categoria de deșeuri transportată cu specificarea codului/codurilor de deșeu, cantitatea și categoria de deșeuri recepționată pe fiecare transport;</w:t>
      </w:r>
    </w:p>
    <w:p w14:paraId="48238D89" w14:textId="77777777" w:rsidR="006633E6" w:rsidRPr="00DD198D" w:rsidRDefault="00000000">
      <w:pPr>
        <w:ind w:left="425"/>
        <w:jc w:val="both"/>
        <w:rPr>
          <w:lang w:val="it-CH"/>
        </w:rPr>
      </w:pPr>
      <w:r w:rsidRPr="00DD198D">
        <w:rPr>
          <w:color w:val="000000"/>
          <w:lang w:val="it-CH"/>
        </w:rPr>
        <w:t>b) cantitatea totală de deșeuri recepționată, de la fiecare operator, pe fiecare fracție/categorie de deșeuri;</w:t>
      </w:r>
    </w:p>
    <w:p w14:paraId="16F9A673" w14:textId="77777777" w:rsidR="006633E6" w:rsidRPr="00DD198D" w:rsidRDefault="00000000">
      <w:pPr>
        <w:ind w:left="425"/>
        <w:jc w:val="both"/>
        <w:rPr>
          <w:lang w:val="it-CH"/>
        </w:rPr>
      </w:pPr>
      <w:r w:rsidRPr="00DD198D">
        <w:rPr>
          <w:color w:val="000000"/>
          <w:lang w:val="it-CH"/>
        </w:rPr>
        <w:t>c) cantitățile și categoriile de deșeuri transferate/transportate către stația de sortare, instalațiile de tratare și/sau depozitul de deșeuri;</w:t>
      </w:r>
    </w:p>
    <w:p w14:paraId="02734FEA" w14:textId="77777777" w:rsidR="006633E6" w:rsidRPr="00DD198D" w:rsidRDefault="00000000">
      <w:pPr>
        <w:ind w:left="425"/>
        <w:jc w:val="both"/>
        <w:rPr>
          <w:lang w:val="it-CH"/>
        </w:rPr>
      </w:pPr>
      <w:r w:rsidRPr="00DD198D">
        <w:rPr>
          <w:color w:val="000000"/>
          <w:lang w:val="it-CH"/>
        </w:rPr>
        <w:t>d) cantitățile de deșeuri aflate în spațiile de stocare temporară, pe categorii de deșeuri.</w:t>
      </w:r>
    </w:p>
    <w:p w14:paraId="1CCD7816" w14:textId="77777777" w:rsidR="006633E6" w:rsidRPr="00DD198D" w:rsidRDefault="00000000">
      <w:pPr>
        <w:keepNext/>
        <w:spacing w:before="120"/>
        <w:rPr>
          <w:lang w:val="it-CH"/>
        </w:rPr>
      </w:pPr>
      <w:r w:rsidRPr="00DD198D">
        <w:rPr>
          <w:b/>
          <w:color w:val="000000"/>
          <w:lang w:val="it-CH"/>
        </w:rPr>
        <w:lastRenderedPageBreak/>
        <w:t>ART. 42</w:t>
      </w:r>
    </w:p>
    <w:p w14:paraId="1184A0B1" w14:textId="77777777" w:rsidR="006633E6" w:rsidRPr="00DD198D" w:rsidRDefault="00000000">
      <w:pPr>
        <w:jc w:val="both"/>
        <w:rPr>
          <w:lang w:val="it-CH"/>
        </w:rPr>
      </w:pPr>
      <w:r w:rsidRPr="00DD198D">
        <w:rPr>
          <w:color w:val="000000"/>
          <w:lang w:val="it-CH"/>
        </w:rPr>
        <w:t>Spațiile în care se desfășoară activitatea de transfer trebuie să îndeplinească cel puțin condițiile tehnice prevăzute în caietul de sarcini, pe care operatorii sunt obligați să le mențină pe toată perioada în care prestează activitatea.</w:t>
      </w:r>
    </w:p>
    <w:p w14:paraId="28154F5D" w14:textId="77777777" w:rsidR="006633E6" w:rsidRPr="00DD198D" w:rsidRDefault="00000000">
      <w:pPr>
        <w:keepNext/>
        <w:spacing w:before="200" w:after="120"/>
        <w:jc w:val="center"/>
        <w:rPr>
          <w:lang w:val="it-CH"/>
        </w:rPr>
      </w:pPr>
      <w:r w:rsidRPr="00DD198D">
        <w:rPr>
          <w:b/>
          <w:color w:val="000000"/>
          <w:lang w:val="it-CH"/>
        </w:rPr>
        <w:t>SECȚIUNEA a 4-a Sortarea deșeurilor de hârtie, metal, plastic și sticlă colectate separat din deșeurile municipale în stații de sortare</w:t>
      </w:r>
    </w:p>
    <w:p w14:paraId="54926AF1" w14:textId="77777777" w:rsidR="006633E6" w:rsidRPr="00DD198D" w:rsidRDefault="00000000">
      <w:pPr>
        <w:keepNext/>
        <w:spacing w:before="120"/>
        <w:rPr>
          <w:lang w:val="it-CH"/>
        </w:rPr>
      </w:pPr>
      <w:r w:rsidRPr="00DD198D">
        <w:rPr>
          <w:b/>
          <w:color w:val="000000"/>
          <w:lang w:val="it-CH"/>
        </w:rPr>
        <w:t>ART. 43</w:t>
      </w:r>
    </w:p>
    <w:p w14:paraId="101D7652" w14:textId="77777777" w:rsidR="006633E6" w:rsidRPr="00DD198D" w:rsidRDefault="00000000">
      <w:pPr>
        <w:ind w:firstLine="425"/>
        <w:jc w:val="both"/>
        <w:rPr>
          <w:lang w:val="it-CH"/>
        </w:rPr>
      </w:pPr>
      <w:r w:rsidRPr="00DD198D">
        <w:rPr>
          <w:color w:val="000000"/>
          <w:lang w:val="it-CH"/>
        </w:rPr>
        <w:t>(1) Sortarea deșeurilor municipale de hârtie, metal, plastic și sticlă în stațiile de sortare se realizează numai de către operatorii stațiilor de sortare care au contract de delegare încheiat cu unitatea administrativ-teritorială de pe raza căreia provin deșeurile și/sau hotărâre de dare în administrare a acestei activități.</w:t>
      </w:r>
    </w:p>
    <w:p w14:paraId="5550E84D" w14:textId="77777777" w:rsidR="006633E6" w:rsidRPr="00DD198D" w:rsidRDefault="00000000">
      <w:pPr>
        <w:ind w:firstLine="425"/>
        <w:jc w:val="both"/>
        <w:rPr>
          <w:lang w:val="it-CH"/>
        </w:rPr>
      </w:pPr>
      <w:r w:rsidRPr="00DD198D">
        <w:rPr>
          <w:color w:val="000000"/>
          <w:lang w:val="it-CH"/>
        </w:rPr>
        <w:t>(2) Operatorii care prestează activitatea de colectare separată a deșeurilor municipale transportă deșeurile de hârtie, metal, plastic și sticlă colectate separat la spațiile de stocare temporară special amenajate în incinta stațiilor de sortare, pe categorii de deșeuri.</w:t>
      </w:r>
    </w:p>
    <w:p w14:paraId="1BECBAE0" w14:textId="77777777" w:rsidR="006633E6" w:rsidRPr="00DD198D" w:rsidRDefault="00000000">
      <w:pPr>
        <w:ind w:firstLine="425"/>
        <w:jc w:val="both"/>
        <w:rPr>
          <w:lang w:val="it-CH"/>
        </w:rPr>
      </w:pPr>
      <w:r w:rsidRPr="00DD198D">
        <w:rPr>
          <w:color w:val="000000"/>
          <w:lang w:val="it-CH"/>
        </w:rPr>
        <w:t>(3) Operatorul stației de sortare are dreptul să efectueze inspecția vizuală a deșeurilor atât la intrarea în stația de sortare cât și la locul de descărcare.</w:t>
      </w:r>
    </w:p>
    <w:p w14:paraId="63C9E23D" w14:textId="77777777" w:rsidR="006633E6" w:rsidRPr="00DD198D" w:rsidRDefault="00000000">
      <w:pPr>
        <w:ind w:firstLine="425"/>
        <w:jc w:val="both"/>
        <w:rPr>
          <w:lang w:val="it-CH"/>
        </w:rPr>
      </w:pPr>
      <w:r w:rsidRPr="00DD198D">
        <w:rPr>
          <w:color w:val="000000"/>
          <w:lang w:val="it-CH"/>
        </w:rPr>
        <w:t>(4) În cazul în care operatorul stației de sortare constată că deșeurile nu corespund codurilor de deșeuri 20 01 și 15 01, impuse de legislația în vigoare, sau au un grad de impurificare cu materiale/deșeuri neconforme mai mare decât cel aferent indicatorului de performanță pentru operarea stației de sortare prevăzut în actul de atribuire al activității, acesta are dreptul să respingă preluarea deșeurilor și să sesizeze autoritatea contractantă, în vederea stabilirii măsurilor de remediere/soluționare.</w:t>
      </w:r>
    </w:p>
    <w:p w14:paraId="52F92735" w14:textId="77777777" w:rsidR="006633E6" w:rsidRPr="00DD198D" w:rsidRDefault="00000000">
      <w:pPr>
        <w:keepNext/>
        <w:spacing w:before="120"/>
        <w:rPr>
          <w:lang w:val="it-CH"/>
        </w:rPr>
      </w:pPr>
      <w:r w:rsidRPr="00DD198D">
        <w:rPr>
          <w:b/>
          <w:color w:val="000000"/>
          <w:lang w:val="it-CH"/>
        </w:rPr>
        <w:t>ART. 44</w:t>
      </w:r>
    </w:p>
    <w:p w14:paraId="3B620F6B" w14:textId="77777777" w:rsidR="006633E6" w:rsidRPr="00DD198D" w:rsidRDefault="00000000">
      <w:pPr>
        <w:ind w:firstLine="425"/>
        <w:jc w:val="both"/>
        <w:rPr>
          <w:lang w:val="it-CH"/>
        </w:rPr>
      </w:pPr>
      <w:r w:rsidRPr="00DD198D">
        <w:rPr>
          <w:color w:val="000000"/>
          <w:lang w:val="it-CH"/>
        </w:rPr>
        <w:t>(1) Sortarea se realizează pe tipuri de materiale, conform cerințelor din caietul de sarcini și specificațiilor tehnice pentru cerințele de calitate aplicabile deșeurilor sortate.</w:t>
      </w:r>
    </w:p>
    <w:p w14:paraId="3BF65CAE" w14:textId="77777777" w:rsidR="006633E6" w:rsidRPr="00DD198D" w:rsidRDefault="00000000">
      <w:pPr>
        <w:ind w:firstLine="425"/>
        <w:jc w:val="both"/>
        <w:rPr>
          <w:lang w:val="it-CH"/>
        </w:rPr>
      </w:pPr>
      <w:r w:rsidRPr="00DD198D">
        <w:rPr>
          <w:color w:val="000000"/>
          <w:lang w:val="it-CH"/>
        </w:rPr>
        <w:t>(2) Operatorii stațiilor de sortare asigură predarea deșeurilor sortate către operatorii instalațiilor de reciclare, precum și transportul reziduurilor rezultate din procesul de sortare la depozitul de deșeuri și/sau la instalațiile de valorificare energetică.</w:t>
      </w:r>
    </w:p>
    <w:p w14:paraId="754E4CC2" w14:textId="77777777" w:rsidR="006633E6" w:rsidRPr="00DD198D" w:rsidRDefault="00000000">
      <w:pPr>
        <w:keepNext/>
        <w:spacing w:before="120"/>
        <w:rPr>
          <w:lang w:val="it-CH"/>
        </w:rPr>
      </w:pPr>
      <w:r w:rsidRPr="00DD198D">
        <w:rPr>
          <w:b/>
          <w:color w:val="000000"/>
          <w:lang w:val="it-CH"/>
        </w:rPr>
        <w:t>ART. 45</w:t>
      </w:r>
    </w:p>
    <w:p w14:paraId="57E3AE9A" w14:textId="77777777" w:rsidR="006633E6" w:rsidRPr="00DD198D" w:rsidRDefault="00000000">
      <w:pPr>
        <w:ind w:firstLine="425"/>
        <w:jc w:val="both"/>
        <w:rPr>
          <w:lang w:val="it-CH"/>
        </w:rPr>
      </w:pPr>
      <w:r w:rsidRPr="00DD198D">
        <w:rPr>
          <w:color w:val="000000"/>
          <w:lang w:val="it-CH"/>
        </w:rPr>
        <w:t>(1) Operatorul stației de sortare va întocmi și gestiona o bază de date, cu cel puțin următoarele informații:</w:t>
      </w:r>
    </w:p>
    <w:p w14:paraId="54AE3B29" w14:textId="77777777" w:rsidR="006633E6" w:rsidRPr="00DD198D" w:rsidRDefault="00000000">
      <w:pPr>
        <w:ind w:left="425"/>
        <w:jc w:val="both"/>
        <w:rPr>
          <w:lang w:val="it-CH"/>
        </w:rPr>
      </w:pPr>
      <w:r w:rsidRPr="00DD198D">
        <w:rPr>
          <w:color w:val="000000"/>
          <w:lang w:val="it-CH"/>
        </w:rPr>
        <w:t>a) denumirea operatorului de la care preia deșeurile, sursa/unitatea administrativ-teritorială din care provin deșeurile, numărul de înmatriculare al autovehiculului cu care se efectuează transportul, categoria de deșeuri transportată cu specificarea codului/codurilor de deșeu, cantitatea și categoria de deșeuri recepționată pe fiecare transport;</w:t>
      </w:r>
    </w:p>
    <w:p w14:paraId="3B207F58" w14:textId="77777777" w:rsidR="006633E6" w:rsidRPr="00DD198D" w:rsidRDefault="00000000">
      <w:pPr>
        <w:ind w:left="425"/>
        <w:jc w:val="both"/>
        <w:rPr>
          <w:lang w:val="it-CH"/>
        </w:rPr>
      </w:pPr>
      <w:r w:rsidRPr="00DD198D">
        <w:rPr>
          <w:color w:val="000000"/>
          <w:lang w:val="it-CH"/>
        </w:rPr>
        <w:t>b) cantitatea totală de deșeuri recepționată, de la fiecare operator, pe fiecare tip/categorie de deșeuri;</w:t>
      </w:r>
    </w:p>
    <w:p w14:paraId="68C21893" w14:textId="77777777" w:rsidR="006633E6" w:rsidRPr="00DD198D" w:rsidRDefault="00000000">
      <w:pPr>
        <w:ind w:left="425"/>
        <w:jc w:val="both"/>
        <w:rPr>
          <w:lang w:val="it-CH"/>
        </w:rPr>
      </w:pPr>
      <w:r w:rsidRPr="00DD198D">
        <w:rPr>
          <w:color w:val="000000"/>
          <w:lang w:val="it-CH"/>
        </w:rPr>
        <w:t>c) cantitățile de deșeuri sortate, pe tipuri de materiale;</w:t>
      </w:r>
    </w:p>
    <w:p w14:paraId="7935B5C9" w14:textId="77777777" w:rsidR="006633E6" w:rsidRPr="00DD198D" w:rsidRDefault="00000000">
      <w:pPr>
        <w:ind w:left="425"/>
        <w:jc w:val="both"/>
        <w:rPr>
          <w:lang w:val="it-CH"/>
        </w:rPr>
      </w:pPr>
      <w:r w:rsidRPr="00DD198D">
        <w:rPr>
          <w:color w:val="000000"/>
          <w:lang w:val="it-CH"/>
        </w:rPr>
        <w:t>d) cantitățile de reziduuri rezultate din procesul de sortare;</w:t>
      </w:r>
    </w:p>
    <w:p w14:paraId="1C8BDFED" w14:textId="77777777" w:rsidR="006633E6" w:rsidRPr="00DD198D" w:rsidRDefault="00000000">
      <w:pPr>
        <w:ind w:left="425"/>
        <w:jc w:val="both"/>
        <w:rPr>
          <w:lang w:val="it-CH"/>
        </w:rPr>
      </w:pPr>
      <w:r w:rsidRPr="00DD198D">
        <w:rPr>
          <w:color w:val="000000"/>
          <w:lang w:val="it-CH"/>
        </w:rPr>
        <w:t>e) cantitățile de deșeuri sortate încredințate operatorilor instalațiilor de reciclare, pe tipuri de materiale;</w:t>
      </w:r>
    </w:p>
    <w:p w14:paraId="3D1A3CF9" w14:textId="77777777" w:rsidR="006633E6" w:rsidRPr="00DD198D" w:rsidRDefault="00000000">
      <w:pPr>
        <w:ind w:left="425"/>
        <w:jc w:val="both"/>
        <w:rPr>
          <w:lang w:val="it-CH"/>
        </w:rPr>
      </w:pPr>
      <w:r w:rsidRPr="00DD198D">
        <w:rPr>
          <w:color w:val="000000"/>
          <w:lang w:val="it-CH"/>
        </w:rPr>
        <w:lastRenderedPageBreak/>
        <w:t>f) cantitățile de reziduuri transportate pentru eliminare la depozitul de deșeuri și/sau la instalațiile de valorificare energetică;</w:t>
      </w:r>
    </w:p>
    <w:p w14:paraId="32A1E6F0" w14:textId="77777777" w:rsidR="006633E6" w:rsidRPr="00DD198D" w:rsidRDefault="00000000">
      <w:pPr>
        <w:ind w:left="425"/>
        <w:jc w:val="both"/>
        <w:rPr>
          <w:lang w:val="it-CH"/>
        </w:rPr>
      </w:pPr>
      <w:r w:rsidRPr="00DD198D">
        <w:rPr>
          <w:color w:val="000000"/>
          <w:lang w:val="it-CH"/>
        </w:rPr>
        <w:t>g) veniturile realizate din valorificarea deșeurilor reciclabile sortate;</w:t>
      </w:r>
    </w:p>
    <w:p w14:paraId="08254DCC" w14:textId="77777777" w:rsidR="006633E6" w:rsidRPr="00DD198D" w:rsidRDefault="00000000">
      <w:pPr>
        <w:ind w:left="425"/>
        <w:jc w:val="both"/>
        <w:rPr>
          <w:lang w:val="it-CH"/>
        </w:rPr>
      </w:pPr>
      <w:r w:rsidRPr="00DD198D">
        <w:rPr>
          <w:color w:val="000000"/>
          <w:lang w:val="it-CH"/>
        </w:rPr>
        <w:t>h) costurile suportate pentru valorificarea energetică a reziduurilor rezultate din procesul de sortare.</w:t>
      </w:r>
    </w:p>
    <w:p w14:paraId="1A263EF6" w14:textId="77777777" w:rsidR="006633E6" w:rsidRPr="00DD198D" w:rsidRDefault="00000000">
      <w:pPr>
        <w:ind w:firstLine="425"/>
        <w:jc w:val="both"/>
        <w:rPr>
          <w:lang w:val="it-CH"/>
        </w:rPr>
      </w:pPr>
      <w:r w:rsidRPr="00DD198D">
        <w:rPr>
          <w:color w:val="000000"/>
          <w:lang w:val="it-CH"/>
        </w:rPr>
        <w:t>(2) Operatorul are obligația să ia măsuri pentru evitarea formării de stocuri de deșeuri sortate, precum și de reziduuri, care ar putea genera fenomene de poluare a mediului sau să prezinte riscuri de producere incendii.</w:t>
      </w:r>
    </w:p>
    <w:p w14:paraId="484A3184" w14:textId="77777777" w:rsidR="006633E6" w:rsidRPr="00DD198D" w:rsidRDefault="00000000">
      <w:pPr>
        <w:keepNext/>
        <w:spacing w:before="120"/>
        <w:rPr>
          <w:lang w:val="it-CH"/>
        </w:rPr>
      </w:pPr>
      <w:r w:rsidRPr="00DD198D">
        <w:rPr>
          <w:b/>
          <w:color w:val="000000"/>
          <w:lang w:val="it-CH"/>
        </w:rPr>
        <w:t>ART. 46</w:t>
      </w:r>
    </w:p>
    <w:p w14:paraId="615A8019" w14:textId="77777777" w:rsidR="006633E6" w:rsidRPr="00DD198D" w:rsidRDefault="00000000">
      <w:pPr>
        <w:jc w:val="both"/>
        <w:rPr>
          <w:lang w:val="it-CH"/>
        </w:rPr>
      </w:pPr>
      <w:r w:rsidRPr="00DD198D">
        <w:rPr>
          <w:color w:val="000000"/>
          <w:lang w:val="it-CH"/>
        </w:rPr>
        <w:t>Spațiile în care se desfășoară activitatea de sortare trebuie să îndeplinească cel puțin condițiile tehnice prevăzute în caietul de sarcini, pe care operatorii sunt obligați să le mențină pe toată perioada în care prestează activitatea.</w:t>
      </w:r>
    </w:p>
    <w:p w14:paraId="67F1358B" w14:textId="77777777" w:rsidR="006633E6" w:rsidRPr="00DD198D" w:rsidRDefault="00000000">
      <w:pPr>
        <w:keepNext/>
        <w:spacing w:before="120"/>
        <w:rPr>
          <w:lang w:val="it-CH"/>
        </w:rPr>
      </w:pPr>
      <w:r w:rsidRPr="00DD198D">
        <w:rPr>
          <w:b/>
          <w:color w:val="000000"/>
          <w:lang w:val="it-CH"/>
        </w:rPr>
        <w:t>ART. 47</w:t>
      </w:r>
    </w:p>
    <w:p w14:paraId="2B9FF601" w14:textId="77777777" w:rsidR="006633E6" w:rsidRPr="00DD198D" w:rsidRDefault="00000000">
      <w:pPr>
        <w:jc w:val="both"/>
        <w:rPr>
          <w:lang w:val="it-CH"/>
        </w:rPr>
      </w:pPr>
      <w:r w:rsidRPr="00DD198D">
        <w:rPr>
          <w:color w:val="000000"/>
          <w:lang w:val="it-CH"/>
        </w:rPr>
        <w:t>Prevederile prezentei secțiuni se aplică inclusiv pentru activitatea de sortare a deșeurilor de hârtie, carton, metal, plastic și sticlă, colectate separat, în stațiile/instalațiile de sortare din cadrul instalațiilor integrate de tratare a deșeurilor.</w:t>
      </w:r>
    </w:p>
    <w:p w14:paraId="32AD5C68" w14:textId="77777777" w:rsidR="006633E6" w:rsidRPr="00DD198D" w:rsidRDefault="00000000">
      <w:pPr>
        <w:keepNext/>
        <w:spacing w:before="200" w:after="120"/>
        <w:jc w:val="center"/>
        <w:rPr>
          <w:lang w:val="it-CH"/>
        </w:rPr>
      </w:pPr>
      <w:r w:rsidRPr="00DD198D">
        <w:rPr>
          <w:b/>
          <w:color w:val="000000"/>
          <w:lang w:val="it-CH"/>
        </w:rPr>
        <w:t>SECȚIUNEA a 5-a Tratarea mecano-biologică a deșeurilor reziduale în instalațiile de tratare mecano-biologică sau, după caz, în instalațiile integrate de tratare</w:t>
      </w:r>
    </w:p>
    <w:p w14:paraId="3FBEC5AB" w14:textId="77777777" w:rsidR="006633E6" w:rsidRPr="00DD198D" w:rsidRDefault="00000000">
      <w:pPr>
        <w:keepNext/>
        <w:spacing w:before="120"/>
        <w:rPr>
          <w:lang w:val="it-CH"/>
        </w:rPr>
      </w:pPr>
      <w:r w:rsidRPr="00DD198D">
        <w:rPr>
          <w:b/>
          <w:color w:val="000000"/>
          <w:lang w:val="it-CH"/>
        </w:rPr>
        <w:t>ART. 48</w:t>
      </w:r>
    </w:p>
    <w:p w14:paraId="14B1FA54" w14:textId="77777777" w:rsidR="006633E6" w:rsidRPr="00DD198D" w:rsidRDefault="00000000">
      <w:pPr>
        <w:ind w:firstLine="425"/>
        <w:jc w:val="both"/>
        <w:rPr>
          <w:lang w:val="it-CH"/>
        </w:rPr>
      </w:pPr>
      <w:r w:rsidRPr="00DD198D">
        <w:rPr>
          <w:color w:val="000000"/>
          <w:lang w:val="it-CH"/>
        </w:rPr>
        <w:t>(1) În cadrul stației/instalațiilor de tratare mecano-biologică se primesc, în vederea tratării prin procedee mecanice și biologice, deșeurile reziduale colectate separat sau în amestec cu biodeșeurile, astfel încât să se asigure reducerea volumului acestora și un grad cât mai mare de recuperare/valorificare a fracției de materiale reciclabile și a fracției organice rezultate în urma tratării mecanice.</w:t>
      </w:r>
    </w:p>
    <w:p w14:paraId="0ADD2DC1" w14:textId="77777777" w:rsidR="006633E6" w:rsidRPr="00DD198D" w:rsidRDefault="00000000">
      <w:pPr>
        <w:ind w:firstLine="425"/>
        <w:jc w:val="both"/>
        <w:rPr>
          <w:lang w:val="it-CH"/>
        </w:rPr>
      </w:pPr>
      <w:r w:rsidRPr="00DD198D">
        <w:rPr>
          <w:color w:val="000000"/>
          <w:lang w:val="it-CH"/>
        </w:rPr>
        <w:t>(2) Nu sunt acceptate la instalațiile de tratare mecano-biologică deșeurile de hârtie, metal, plastic și sticlă colectate separat și deșeurile periculoase.</w:t>
      </w:r>
    </w:p>
    <w:p w14:paraId="6230F24B" w14:textId="77777777" w:rsidR="006633E6" w:rsidRPr="00DD198D" w:rsidRDefault="00000000">
      <w:pPr>
        <w:keepNext/>
        <w:spacing w:before="120"/>
        <w:rPr>
          <w:lang w:val="it-CH"/>
        </w:rPr>
      </w:pPr>
      <w:r w:rsidRPr="00DD198D">
        <w:rPr>
          <w:b/>
          <w:color w:val="000000"/>
          <w:lang w:val="it-CH"/>
        </w:rPr>
        <w:t>ART. 49</w:t>
      </w:r>
    </w:p>
    <w:p w14:paraId="0ACC1565" w14:textId="77777777" w:rsidR="006633E6" w:rsidRPr="00DD198D" w:rsidRDefault="00000000">
      <w:pPr>
        <w:ind w:firstLine="425"/>
        <w:jc w:val="both"/>
        <w:rPr>
          <w:lang w:val="it-CH"/>
        </w:rPr>
      </w:pPr>
      <w:r w:rsidRPr="00DD198D">
        <w:rPr>
          <w:color w:val="000000"/>
          <w:lang w:val="it-CH"/>
        </w:rPr>
        <w:t>(1) Instalațiile de tratare mecanică se operează astfel încât să se separe mecanic componența biodegradabilă din deșeurile reziduale de materialele care nu pot fi tratate biologic sau care se descompun greu, inclusiv de metalele feroase și neferoase cu potențial de valorificare.</w:t>
      </w:r>
    </w:p>
    <w:p w14:paraId="525D779E" w14:textId="77777777" w:rsidR="006633E6" w:rsidRPr="00DD198D" w:rsidRDefault="00000000">
      <w:pPr>
        <w:ind w:firstLine="425"/>
        <w:jc w:val="both"/>
        <w:rPr>
          <w:lang w:val="pt-PT"/>
        </w:rPr>
      </w:pPr>
      <w:r w:rsidRPr="00DD198D">
        <w:rPr>
          <w:color w:val="000000"/>
          <w:lang w:val="pt-PT"/>
        </w:rPr>
        <w:t>(2) Deșeurile cu potențial de valorificare prin reciclare recuperate în urma procesului de tratare/separare mecanică vor fi colectate, stocate temporar și încredințate operatorilor instalațiilor de reciclare.</w:t>
      </w:r>
    </w:p>
    <w:p w14:paraId="66C2BD84" w14:textId="77777777" w:rsidR="006633E6" w:rsidRPr="00DD198D" w:rsidRDefault="00000000">
      <w:pPr>
        <w:keepNext/>
        <w:spacing w:before="120"/>
        <w:rPr>
          <w:lang w:val="pt-PT"/>
        </w:rPr>
      </w:pPr>
      <w:r w:rsidRPr="00DD198D">
        <w:rPr>
          <w:b/>
          <w:color w:val="000000"/>
          <w:lang w:val="pt-PT"/>
        </w:rPr>
        <w:t>ART. 50</w:t>
      </w:r>
    </w:p>
    <w:p w14:paraId="57ED57FA" w14:textId="77777777" w:rsidR="006633E6" w:rsidRPr="00DD198D" w:rsidRDefault="00000000">
      <w:pPr>
        <w:ind w:firstLine="425"/>
        <w:jc w:val="both"/>
        <w:rPr>
          <w:lang w:val="pt-PT"/>
        </w:rPr>
      </w:pPr>
      <w:r w:rsidRPr="00DD198D">
        <w:rPr>
          <w:color w:val="000000"/>
          <w:lang w:val="pt-PT"/>
        </w:rPr>
        <w:t>(1) Instalațiile de tratare biologică se operează astfel încât din fracția organică fermentabilă să se obțină deșeuri tratate cu potențial de valorificare și/sau o fracție biostabilizată/biouscată, inertă din punct de vedere biologic, ce poate fi transportată la depozit pentru a fi utilizată ca material de acoperire sau valorificată ca material pentru rambleiere.</w:t>
      </w:r>
    </w:p>
    <w:p w14:paraId="475508A8" w14:textId="77777777" w:rsidR="006633E6" w:rsidRPr="00DD198D" w:rsidRDefault="00000000">
      <w:pPr>
        <w:ind w:firstLine="425"/>
        <w:jc w:val="both"/>
        <w:rPr>
          <w:lang w:val="pt-PT"/>
        </w:rPr>
      </w:pPr>
      <w:r w:rsidRPr="00DD198D">
        <w:rPr>
          <w:color w:val="000000"/>
          <w:lang w:val="pt-PT"/>
        </w:rPr>
        <w:t>(2) Fracția inertă rezultată din procesul de tratare biologică poate fi pregătită și transformată prin procedee de tratare suplimentare în produs RDF/SRF cu potențial de valorificare energetică, utilizat drept combustibil alternativ în instalații de incinerare și coincinerare, dar și în alte sectoare care produc căldură/energie.</w:t>
      </w:r>
    </w:p>
    <w:p w14:paraId="2439F205" w14:textId="77777777" w:rsidR="006633E6" w:rsidRPr="00DD198D" w:rsidRDefault="00000000">
      <w:pPr>
        <w:ind w:firstLine="425"/>
        <w:jc w:val="both"/>
        <w:rPr>
          <w:lang w:val="pt-PT"/>
        </w:rPr>
      </w:pPr>
      <w:r w:rsidRPr="00DD198D">
        <w:rPr>
          <w:color w:val="000000"/>
          <w:lang w:val="pt-PT"/>
        </w:rPr>
        <w:lastRenderedPageBreak/>
        <w:t>(3) Operatorul stației/instalațiilor de tratare mecano-biologică va detalia în procedurile operaționale proprii modul de valorificare a deșeurilor/materialelor rezultate, astfel încât cantitatea de deșeuri trimisă la depozit să fie minimă, iar ținta de deviere de la depozitare prevăzută de actele normative incidente să fie atinsă.</w:t>
      </w:r>
    </w:p>
    <w:p w14:paraId="5E066D40" w14:textId="77777777" w:rsidR="006633E6" w:rsidRPr="00DD198D" w:rsidRDefault="00000000">
      <w:pPr>
        <w:keepNext/>
        <w:spacing w:before="120"/>
        <w:rPr>
          <w:lang w:val="pt-PT"/>
        </w:rPr>
      </w:pPr>
      <w:r w:rsidRPr="00DD198D">
        <w:rPr>
          <w:b/>
          <w:color w:val="000000"/>
          <w:lang w:val="pt-PT"/>
        </w:rPr>
        <w:t>ART. 51</w:t>
      </w:r>
    </w:p>
    <w:p w14:paraId="379A1C5F" w14:textId="77777777" w:rsidR="006633E6" w:rsidRPr="00DD198D" w:rsidRDefault="00000000">
      <w:pPr>
        <w:ind w:firstLine="425"/>
        <w:jc w:val="both"/>
        <w:rPr>
          <w:lang w:val="pt-PT"/>
        </w:rPr>
      </w:pPr>
      <w:r w:rsidRPr="00DD198D">
        <w:rPr>
          <w:color w:val="000000"/>
          <w:lang w:val="pt-PT"/>
        </w:rPr>
        <w:t>(1) Spațiile în care se desfășoară activitatea de tratare mecano-biologică trebuie să îndeplinească cel puțin condițiile tehnice prevăzute în caietul de sarcini, pe care operatorii sunt obligați să le mențină pe toată perioada în care prestează activitatea.</w:t>
      </w:r>
    </w:p>
    <w:p w14:paraId="2E3F4679" w14:textId="77777777" w:rsidR="006633E6" w:rsidRPr="00DD198D" w:rsidRDefault="00000000">
      <w:pPr>
        <w:ind w:firstLine="425"/>
        <w:jc w:val="both"/>
        <w:rPr>
          <w:lang w:val="pt-PT"/>
        </w:rPr>
      </w:pPr>
      <w:r w:rsidRPr="00DD198D">
        <w:rPr>
          <w:color w:val="000000"/>
          <w:lang w:val="pt-PT"/>
        </w:rPr>
        <w:t>(2) Pentru protecția și prevenirea poluării solului, toate suprafețele din cadrul stației de tratare mecano-biologică trebuie să fie betonate.</w:t>
      </w:r>
    </w:p>
    <w:p w14:paraId="4C7F6141" w14:textId="77777777" w:rsidR="006633E6" w:rsidRPr="00DD198D" w:rsidRDefault="00000000">
      <w:pPr>
        <w:ind w:firstLine="425"/>
        <w:jc w:val="both"/>
        <w:rPr>
          <w:lang w:val="pt-PT"/>
        </w:rPr>
      </w:pPr>
      <w:r w:rsidRPr="00DD198D">
        <w:rPr>
          <w:color w:val="000000"/>
          <w:lang w:val="pt-PT"/>
        </w:rPr>
        <w:t>(3) Apele uzate rezultate din procesele de tratare biologică sunt colectate și gestionate de către operator conform prevederilor din autorizația de gospodărire a apelor.</w:t>
      </w:r>
    </w:p>
    <w:p w14:paraId="4DC2D786" w14:textId="77777777" w:rsidR="006633E6" w:rsidRPr="00DD198D" w:rsidRDefault="00000000">
      <w:pPr>
        <w:keepNext/>
        <w:spacing w:before="120"/>
        <w:rPr>
          <w:lang w:val="pt-PT"/>
        </w:rPr>
      </w:pPr>
      <w:r w:rsidRPr="00DD198D">
        <w:rPr>
          <w:b/>
          <w:color w:val="000000"/>
          <w:lang w:val="pt-PT"/>
        </w:rPr>
        <w:t>ART. 52</w:t>
      </w:r>
    </w:p>
    <w:p w14:paraId="46D31283" w14:textId="77777777" w:rsidR="006633E6" w:rsidRPr="00DD198D" w:rsidRDefault="00000000">
      <w:pPr>
        <w:ind w:firstLine="425"/>
        <w:jc w:val="both"/>
        <w:rPr>
          <w:lang w:val="pt-PT"/>
        </w:rPr>
      </w:pPr>
      <w:r w:rsidRPr="00DD198D">
        <w:rPr>
          <w:color w:val="000000"/>
          <w:lang w:val="pt-PT"/>
        </w:rPr>
        <w:t>(1) Operatorul instalațiilor/stației de tratare mecano-biologică va întocmi și gestiona o bază de date, cu cel puțin următoarele informații:</w:t>
      </w:r>
    </w:p>
    <w:p w14:paraId="2A79F579" w14:textId="77777777" w:rsidR="006633E6" w:rsidRPr="00DD198D" w:rsidRDefault="00000000">
      <w:pPr>
        <w:ind w:left="425"/>
        <w:jc w:val="both"/>
        <w:rPr>
          <w:lang w:val="pt-PT"/>
        </w:rPr>
      </w:pPr>
      <w:r w:rsidRPr="00DD198D">
        <w:rPr>
          <w:color w:val="000000"/>
          <w:lang w:val="pt-PT"/>
        </w:rPr>
        <w:t>a) denumirea operatorului de la care preia deșeurile reziduale, sursa/unitatea administrativ-teritorială din care provin deșeurile, numărul de înmatriculare al autovehiculului cu care se efectuează transportul, cantitatea de deșeuri recepționată pe fiecare transport;</w:t>
      </w:r>
    </w:p>
    <w:p w14:paraId="23CADA2E" w14:textId="77777777" w:rsidR="006633E6" w:rsidRPr="00DD198D" w:rsidRDefault="00000000">
      <w:pPr>
        <w:ind w:left="425"/>
        <w:jc w:val="both"/>
        <w:rPr>
          <w:lang w:val="it-CH"/>
        </w:rPr>
      </w:pPr>
      <w:r w:rsidRPr="00DD198D">
        <w:rPr>
          <w:color w:val="000000"/>
          <w:lang w:val="it-CH"/>
        </w:rPr>
        <w:t>b) cantitatea totală de deșeuri reziduale recepționată, de la fiecare operator;</w:t>
      </w:r>
    </w:p>
    <w:p w14:paraId="3820EB88" w14:textId="77777777" w:rsidR="006633E6" w:rsidRPr="00DD198D" w:rsidRDefault="00000000">
      <w:pPr>
        <w:ind w:left="425"/>
        <w:jc w:val="both"/>
        <w:rPr>
          <w:lang w:val="it-CH"/>
        </w:rPr>
      </w:pPr>
      <w:r w:rsidRPr="00DD198D">
        <w:rPr>
          <w:color w:val="000000"/>
          <w:lang w:val="it-CH"/>
        </w:rPr>
        <w:t>c) cantitatea de deșeuri reciclabile rezultată din tratarea mecanică a deșeurilor reziduale;</w:t>
      </w:r>
    </w:p>
    <w:p w14:paraId="61F88B8F" w14:textId="77777777" w:rsidR="006633E6" w:rsidRPr="00DD198D" w:rsidRDefault="00000000">
      <w:pPr>
        <w:ind w:left="425"/>
        <w:jc w:val="both"/>
        <w:rPr>
          <w:lang w:val="it-CH"/>
        </w:rPr>
      </w:pPr>
      <w:r w:rsidRPr="00DD198D">
        <w:rPr>
          <w:color w:val="000000"/>
          <w:lang w:val="it-CH"/>
        </w:rPr>
        <w:t>d) producția de biogaz și cantitatea de digestat rezultată din tratarea anaerobă a fracției biologice, dacă este cazul;</w:t>
      </w:r>
    </w:p>
    <w:p w14:paraId="170ECDE9" w14:textId="77777777" w:rsidR="006633E6" w:rsidRPr="00DD198D" w:rsidRDefault="00000000">
      <w:pPr>
        <w:ind w:left="425"/>
        <w:jc w:val="both"/>
        <w:rPr>
          <w:lang w:val="it-CH"/>
        </w:rPr>
      </w:pPr>
      <w:r w:rsidRPr="00DD198D">
        <w:rPr>
          <w:color w:val="000000"/>
          <w:lang w:val="it-CH"/>
        </w:rPr>
        <w:t>e) cantitatea de CLO transportată la depozitul de deșeuri și/sau utilizată ca material de rambleiere;</w:t>
      </w:r>
    </w:p>
    <w:p w14:paraId="2DFE18C5" w14:textId="77777777" w:rsidR="006633E6" w:rsidRPr="00DD198D" w:rsidRDefault="00000000">
      <w:pPr>
        <w:ind w:left="425"/>
        <w:jc w:val="both"/>
        <w:rPr>
          <w:lang w:val="it-CH"/>
        </w:rPr>
      </w:pPr>
      <w:r w:rsidRPr="00DD198D">
        <w:rPr>
          <w:color w:val="000000"/>
          <w:lang w:val="it-CH"/>
        </w:rPr>
        <w:t>f) cantitatea de reziduuri transportată pentru eliminare la depozit și/sau la instalațiile de valorificare energetică;</w:t>
      </w:r>
    </w:p>
    <w:p w14:paraId="08090F18" w14:textId="77777777" w:rsidR="006633E6" w:rsidRPr="00DD198D" w:rsidRDefault="00000000">
      <w:pPr>
        <w:ind w:left="425"/>
        <w:jc w:val="both"/>
        <w:rPr>
          <w:lang w:val="it-CH"/>
        </w:rPr>
      </w:pPr>
      <w:r w:rsidRPr="00DD198D">
        <w:rPr>
          <w:color w:val="000000"/>
          <w:lang w:val="it-CH"/>
        </w:rPr>
        <w:t>g) cantitatea de RDF și/sau SRF încredințată operatorilor instalațiilor de incinerare și coincinerare, dacă este cazul;</w:t>
      </w:r>
    </w:p>
    <w:p w14:paraId="5E94B0CF" w14:textId="77777777" w:rsidR="006633E6" w:rsidRPr="00DD198D" w:rsidRDefault="00000000">
      <w:pPr>
        <w:ind w:firstLine="425"/>
        <w:jc w:val="both"/>
        <w:rPr>
          <w:lang w:val="it-CH"/>
        </w:rPr>
      </w:pPr>
      <w:r w:rsidRPr="00DD198D">
        <w:rPr>
          <w:color w:val="000000"/>
          <w:lang w:val="it-CH"/>
        </w:rPr>
        <w:t>(2) Operatorul are obligația să ia măsuri pentru evitarea formării de stocuri de deșeuri, RDF, SRF, CLO, precum și de reziduuri, care ar putea genera fenomene de poluare a mediului sau să prezinte riscuri de producere incendii.</w:t>
      </w:r>
    </w:p>
    <w:p w14:paraId="094FCBAC" w14:textId="77777777" w:rsidR="006633E6" w:rsidRPr="00DD198D" w:rsidRDefault="00000000">
      <w:pPr>
        <w:keepNext/>
        <w:spacing w:before="120"/>
        <w:rPr>
          <w:lang w:val="pt-PT"/>
        </w:rPr>
      </w:pPr>
      <w:r w:rsidRPr="00DD198D">
        <w:rPr>
          <w:b/>
          <w:color w:val="000000"/>
          <w:lang w:val="pt-PT"/>
        </w:rPr>
        <w:t>ART. 53</w:t>
      </w:r>
    </w:p>
    <w:p w14:paraId="55452A20" w14:textId="77777777" w:rsidR="006633E6" w:rsidRPr="00DD198D" w:rsidRDefault="00000000">
      <w:pPr>
        <w:jc w:val="both"/>
        <w:rPr>
          <w:lang w:val="pt-PT"/>
        </w:rPr>
      </w:pPr>
      <w:r w:rsidRPr="00DD198D">
        <w:rPr>
          <w:color w:val="000000"/>
          <w:lang w:val="pt-PT"/>
        </w:rPr>
        <w:t>Prevederile prezentei secțiuni se aplică inclusiv pentru activitatea de tratare mecano-biologică realizată prin intermediul instalațiilor de tratare mecano-biologică din cadrul instalațiilor integrate de tratare a deșeurilor.</w:t>
      </w:r>
    </w:p>
    <w:p w14:paraId="596DE0A5" w14:textId="77777777" w:rsidR="006633E6" w:rsidRPr="00DD198D" w:rsidRDefault="00000000">
      <w:pPr>
        <w:keepNext/>
        <w:spacing w:before="200" w:after="120"/>
        <w:jc w:val="center"/>
        <w:rPr>
          <w:lang w:val="pt-PT"/>
        </w:rPr>
      </w:pPr>
      <w:r w:rsidRPr="00DD198D">
        <w:rPr>
          <w:b/>
          <w:color w:val="000000"/>
          <w:lang w:val="pt-PT"/>
        </w:rPr>
        <w:t>SECȚIUNEA a 6-a Tratarea aerobă a biodeșeurilor colectate separat în instalații de compostare</w:t>
      </w:r>
    </w:p>
    <w:p w14:paraId="674FFDAB" w14:textId="77777777" w:rsidR="006633E6" w:rsidRPr="00DD198D" w:rsidRDefault="00000000">
      <w:pPr>
        <w:keepNext/>
        <w:spacing w:before="120"/>
        <w:rPr>
          <w:lang w:val="pt-PT"/>
        </w:rPr>
      </w:pPr>
      <w:r w:rsidRPr="00DD198D">
        <w:rPr>
          <w:b/>
          <w:color w:val="000000"/>
          <w:lang w:val="pt-PT"/>
        </w:rPr>
        <w:t>ART. 54</w:t>
      </w:r>
    </w:p>
    <w:p w14:paraId="02C38043" w14:textId="77777777" w:rsidR="006633E6" w:rsidRPr="00DD198D" w:rsidRDefault="00000000">
      <w:pPr>
        <w:ind w:firstLine="425"/>
        <w:jc w:val="both"/>
        <w:rPr>
          <w:lang w:val="pt-PT"/>
        </w:rPr>
      </w:pPr>
      <w:r w:rsidRPr="00DD198D">
        <w:rPr>
          <w:color w:val="000000"/>
          <w:lang w:val="pt-PT"/>
        </w:rPr>
        <w:t>(1) În cadrul stației/instalației de compostare se acceptă numai biodeșeurile colectate separat.</w:t>
      </w:r>
    </w:p>
    <w:p w14:paraId="211C367A" w14:textId="77777777" w:rsidR="006633E6" w:rsidRPr="00DD198D" w:rsidRDefault="00000000">
      <w:pPr>
        <w:ind w:firstLine="425"/>
        <w:jc w:val="both"/>
        <w:rPr>
          <w:lang w:val="pt-PT"/>
        </w:rPr>
      </w:pPr>
      <w:r w:rsidRPr="00DD198D">
        <w:rPr>
          <w:color w:val="000000"/>
          <w:lang w:val="pt-PT"/>
        </w:rPr>
        <w:t>(2) Din tratarea aerobă a biodeșeurilor rezultă compost care poate fi introdus pe piață și/sau utilizat ca fertilizant în agricultură și la ameliorarea solurilor, în conformitate cu categoriile de folosință prevăzute în Legea nr. 181/2020.</w:t>
      </w:r>
    </w:p>
    <w:p w14:paraId="52629946" w14:textId="77777777" w:rsidR="006633E6" w:rsidRPr="00DD198D" w:rsidRDefault="00000000">
      <w:pPr>
        <w:ind w:firstLine="425"/>
        <w:jc w:val="both"/>
        <w:rPr>
          <w:lang w:val="pt-PT"/>
        </w:rPr>
      </w:pPr>
      <w:r w:rsidRPr="00DD198D">
        <w:rPr>
          <w:color w:val="000000"/>
          <w:lang w:val="pt-PT"/>
        </w:rPr>
        <w:lastRenderedPageBreak/>
        <w:t>(3) Materialul care în urma procesului de compostare nu îndeplinește cerințele categoriilor de folosință poate fi supus din nou compostării. Dacă după repetarea operațiunii acesta este neconform, este eliminat în conformitate cu legislația de mediu.</w:t>
      </w:r>
    </w:p>
    <w:p w14:paraId="2B9EF0B1" w14:textId="77777777" w:rsidR="006633E6" w:rsidRPr="00DD198D" w:rsidRDefault="00000000">
      <w:pPr>
        <w:keepNext/>
        <w:spacing w:before="120"/>
        <w:rPr>
          <w:lang w:val="pt-PT"/>
        </w:rPr>
      </w:pPr>
      <w:r w:rsidRPr="00DD198D">
        <w:rPr>
          <w:b/>
          <w:color w:val="000000"/>
          <w:lang w:val="pt-PT"/>
        </w:rPr>
        <w:t>ART. 55</w:t>
      </w:r>
    </w:p>
    <w:p w14:paraId="0B847D1D" w14:textId="77777777" w:rsidR="006633E6" w:rsidRPr="00DD198D" w:rsidRDefault="00000000">
      <w:pPr>
        <w:ind w:firstLine="425"/>
        <w:jc w:val="both"/>
        <w:rPr>
          <w:lang w:val="pt-PT"/>
        </w:rPr>
      </w:pPr>
      <w:r w:rsidRPr="00DD198D">
        <w:rPr>
          <w:color w:val="000000"/>
          <w:lang w:val="pt-PT"/>
        </w:rPr>
        <w:t>(1) Operatorul stației/instalației de compostare va întocmi și gestiona o bază de date, cu cel puțin următoarele informații:</w:t>
      </w:r>
    </w:p>
    <w:p w14:paraId="74C06799" w14:textId="77777777" w:rsidR="006633E6" w:rsidRPr="00DD198D" w:rsidRDefault="00000000">
      <w:pPr>
        <w:ind w:left="425"/>
        <w:jc w:val="both"/>
        <w:rPr>
          <w:lang w:val="pt-PT"/>
        </w:rPr>
      </w:pPr>
      <w:r w:rsidRPr="00DD198D">
        <w:rPr>
          <w:color w:val="000000"/>
          <w:lang w:val="pt-PT"/>
        </w:rPr>
        <w:t>a) denumirea operatorului de la care preia biodeșeurile, sursa/unitatea administrativ-teritorială din care provin biodeșeurile, numărul de înmatriculare al autovehiculului cu care se efectuează transportul, cantitatea de biodeșeuri recepționată pe fiecare transport;</w:t>
      </w:r>
    </w:p>
    <w:p w14:paraId="14533CEA" w14:textId="77777777" w:rsidR="006633E6" w:rsidRPr="00DD198D" w:rsidRDefault="00000000">
      <w:pPr>
        <w:ind w:left="425"/>
        <w:jc w:val="both"/>
        <w:rPr>
          <w:lang w:val="it-CH"/>
        </w:rPr>
      </w:pPr>
      <w:r w:rsidRPr="00DD198D">
        <w:rPr>
          <w:color w:val="000000"/>
          <w:lang w:val="it-CH"/>
        </w:rPr>
        <w:t>b) cantitatea totală de biodeșeuri recepționată, de la fiecare operator;</w:t>
      </w:r>
    </w:p>
    <w:p w14:paraId="585498E0" w14:textId="77777777" w:rsidR="006633E6" w:rsidRPr="00DD198D" w:rsidRDefault="00000000">
      <w:pPr>
        <w:ind w:left="425"/>
        <w:jc w:val="both"/>
        <w:rPr>
          <w:lang w:val="it-CH"/>
        </w:rPr>
      </w:pPr>
      <w:r w:rsidRPr="00DD198D">
        <w:rPr>
          <w:color w:val="000000"/>
          <w:lang w:val="it-CH"/>
        </w:rPr>
        <w:t>c) cantitățile de compost rezultate, pe categorii de folosință;</w:t>
      </w:r>
    </w:p>
    <w:p w14:paraId="4079A83C" w14:textId="77777777" w:rsidR="006633E6" w:rsidRPr="00DD198D" w:rsidRDefault="00000000">
      <w:pPr>
        <w:ind w:left="425"/>
        <w:jc w:val="both"/>
        <w:rPr>
          <w:lang w:val="it-CH"/>
        </w:rPr>
      </w:pPr>
      <w:r w:rsidRPr="00DD198D">
        <w:rPr>
          <w:color w:val="000000"/>
          <w:lang w:val="it-CH"/>
        </w:rPr>
        <w:t>d) cantitatea de reziduuri rezultată din procesul de compostare;</w:t>
      </w:r>
    </w:p>
    <w:p w14:paraId="1637DDFE" w14:textId="77777777" w:rsidR="006633E6" w:rsidRPr="00DD198D" w:rsidRDefault="00000000">
      <w:pPr>
        <w:ind w:left="425"/>
        <w:jc w:val="both"/>
        <w:rPr>
          <w:lang w:val="it-CH"/>
        </w:rPr>
      </w:pPr>
      <w:r w:rsidRPr="00DD198D">
        <w:rPr>
          <w:color w:val="000000"/>
          <w:lang w:val="it-CH"/>
        </w:rPr>
        <w:t>e) cantitățile de compost introduse pe piață și/sau utilizate în agricultură;</w:t>
      </w:r>
    </w:p>
    <w:p w14:paraId="784C04BB" w14:textId="77777777" w:rsidR="006633E6" w:rsidRPr="00DD198D" w:rsidRDefault="00000000">
      <w:pPr>
        <w:ind w:left="425"/>
        <w:jc w:val="both"/>
        <w:rPr>
          <w:lang w:val="it-CH"/>
        </w:rPr>
      </w:pPr>
      <w:r w:rsidRPr="00DD198D">
        <w:rPr>
          <w:color w:val="000000"/>
          <w:lang w:val="it-CH"/>
        </w:rPr>
        <w:t>f) cantitățile de reziduuri transportate pentru eliminare la depozitul de deșeuri și/sau la instalațiile de valorificare energetică.</w:t>
      </w:r>
    </w:p>
    <w:p w14:paraId="175E6143" w14:textId="77777777" w:rsidR="006633E6" w:rsidRPr="00DD198D" w:rsidRDefault="00000000">
      <w:pPr>
        <w:ind w:firstLine="425"/>
        <w:jc w:val="both"/>
        <w:rPr>
          <w:lang w:val="it-CH"/>
        </w:rPr>
      </w:pPr>
      <w:r w:rsidRPr="00DD198D">
        <w:rPr>
          <w:color w:val="000000"/>
          <w:lang w:val="it-CH"/>
        </w:rPr>
        <w:t>(2) Operatorul are obligația să ia măsuri pentru evitarea formării de stocuri de biodeșeuri, precum și de compost, care ar putea genera fenomene de poluare a mediului sau să prezinte riscuri de producere incendii.</w:t>
      </w:r>
    </w:p>
    <w:p w14:paraId="1AC60D67" w14:textId="77777777" w:rsidR="006633E6" w:rsidRPr="00DD198D" w:rsidRDefault="00000000">
      <w:pPr>
        <w:keepNext/>
        <w:spacing w:before="120"/>
        <w:rPr>
          <w:lang w:val="it-CH"/>
        </w:rPr>
      </w:pPr>
      <w:r w:rsidRPr="00DD198D">
        <w:rPr>
          <w:b/>
          <w:color w:val="000000"/>
          <w:lang w:val="it-CH"/>
        </w:rPr>
        <w:t>ART. 56</w:t>
      </w:r>
    </w:p>
    <w:p w14:paraId="3AFCD587" w14:textId="77777777" w:rsidR="006633E6" w:rsidRPr="00DD198D" w:rsidRDefault="00000000">
      <w:pPr>
        <w:jc w:val="both"/>
        <w:rPr>
          <w:lang w:val="it-CH"/>
        </w:rPr>
      </w:pPr>
      <w:r w:rsidRPr="00DD198D">
        <w:rPr>
          <w:color w:val="000000"/>
          <w:lang w:val="it-CH"/>
        </w:rPr>
        <w:t>Spațiile în care se desfășoară activitatea de tratare aerobă trebuie să îndeplinească cel puțin condițiile tehnice prevăzute în caietul de sarcini, pe care operatorii sunt obligați să le mențină pe toată perioada în care prestează activitatea.</w:t>
      </w:r>
    </w:p>
    <w:p w14:paraId="10985CDC" w14:textId="77777777" w:rsidR="006633E6" w:rsidRPr="00DD198D" w:rsidRDefault="00000000">
      <w:pPr>
        <w:keepNext/>
        <w:spacing w:before="120"/>
        <w:rPr>
          <w:lang w:val="it-CH"/>
        </w:rPr>
      </w:pPr>
      <w:r w:rsidRPr="00DD198D">
        <w:rPr>
          <w:b/>
          <w:color w:val="000000"/>
          <w:lang w:val="it-CH"/>
        </w:rPr>
        <w:t>ART. 57</w:t>
      </w:r>
    </w:p>
    <w:p w14:paraId="402F1BF8" w14:textId="77777777" w:rsidR="006633E6" w:rsidRPr="00DD198D" w:rsidRDefault="00000000">
      <w:pPr>
        <w:jc w:val="both"/>
        <w:rPr>
          <w:lang w:val="it-CH"/>
        </w:rPr>
      </w:pPr>
      <w:r w:rsidRPr="00DD198D">
        <w:rPr>
          <w:color w:val="000000"/>
          <w:lang w:val="it-CH"/>
        </w:rPr>
        <w:t>Prevederile prezentei secțiuni se aplică inclusiv pentru activitatea de tratare aerobă a biodeșeurilor colectate separat în instalațiile de compostare din cadrul instalațiilor integrate de tratare a deșeurilor.</w:t>
      </w:r>
    </w:p>
    <w:p w14:paraId="6A50CDD6" w14:textId="77777777" w:rsidR="006633E6" w:rsidRPr="00DD198D" w:rsidRDefault="00000000">
      <w:pPr>
        <w:keepNext/>
        <w:spacing w:before="200" w:after="120"/>
        <w:jc w:val="center"/>
        <w:rPr>
          <w:lang w:val="it-CH"/>
        </w:rPr>
      </w:pPr>
      <w:r w:rsidRPr="00DD198D">
        <w:rPr>
          <w:b/>
          <w:color w:val="000000"/>
          <w:lang w:val="it-CH"/>
        </w:rPr>
        <w:t>SECȚIUNEA a 7-a Tratarea anaerobă a biodeșeurilor colectate separat în instalații de digestie anaerobă</w:t>
      </w:r>
    </w:p>
    <w:p w14:paraId="38F5754A" w14:textId="77777777" w:rsidR="006633E6" w:rsidRPr="00DD198D" w:rsidRDefault="00000000">
      <w:pPr>
        <w:keepNext/>
        <w:spacing w:before="120"/>
        <w:rPr>
          <w:lang w:val="it-CH"/>
        </w:rPr>
      </w:pPr>
      <w:r w:rsidRPr="00DD198D">
        <w:rPr>
          <w:b/>
          <w:color w:val="000000"/>
          <w:lang w:val="it-CH"/>
        </w:rPr>
        <w:t>ART. 58</w:t>
      </w:r>
    </w:p>
    <w:p w14:paraId="3BA17CF6" w14:textId="77777777" w:rsidR="006633E6" w:rsidRPr="00DD198D" w:rsidRDefault="00000000">
      <w:pPr>
        <w:jc w:val="both"/>
        <w:rPr>
          <w:lang w:val="it-CH"/>
        </w:rPr>
      </w:pPr>
      <w:r w:rsidRPr="00DD198D">
        <w:rPr>
          <w:color w:val="000000"/>
          <w:lang w:val="it-CH"/>
        </w:rPr>
        <w:t>În cadrul instalațiilor de digestie anaerobă se acceptă biodeșeurile colectate separat.</w:t>
      </w:r>
    </w:p>
    <w:p w14:paraId="3D43C47B" w14:textId="77777777" w:rsidR="006633E6" w:rsidRPr="00DD198D" w:rsidRDefault="00000000">
      <w:pPr>
        <w:keepNext/>
        <w:spacing w:before="120"/>
        <w:rPr>
          <w:lang w:val="it-CH"/>
        </w:rPr>
      </w:pPr>
      <w:r w:rsidRPr="00DD198D">
        <w:rPr>
          <w:b/>
          <w:color w:val="000000"/>
          <w:lang w:val="it-CH"/>
        </w:rPr>
        <w:t>ART. 59</w:t>
      </w:r>
    </w:p>
    <w:p w14:paraId="6BD577BA" w14:textId="77777777" w:rsidR="006633E6" w:rsidRPr="00DD198D" w:rsidRDefault="00000000">
      <w:pPr>
        <w:ind w:firstLine="425"/>
        <w:jc w:val="both"/>
        <w:rPr>
          <w:lang w:val="it-CH"/>
        </w:rPr>
      </w:pPr>
      <w:r w:rsidRPr="00DD198D">
        <w:rPr>
          <w:color w:val="000000"/>
          <w:lang w:val="it-CH"/>
        </w:rPr>
        <w:t>(1) Principalele produse rezultate din tratarea anaerobă a biodeșeurilor sunt biogazul și digestatul.</w:t>
      </w:r>
    </w:p>
    <w:p w14:paraId="775EFAA0" w14:textId="77777777" w:rsidR="006633E6" w:rsidRPr="00DD198D" w:rsidRDefault="00000000">
      <w:pPr>
        <w:ind w:firstLine="425"/>
        <w:jc w:val="both"/>
        <w:rPr>
          <w:lang w:val="it-CH"/>
        </w:rPr>
      </w:pPr>
      <w:r w:rsidRPr="00DD198D">
        <w:rPr>
          <w:color w:val="000000"/>
          <w:lang w:val="it-CH"/>
        </w:rPr>
        <w:t>(2) Biogazul este utilizat, în principal, la producerea de energie electrică și/sau termică pentru acoperirea consumului propriu de energie în instalațiile de digestie anaerobă, surplusul putând fi comercializat, în condițiile legii.</w:t>
      </w:r>
    </w:p>
    <w:p w14:paraId="11C1C73C" w14:textId="77777777" w:rsidR="006633E6" w:rsidRPr="00DD198D" w:rsidRDefault="00000000">
      <w:pPr>
        <w:ind w:firstLine="425"/>
        <w:jc w:val="both"/>
        <w:rPr>
          <w:lang w:val="it-CH"/>
        </w:rPr>
      </w:pPr>
      <w:r w:rsidRPr="00DD198D">
        <w:rPr>
          <w:color w:val="000000"/>
          <w:lang w:val="it-CH"/>
        </w:rPr>
        <w:t>(3) Digestatul reprezintă substratul de material rămas după descompunerea materiei organice, în lipsa oxigenului, bogat în nutrienți și utilizat ca produs reciclat la tratarea solului și/sau ca îngrășământ în agricultură.</w:t>
      </w:r>
    </w:p>
    <w:p w14:paraId="52050D0E" w14:textId="77777777" w:rsidR="006633E6" w:rsidRPr="00DD198D" w:rsidRDefault="00000000">
      <w:pPr>
        <w:keepNext/>
        <w:spacing w:before="120"/>
        <w:rPr>
          <w:lang w:val="it-CH"/>
        </w:rPr>
      </w:pPr>
      <w:r w:rsidRPr="00DD198D">
        <w:rPr>
          <w:b/>
          <w:color w:val="000000"/>
          <w:lang w:val="it-CH"/>
        </w:rPr>
        <w:t>ART. 60</w:t>
      </w:r>
    </w:p>
    <w:p w14:paraId="26D2BE22" w14:textId="77777777" w:rsidR="006633E6" w:rsidRPr="00DD198D" w:rsidRDefault="00000000">
      <w:pPr>
        <w:ind w:firstLine="425"/>
        <w:jc w:val="both"/>
        <w:rPr>
          <w:lang w:val="it-CH"/>
        </w:rPr>
      </w:pPr>
      <w:r w:rsidRPr="00DD198D">
        <w:rPr>
          <w:color w:val="000000"/>
          <w:lang w:val="it-CH"/>
        </w:rPr>
        <w:t>(1) Operatorul instalațiilor de digestie anaerobă a biodeșeurilor va întocmi și gestiona o bază de date, cu cel puțin următoarele informații:</w:t>
      </w:r>
    </w:p>
    <w:p w14:paraId="7DD4F557" w14:textId="77777777" w:rsidR="006633E6" w:rsidRPr="00DD198D" w:rsidRDefault="00000000">
      <w:pPr>
        <w:ind w:left="425"/>
        <w:jc w:val="both"/>
        <w:rPr>
          <w:lang w:val="it-CH"/>
        </w:rPr>
      </w:pPr>
      <w:r w:rsidRPr="00DD198D">
        <w:rPr>
          <w:color w:val="000000"/>
          <w:lang w:val="it-CH"/>
        </w:rPr>
        <w:lastRenderedPageBreak/>
        <w:t>a) denumirea operatorului de la care preia biodeșeurile, sursa/unitatea administrativ-teritorială din care provin biodeșeurile, numărul de înmatriculare al autovehiculului cu care se efectuează transportul, cantitatea de biodeșeuri recepționată pe fiecare transport;</w:t>
      </w:r>
    </w:p>
    <w:p w14:paraId="6DD50662" w14:textId="77777777" w:rsidR="006633E6" w:rsidRPr="00DD198D" w:rsidRDefault="00000000">
      <w:pPr>
        <w:ind w:left="425"/>
        <w:jc w:val="both"/>
        <w:rPr>
          <w:lang w:val="it-CH"/>
        </w:rPr>
      </w:pPr>
      <w:r w:rsidRPr="00DD198D">
        <w:rPr>
          <w:color w:val="000000"/>
          <w:lang w:val="it-CH"/>
        </w:rPr>
        <w:t>b) cantitatea totală de biodeșeuri recepționată, de la fiecare operator;</w:t>
      </w:r>
    </w:p>
    <w:p w14:paraId="2062E081" w14:textId="77777777" w:rsidR="006633E6" w:rsidRPr="00DD198D" w:rsidRDefault="00000000">
      <w:pPr>
        <w:ind w:left="425"/>
        <w:jc w:val="both"/>
        <w:rPr>
          <w:lang w:val="pt-PT"/>
        </w:rPr>
      </w:pPr>
      <w:r w:rsidRPr="00DD198D">
        <w:rPr>
          <w:color w:val="000000"/>
          <w:lang w:val="pt-PT"/>
        </w:rPr>
        <w:t>c) producția de biogaz rezultată;</w:t>
      </w:r>
    </w:p>
    <w:p w14:paraId="0C4B74EE" w14:textId="77777777" w:rsidR="006633E6" w:rsidRPr="00DD198D" w:rsidRDefault="00000000">
      <w:pPr>
        <w:ind w:left="425"/>
        <w:jc w:val="both"/>
        <w:rPr>
          <w:lang w:val="pt-PT"/>
        </w:rPr>
      </w:pPr>
      <w:r w:rsidRPr="00DD198D">
        <w:rPr>
          <w:color w:val="000000"/>
          <w:lang w:val="pt-PT"/>
        </w:rPr>
        <w:t>d) producția de energie electrică și/sau termică;</w:t>
      </w:r>
    </w:p>
    <w:p w14:paraId="45D18D8D" w14:textId="77777777" w:rsidR="006633E6" w:rsidRPr="00DD198D" w:rsidRDefault="00000000">
      <w:pPr>
        <w:ind w:left="425"/>
        <w:jc w:val="both"/>
        <w:rPr>
          <w:lang w:val="pt-PT"/>
        </w:rPr>
      </w:pPr>
      <w:r w:rsidRPr="00DD198D">
        <w:rPr>
          <w:color w:val="000000"/>
          <w:lang w:val="pt-PT"/>
        </w:rPr>
        <w:t>e) energia electrică și/sau termică comercializată, dacă este cazul;</w:t>
      </w:r>
    </w:p>
    <w:p w14:paraId="133031D1" w14:textId="77777777" w:rsidR="006633E6" w:rsidRPr="00DD198D" w:rsidRDefault="00000000">
      <w:pPr>
        <w:ind w:left="425"/>
        <w:jc w:val="both"/>
        <w:rPr>
          <w:lang w:val="pt-PT"/>
        </w:rPr>
      </w:pPr>
      <w:r w:rsidRPr="00DD198D">
        <w:rPr>
          <w:color w:val="000000"/>
          <w:lang w:val="pt-PT"/>
        </w:rPr>
        <w:t>f) cantitățile de digestat rezultate, pe categorii de folosință;</w:t>
      </w:r>
    </w:p>
    <w:p w14:paraId="3AF3DF5D" w14:textId="77777777" w:rsidR="006633E6" w:rsidRPr="00DD198D" w:rsidRDefault="00000000">
      <w:pPr>
        <w:ind w:left="425"/>
        <w:jc w:val="both"/>
        <w:rPr>
          <w:lang w:val="pt-PT"/>
        </w:rPr>
      </w:pPr>
      <w:r w:rsidRPr="00DD198D">
        <w:rPr>
          <w:color w:val="000000"/>
          <w:lang w:val="pt-PT"/>
        </w:rPr>
        <w:t>g) cantitățile de digestat încredințate pentru a fi utilizate în agricultură și/sau pentru tratarea solului;</w:t>
      </w:r>
    </w:p>
    <w:p w14:paraId="38CCD4B8" w14:textId="77777777" w:rsidR="006633E6" w:rsidRPr="00DD198D" w:rsidRDefault="00000000">
      <w:pPr>
        <w:ind w:left="425"/>
        <w:jc w:val="both"/>
        <w:rPr>
          <w:lang w:val="pt-PT"/>
        </w:rPr>
      </w:pPr>
      <w:r w:rsidRPr="00DD198D">
        <w:rPr>
          <w:color w:val="000000"/>
          <w:lang w:val="pt-PT"/>
        </w:rPr>
        <w:t>h) cantitatea de reziduuri rezultată din procesul de digestie anaerobă;</w:t>
      </w:r>
    </w:p>
    <w:p w14:paraId="250959D5" w14:textId="77777777" w:rsidR="006633E6" w:rsidRPr="00DD198D" w:rsidRDefault="00000000">
      <w:pPr>
        <w:ind w:left="425"/>
        <w:jc w:val="both"/>
        <w:rPr>
          <w:lang w:val="pt-PT"/>
        </w:rPr>
      </w:pPr>
      <w:r w:rsidRPr="00DD198D">
        <w:rPr>
          <w:color w:val="000000"/>
          <w:lang w:val="pt-PT"/>
        </w:rPr>
        <w:t>i) cantitățile de reziduuri transportate pentru eliminare la depozitul de deșeuri și/sau la instalațiile de valorificare energetică.</w:t>
      </w:r>
    </w:p>
    <w:p w14:paraId="72C802B0" w14:textId="77777777" w:rsidR="006633E6" w:rsidRPr="00DD198D" w:rsidRDefault="00000000">
      <w:pPr>
        <w:ind w:firstLine="425"/>
        <w:jc w:val="both"/>
        <w:rPr>
          <w:lang w:val="pt-PT"/>
        </w:rPr>
      </w:pPr>
      <w:r w:rsidRPr="00DD198D">
        <w:rPr>
          <w:color w:val="000000"/>
          <w:lang w:val="pt-PT"/>
        </w:rPr>
        <w:t>(2) Operatorul are obligația să ia măsuri pentru evitarea formării de stocuri de biodeșeuri, precum și de digestat, care ar putea genera fenomene de poluare a mediului sau să prezinte riscuri de producere incendii.</w:t>
      </w:r>
    </w:p>
    <w:p w14:paraId="7E1C109F" w14:textId="77777777" w:rsidR="006633E6" w:rsidRPr="00DD198D" w:rsidRDefault="00000000">
      <w:pPr>
        <w:keepNext/>
        <w:spacing w:before="120"/>
        <w:rPr>
          <w:lang w:val="pt-PT"/>
        </w:rPr>
      </w:pPr>
      <w:r w:rsidRPr="00DD198D">
        <w:rPr>
          <w:b/>
          <w:color w:val="000000"/>
          <w:lang w:val="pt-PT"/>
        </w:rPr>
        <w:t>ART. 61</w:t>
      </w:r>
    </w:p>
    <w:p w14:paraId="15B6992D" w14:textId="77777777" w:rsidR="006633E6" w:rsidRPr="00DD198D" w:rsidRDefault="00000000">
      <w:pPr>
        <w:jc w:val="both"/>
        <w:rPr>
          <w:lang w:val="pt-PT"/>
        </w:rPr>
      </w:pPr>
      <w:r w:rsidRPr="00DD198D">
        <w:rPr>
          <w:color w:val="000000"/>
          <w:lang w:val="pt-PT"/>
        </w:rPr>
        <w:t>Spațiile în care se desfășoară activitatea de tratare anaerobă trebuie să îndeplinească cel puțin condițiile tehnice prevăzute în caietul de sarcini, pe care operatorii sunt obligați să le mențină pe toată perioada în care prestează activitatea.</w:t>
      </w:r>
    </w:p>
    <w:p w14:paraId="191F1F1A" w14:textId="77777777" w:rsidR="006633E6" w:rsidRPr="00DD198D" w:rsidRDefault="00000000">
      <w:pPr>
        <w:keepNext/>
        <w:spacing w:before="120"/>
        <w:rPr>
          <w:lang w:val="pt-PT"/>
        </w:rPr>
      </w:pPr>
      <w:r w:rsidRPr="00DD198D">
        <w:rPr>
          <w:b/>
          <w:color w:val="000000"/>
          <w:lang w:val="pt-PT"/>
        </w:rPr>
        <w:t>ART. 62</w:t>
      </w:r>
    </w:p>
    <w:p w14:paraId="59F8F46C" w14:textId="77777777" w:rsidR="006633E6" w:rsidRPr="00DD198D" w:rsidRDefault="00000000">
      <w:pPr>
        <w:jc w:val="both"/>
        <w:rPr>
          <w:lang w:val="pt-PT"/>
        </w:rPr>
      </w:pPr>
      <w:r w:rsidRPr="00DD198D">
        <w:rPr>
          <w:color w:val="000000"/>
          <w:lang w:val="pt-PT"/>
        </w:rPr>
        <w:t>Prevederile prezentei secțiuni se aplică inclusiv pentru activitatea de tratare anaerobă a biodeșeurilor colectate separat în instalațiile de digestie anaerobă din cadrul instalațiilor integrate de tratare a deșeurilor.</w:t>
      </w:r>
    </w:p>
    <w:p w14:paraId="3EC5B41E" w14:textId="77777777" w:rsidR="006633E6" w:rsidRPr="00DD198D" w:rsidRDefault="00000000">
      <w:pPr>
        <w:keepNext/>
        <w:spacing w:before="200" w:after="120"/>
        <w:jc w:val="center"/>
        <w:rPr>
          <w:lang w:val="pt-PT"/>
        </w:rPr>
      </w:pPr>
      <w:r w:rsidRPr="00DD198D">
        <w:rPr>
          <w:b/>
          <w:color w:val="000000"/>
          <w:lang w:val="pt-PT"/>
        </w:rPr>
        <w:t>SECȚIUNEA a 8-a Tratarea deșeurilor municipale cu potențial energetic în instalații de incinerare cu eficiență energetică ridicată</w:t>
      </w:r>
    </w:p>
    <w:p w14:paraId="419BB76B" w14:textId="77777777" w:rsidR="006633E6" w:rsidRPr="00DD198D" w:rsidRDefault="00000000">
      <w:pPr>
        <w:keepNext/>
        <w:spacing w:before="120"/>
        <w:rPr>
          <w:lang w:val="pt-PT"/>
        </w:rPr>
      </w:pPr>
      <w:r w:rsidRPr="00DD198D">
        <w:rPr>
          <w:b/>
          <w:color w:val="000000"/>
          <w:lang w:val="pt-PT"/>
        </w:rPr>
        <w:t>ART. 63</w:t>
      </w:r>
    </w:p>
    <w:p w14:paraId="0DD85984" w14:textId="77777777" w:rsidR="006633E6" w:rsidRPr="00DD198D" w:rsidRDefault="00000000">
      <w:pPr>
        <w:ind w:firstLine="425"/>
        <w:jc w:val="both"/>
        <w:rPr>
          <w:lang w:val="pt-PT"/>
        </w:rPr>
      </w:pPr>
      <w:r w:rsidRPr="00DD198D">
        <w:rPr>
          <w:color w:val="000000"/>
          <w:lang w:val="pt-PT"/>
        </w:rPr>
        <w:t>(1) Instalațiile de incinerare cu eficiență energetică ridicată sunt instalații de incinerare cu un randament energetic egal sau mai mare decât 0,65, destinate în principal tratării deșeurilor municipale solide și clasificate la operațiunea de valorificare RI din anexa nr. 3 la Ordonanța de urgență a Guvernului nr. 92/2021, cu modificările și completările ulterioare.</w:t>
      </w:r>
    </w:p>
    <w:p w14:paraId="3FEEE808" w14:textId="77777777" w:rsidR="006633E6" w:rsidRPr="00DD198D" w:rsidRDefault="00000000">
      <w:pPr>
        <w:ind w:firstLine="425"/>
        <w:jc w:val="both"/>
        <w:rPr>
          <w:lang w:val="pt-PT"/>
        </w:rPr>
      </w:pPr>
      <w:r w:rsidRPr="00DD198D">
        <w:rPr>
          <w:color w:val="000000"/>
          <w:lang w:val="pt-PT"/>
        </w:rPr>
        <w:t>(2) Operatorul instalațiilor de incinerare a deșeurilor municipale are obligația să dețină, în termen de valabilitate, toate autorizațiile necesare prestării activității, prevăzute de legislația în vigoare, în special, cu privire la autorizația/autorizația integrată de mediu, precum și să obțină licența pentru prestarea activității, în termen de cel mult 90 de zile de la data semnării contractului de delegare cu unitatea administrativ-teritorială/asociația de dezvoltare intercomunitară, în conformitate cu prevederile Regulamentului privind acordarea licențelor în domeniul serviciilor de utilități publice aflate în sfera de reglementare a Autorității Naționale de Reglementare pentru Serviciile Comunitare de Utilități Publice, aprobat prin Ordinul președintelui ANRSC nr.100/2023, cu modificările ulterioare.</w:t>
      </w:r>
    </w:p>
    <w:p w14:paraId="4B4854E5" w14:textId="77777777" w:rsidR="006633E6" w:rsidRPr="00DD198D" w:rsidRDefault="00000000">
      <w:pPr>
        <w:ind w:firstLine="425"/>
        <w:jc w:val="both"/>
        <w:rPr>
          <w:lang w:val="pt-PT"/>
        </w:rPr>
      </w:pPr>
      <w:r w:rsidRPr="00DD198D">
        <w:rPr>
          <w:color w:val="000000"/>
          <w:lang w:val="pt-PT"/>
        </w:rPr>
        <w:lastRenderedPageBreak/>
        <w:t>(3) Operatorul are obligația să accepte la incinerare numai deșeurile municipale provenite de pe raza unităților administrativ-teritoriale care i-au atribuit, prin contractul de delegare, activitatea de tratare a deșeurilor municipale cu potențial energetic în instalații de incinerare cu eficiență.</w:t>
      </w:r>
    </w:p>
    <w:p w14:paraId="30EDB4CD" w14:textId="77777777" w:rsidR="006633E6" w:rsidRPr="00DD198D" w:rsidRDefault="00000000">
      <w:pPr>
        <w:keepNext/>
        <w:spacing w:before="120"/>
        <w:rPr>
          <w:lang w:val="pt-PT"/>
        </w:rPr>
      </w:pPr>
      <w:r w:rsidRPr="00DD198D">
        <w:rPr>
          <w:b/>
          <w:color w:val="000000"/>
          <w:lang w:val="pt-PT"/>
        </w:rPr>
        <w:t>ART. 64</w:t>
      </w:r>
    </w:p>
    <w:p w14:paraId="2A3DED9F" w14:textId="77777777" w:rsidR="006633E6" w:rsidRPr="00DD198D" w:rsidRDefault="00000000">
      <w:pPr>
        <w:jc w:val="both"/>
        <w:rPr>
          <w:lang w:val="pt-PT"/>
        </w:rPr>
      </w:pPr>
      <w:r w:rsidRPr="00DD198D">
        <w:rPr>
          <w:color w:val="000000"/>
          <w:lang w:val="pt-PT"/>
        </w:rPr>
        <w:t>Înainte de acceptarea deșeurilor municipale în instalațiile de incinerare, operatorul are obligația să culeagă informații și să cunoască:</w:t>
      </w:r>
    </w:p>
    <w:p w14:paraId="24D1BBBD" w14:textId="77777777" w:rsidR="006633E6" w:rsidRPr="00DD198D" w:rsidRDefault="00000000">
      <w:pPr>
        <w:ind w:left="425"/>
        <w:jc w:val="both"/>
        <w:rPr>
          <w:lang w:val="pt-PT"/>
        </w:rPr>
      </w:pPr>
      <w:r w:rsidRPr="00DD198D">
        <w:rPr>
          <w:color w:val="000000"/>
          <w:lang w:val="pt-PT"/>
        </w:rPr>
        <w:t>a) compoziția fizică și, în măsura posibilului, compoziția chimică a deșeurilor care urmează a fi primite din fiecare unitate administrativ-teritorială/zonă de colectare;</w:t>
      </w:r>
    </w:p>
    <w:p w14:paraId="1D1C065F" w14:textId="77777777" w:rsidR="006633E6" w:rsidRPr="00DD198D" w:rsidRDefault="00000000">
      <w:pPr>
        <w:ind w:left="425"/>
        <w:jc w:val="both"/>
        <w:rPr>
          <w:lang w:val="pt-PT"/>
        </w:rPr>
      </w:pPr>
      <w:r w:rsidRPr="00DD198D">
        <w:rPr>
          <w:color w:val="000000"/>
          <w:lang w:val="pt-PT"/>
        </w:rPr>
        <w:t>b) caracteristicile periculoase ale deșeurilor municipale ce urmează a fi recepționate, substanțele cu care acestea nu pot fi amestecate și măsurile de precauție/prevenire ce trebuie luate în momentul recepției, pentru a se evita poluarea aerului, a solului, a apelor de suprafață și a apelor subterane, precum și alte efecte negative asupra mediului, mirosurile, zgomotul și riscurile directe pentru sănătatea umană.</w:t>
      </w:r>
    </w:p>
    <w:p w14:paraId="572D33A4" w14:textId="77777777" w:rsidR="006633E6" w:rsidRPr="00DD198D" w:rsidRDefault="00000000">
      <w:pPr>
        <w:keepNext/>
        <w:spacing w:before="120"/>
        <w:rPr>
          <w:lang w:val="pt-PT"/>
        </w:rPr>
      </w:pPr>
      <w:r w:rsidRPr="00DD198D">
        <w:rPr>
          <w:b/>
          <w:color w:val="000000"/>
          <w:lang w:val="pt-PT"/>
        </w:rPr>
        <w:t>ART. 65</w:t>
      </w:r>
    </w:p>
    <w:p w14:paraId="7C22FF34" w14:textId="77777777" w:rsidR="006633E6" w:rsidRPr="00DD198D" w:rsidRDefault="00000000">
      <w:pPr>
        <w:jc w:val="both"/>
        <w:rPr>
          <w:lang w:val="pt-PT"/>
        </w:rPr>
      </w:pPr>
      <w:r w:rsidRPr="00DD198D">
        <w:rPr>
          <w:color w:val="000000"/>
          <w:lang w:val="pt-PT"/>
        </w:rPr>
        <w:t>Operatorul care transportă și descarcă deșeurile la instalațiile de incinerare are obligația:</w:t>
      </w:r>
    </w:p>
    <w:p w14:paraId="65A56BEB" w14:textId="77777777" w:rsidR="006633E6" w:rsidRPr="00DD198D" w:rsidRDefault="00000000">
      <w:pPr>
        <w:ind w:left="425"/>
        <w:jc w:val="both"/>
        <w:rPr>
          <w:lang w:val="pt-PT"/>
        </w:rPr>
      </w:pPr>
      <w:r w:rsidRPr="00DD198D">
        <w:rPr>
          <w:color w:val="000000"/>
          <w:lang w:val="pt-PT"/>
        </w:rPr>
        <w:t>a) să dețină toate documentele necesare pentru transportul deșeurilor, din care să rezulte sursa de proveniență (unitatea administrativ-teritorială), categoriile de deșeuri transportate cu indicarea codurilor de deșeuri, precum și alte date care dovedesc îndeplinirea criteriilor de acceptare la instalațiile de incinerare;</w:t>
      </w:r>
    </w:p>
    <w:p w14:paraId="162A044B" w14:textId="77777777" w:rsidR="006633E6" w:rsidRPr="00DD198D" w:rsidRDefault="00000000">
      <w:pPr>
        <w:ind w:left="425"/>
        <w:jc w:val="both"/>
        <w:rPr>
          <w:lang w:val="pt-PT"/>
        </w:rPr>
      </w:pPr>
      <w:r w:rsidRPr="00DD198D">
        <w:rPr>
          <w:color w:val="000000"/>
          <w:lang w:val="pt-PT"/>
        </w:rPr>
        <w:t>b) să respecte procedurile interne ale operatorului instalațiilor de incinerare cu privire la recepția și descărcarea deșeurilor transportate în incinta acestora, cu respectarea traseului indicat și a regulilor de circulație;</w:t>
      </w:r>
    </w:p>
    <w:p w14:paraId="64F376A1" w14:textId="77777777" w:rsidR="006633E6" w:rsidRPr="00DD198D" w:rsidRDefault="00000000">
      <w:pPr>
        <w:ind w:left="425"/>
        <w:jc w:val="both"/>
        <w:rPr>
          <w:lang w:val="pt-PT"/>
        </w:rPr>
      </w:pPr>
      <w:r w:rsidRPr="00DD198D">
        <w:rPr>
          <w:color w:val="000000"/>
          <w:lang w:val="pt-PT"/>
        </w:rPr>
        <w:t>c) să respecte și să aplice prevederile legale în vigoare privind securitatea și sănătatea în muncă și apărarea împotriva incendiilor, precum și regulile interne și instrucțiunile proprii ale operatorului instalațiilor de incinerare aduse la cunoștință sub orice formă, în special cele referitoare la interdicția fumatului, lucrul cu focul deschis și blocarea căilor de acces/circulație.</w:t>
      </w:r>
    </w:p>
    <w:p w14:paraId="6B1ADFF8" w14:textId="77777777" w:rsidR="006633E6" w:rsidRPr="00DD198D" w:rsidRDefault="00000000">
      <w:pPr>
        <w:keepNext/>
        <w:spacing w:before="120"/>
        <w:rPr>
          <w:lang w:val="pt-PT"/>
        </w:rPr>
      </w:pPr>
      <w:r w:rsidRPr="00DD198D">
        <w:rPr>
          <w:b/>
          <w:color w:val="000000"/>
          <w:lang w:val="pt-PT"/>
        </w:rPr>
        <w:t>ART. 66</w:t>
      </w:r>
    </w:p>
    <w:p w14:paraId="010F1300" w14:textId="77777777" w:rsidR="006633E6" w:rsidRPr="00DD198D" w:rsidRDefault="00000000">
      <w:pPr>
        <w:ind w:firstLine="425"/>
        <w:jc w:val="both"/>
        <w:rPr>
          <w:lang w:val="pt-PT"/>
        </w:rPr>
      </w:pPr>
      <w:r w:rsidRPr="00DD198D">
        <w:rPr>
          <w:color w:val="000000"/>
          <w:lang w:val="pt-PT"/>
        </w:rPr>
        <w:t>(1) În vederea recepționării deșeurilor, operatorul instalațiilor de incinerare are dreptul:</w:t>
      </w:r>
    </w:p>
    <w:p w14:paraId="3A589BAD" w14:textId="77777777" w:rsidR="006633E6" w:rsidRPr="00DD198D" w:rsidRDefault="00000000">
      <w:pPr>
        <w:ind w:left="425"/>
        <w:jc w:val="both"/>
        <w:rPr>
          <w:lang w:val="pt-PT"/>
        </w:rPr>
      </w:pPr>
      <w:r w:rsidRPr="00DD198D">
        <w:rPr>
          <w:color w:val="000000"/>
          <w:lang w:val="pt-PT"/>
        </w:rPr>
        <w:t>a) să efectueze inspecția vizuală a deșeurilor atât la intrarea în instalațiile de incinerare cât și la locul de descărcare, pentru a verifica dacă deșeurile predate/descărcate sunt conforme cu categoriile de deșeuri prevăzute în documentele de transport;</w:t>
      </w:r>
    </w:p>
    <w:p w14:paraId="745909EC" w14:textId="77777777" w:rsidR="006633E6" w:rsidRPr="00DD198D" w:rsidRDefault="00000000">
      <w:pPr>
        <w:ind w:left="425"/>
        <w:jc w:val="both"/>
        <w:rPr>
          <w:lang w:val="pt-PT"/>
        </w:rPr>
      </w:pPr>
      <w:r w:rsidRPr="00DD198D">
        <w:rPr>
          <w:color w:val="000000"/>
          <w:lang w:val="pt-PT"/>
        </w:rPr>
        <w:t>b) de a preleva probe, de fiecare dată când consideră necesar, în prezența operatorului care transportă deșeurile, precum și de a efectua analiza caracteristicilor deșeurilor în laboratoare autorizate, în vederea verificării conformității deșeurilor transportate cu natura, categoriile de deșeuri și/sau cu condițiile legale de acceptare la incinerare;</w:t>
      </w:r>
    </w:p>
    <w:p w14:paraId="16DE9261" w14:textId="77777777" w:rsidR="006633E6" w:rsidRPr="00DD198D" w:rsidRDefault="00000000">
      <w:pPr>
        <w:ind w:left="425"/>
        <w:jc w:val="both"/>
        <w:rPr>
          <w:lang w:val="pt-PT"/>
        </w:rPr>
      </w:pPr>
      <w:r w:rsidRPr="00DD198D">
        <w:rPr>
          <w:color w:val="000000"/>
          <w:lang w:val="pt-PT"/>
        </w:rPr>
        <w:t>c) să sesizeze autoritatea contractantă cu privire la respingerea preluării în instalațiile de incinerare a deșeurilor care nu sunt conforme cu natura și categoriile de deșeuri prevăzute în documentele de transport, în autorizația/autorizația integrată de mediu și/sau care nu îndeplinesc condițiile legale pentru a fi acceptate la incinerare, în vederea stabilirii măsurilor de remediere/soluționare.</w:t>
      </w:r>
    </w:p>
    <w:p w14:paraId="73A25F96" w14:textId="77777777" w:rsidR="006633E6" w:rsidRPr="00DD198D" w:rsidRDefault="00000000">
      <w:pPr>
        <w:ind w:firstLine="425"/>
        <w:jc w:val="both"/>
        <w:rPr>
          <w:lang w:val="pt-PT"/>
        </w:rPr>
      </w:pPr>
      <w:r w:rsidRPr="00DD198D">
        <w:rPr>
          <w:color w:val="000000"/>
          <w:lang w:val="pt-PT"/>
        </w:rPr>
        <w:t xml:space="preserve">(2) Operatorul instalațiilor de incinerare are obligația să sesizeze de îndată autoritățile competente din domeniul protecției mediului dacă deșeurile transportate/descărcate prezintă </w:t>
      </w:r>
      <w:r w:rsidRPr="00DD198D">
        <w:rPr>
          <w:color w:val="000000"/>
          <w:lang w:val="pt-PT"/>
        </w:rPr>
        <w:lastRenderedPageBreak/>
        <w:t>caracteristici periculoase de altă natură decât cele specifice deșeurilor periculoase din deșeurile menajere și/sau sursa de proveniență este incertă sau necunoscută.</w:t>
      </w:r>
    </w:p>
    <w:p w14:paraId="373A0138" w14:textId="77777777" w:rsidR="006633E6" w:rsidRPr="00DD198D" w:rsidRDefault="00000000">
      <w:pPr>
        <w:keepNext/>
        <w:spacing w:before="120"/>
        <w:rPr>
          <w:lang w:val="pt-PT"/>
        </w:rPr>
      </w:pPr>
      <w:r w:rsidRPr="00DD198D">
        <w:rPr>
          <w:b/>
          <w:color w:val="000000"/>
          <w:lang w:val="pt-PT"/>
        </w:rPr>
        <w:t>ART. 67</w:t>
      </w:r>
    </w:p>
    <w:p w14:paraId="474D8168" w14:textId="77777777" w:rsidR="006633E6" w:rsidRPr="00DD198D" w:rsidRDefault="00000000">
      <w:pPr>
        <w:jc w:val="both"/>
        <w:rPr>
          <w:lang w:val="pt-PT"/>
        </w:rPr>
      </w:pPr>
      <w:r w:rsidRPr="00DD198D">
        <w:rPr>
          <w:color w:val="000000"/>
          <w:lang w:val="pt-PT"/>
        </w:rPr>
        <w:t>Operatorul instalațiilor de incinerare trebuie să determine masa fiecărei categorii/tip de deșeu recepționat, conform clasificării din lista de deșeuri stabilită prin Decizia 2000/532/CE din 3 mai 2000 de înlocuire a Deciziei 94/3/CE de stabilire a unei liste de deșeuri în temeiul articolului 1 litera (a) din Directiva 75/442/CEE a Consiliului privind deșeurile și a Directivei 94/904/CE a Consiliului de stabilire a unei liste de deșeuri periculoase în temeiul articolului 1 alineatul (4) din Directiva 91/689/CEE a Consiliului privind deșeurile periculoase, cu modificările și completările ulterioare.</w:t>
      </w:r>
    </w:p>
    <w:p w14:paraId="036A583D" w14:textId="77777777" w:rsidR="006633E6" w:rsidRPr="00DD198D" w:rsidRDefault="00000000">
      <w:pPr>
        <w:keepNext/>
        <w:spacing w:before="120"/>
        <w:rPr>
          <w:lang w:val="pt-PT"/>
        </w:rPr>
      </w:pPr>
      <w:r w:rsidRPr="00DD198D">
        <w:rPr>
          <w:b/>
          <w:color w:val="000000"/>
          <w:lang w:val="pt-PT"/>
        </w:rPr>
        <w:t>ART. 68</w:t>
      </w:r>
    </w:p>
    <w:p w14:paraId="21C7CD64" w14:textId="77777777" w:rsidR="006633E6" w:rsidRPr="00DD198D" w:rsidRDefault="00000000">
      <w:pPr>
        <w:ind w:firstLine="425"/>
        <w:jc w:val="both"/>
        <w:rPr>
          <w:lang w:val="pt-PT"/>
        </w:rPr>
      </w:pPr>
      <w:r w:rsidRPr="00DD198D">
        <w:rPr>
          <w:color w:val="000000"/>
          <w:lang w:val="pt-PT"/>
        </w:rPr>
        <w:t>(1) Operatorul instalațiilor de incinerare cu eficiență energetică ridicată va întocmi și gestiona o bază de date, cu cel puțin următoarele informații:</w:t>
      </w:r>
    </w:p>
    <w:p w14:paraId="091F35C5" w14:textId="77777777" w:rsidR="006633E6" w:rsidRPr="00DD198D" w:rsidRDefault="00000000">
      <w:pPr>
        <w:ind w:left="425"/>
        <w:jc w:val="both"/>
        <w:rPr>
          <w:lang w:val="pt-PT"/>
        </w:rPr>
      </w:pPr>
      <w:r w:rsidRPr="00DD198D">
        <w:rPr>
          <w:color w:val="000000"/>
          <w:lang w:val="pt-PT"/>
        </w:rPr>
        <w:t>a) denumirea operatorului de la care preia deșeurile municipale, sursa/unitatea administrativ-teritorială din care provin deșeurile, numărul de înmatriculare al autovehiculului cu care se efectuează transportul, cantitatea de deșeuri recepționată pe fiecare transport;</w:t>
      </w:r>
    </w:p>
    <w:p w14:paraId="0D5E8223" w14:textId="77777777" w:rsidR="006633E6" w:rsidRPr="00DD198D" w:rsidRDefault="00000000">
      <w:pPr>
        <w:ind w:left="425"/>
        <w:jc w:val="both"/>
        <w:rPr>
          <w:lang w:val="it-CH"/>
        </w:rPr>
      </w:pPr>
      <w:r w:rsidRPr="00DD198D">
        <w:rPr>
          <w:color w:val="000000"/>
          <w:lang w:val="it-CH"/>
        </w:rPr>
        <w:t>b) cantitatea totală de deșeuri recepționată, de la fiecare operator, pe categorii/tipuri de deșeuri;</w:t>
      </w:r>
    </w:p>
    <w:p w14:paraId="7DB33BB3" w14:textId="77777777" w:rsidR="006633E6" w:rsidRPr="00DD198D" w:rsidRDefault="00000000">
      <w:pPr>
        <w:ind w:left="425"/>
        <w:jc w:val="both"/>
        <w:rPr>
          <w:lang w:val="it-CH"/>
        </w:rPr>
      </w:pPr>
      <w:r w:rsidRPr="00DD198D">
        <w:rPr>
          <w:color w:val="000000"/>
          <w:lang w:val="it-CH"/>
        </w:rPr>
        <w:t>c) energia conținută de deșeurile tratate, calculată pe baza valorii calorice nete inferioare a deșeurilor;</w:t>
      </w:r>
    </w:p>
    <w:p w14:paraId="60062AB3" w14:textId="77777777" w:rsidR="006633E6" w:rsidRPr="00DD198D" w:rsidRDefault="00000000">
      <w:pPr>
        <w:ind w:left="425"/>
        <w:jc w:val="both"/>
        <w:rPr>
          <w:lang w:val="it-CH"/>
        </w:rPr>
      </w:pPr>
      <w:r w:rsidRPr="00DD198D">
        <w:rPr>
          <w:color w:val="000000"/>
          <w:lang w:val="it-CH"/>
        </w:rPr>
        <w:t>d) producția de energie electrică și/sau termică;</w:t>
      </w:r>
    </w:p>
    <w:p w14:paraId="67A10BC9" w14:textId="77777777" w:rsidR="006633E6" w:rsidRPr="00DD198D" w:rsidRDefault="00000000">
      <w:pPr>
        <w:ind w:left="425"/>
        <w:jc w:val="both"/>
        <w:rPr>
          <w:lang w:val="pt-PT"/>
        </w:rPr>
      </w:pPr>
      <w:r w:rsidRPr="00DD198D">
        <w:rPr>
          <w:color w:val="000000"/>
          <w:lang w:val="pt-PT"/>
        </w:rPr>
        <w:t>e) energia electrică și/sau termică comercializată, dacă este cazul;</w:t>
      </w:r>
    </w:p>
    <w:p w14:paraId="284E1A67" w14:textId="77777777" w:rsidR="006633E6" w:rsidRPr="00DD198D" w:rsidRDefault="00000000">
      <w:pPr>
        <w:ind w:left="425"/>
        <w:jc w:val="both"/>
        <w:rPr>
          <w:lang w:val="it-CH"/>
        </w:rPr>
      </w:pPr>
      <w:r w:rsidRPr="00DD198D">
        <w:rPr>
          <w:color w:val="000000"/>
          <w:lang w:val="it-CH"/>
        </w:rPr>
        <w:t>f) cantitatea de reziduuri rezultate din procesul de incinerare;</w:t>
      </w:r>
    </w:p>
    <w:p w14:paraId="5757A8F9" w14:textId="77777777" w:rsidR="006633E6" w:rsidRPr="00DD198D" w:rsidRDefault="00000000">
      <w:pPr>
        <w:ind w:left="425"/>
        <w:jc w:val="both"/>
        <w:rPr>
          <w:lang w:val="it-CH"/>
        </w:rPr>
      </w:pPr>
      <w:r w:rsidRPr="00DD198D">
        <w:rPr>
          <w:color w:val="000000"/>
          <w:lang w:val="it-CH"/>
        </w:rPr>
        <w:t>g) cantitatea de reziduuri transportată pentru eliminare la depozit.</w:t>
      </w:r>
    </w:p>
    <w:p w14:paraId="58FA4434" w14:textId="77777777" w:rsidR="006633E6" w:rsidRPr="00DD198D" w:rsidRDefault="00000000">
      <w:pPr>
        <w:ind w:firstLine="425"/>
        <w:jc w:val="both"/>
        <w:rPr>
          <w:lang w:val="it-CH"/>
        </w:rPr>
      </w:pPr>
      <w:r w:rsidRPr="00DD198D">
        <w:rPr>
          <w:color w:val="000000"/>
          <w:lang w:val="it-CH"/>
        </w:rPr>
        <w:t>(2) Operatorul are obligația să ia măsuri pentru evitarea formării de stocuri de deșeuri, precum și de reziduuri, care ar putea genera fenomene de poluare a mediului sau să prezinte riscuri de producere incendii.</w:t>
      </w:r>
    </w:p>
    <w:p w14:paraId="14176060" w14:textId="77777777" w:rsidR="006633E6" w:rsidRPr="00DD198D" w:rsidRDefault="00000000">
      <w:pPr>
        <w:keepNext/>
        <w:spacing w:before="200" w:after="120"/>
        <w:jc w:val="center"/>
        <w:rPr>
          <w:lang w:val="it-CH"/>
        </w:rPr>
      </w:pPr>
      <w:r w:rsidRPr="00DD198D">
        <w:rPr>
          <w:b/>
          <w:color w:val="000000"/>
          <w:lang w:val="it-CH"/>
        </w:rPr>
        <w:t>SECȚIUNEA a 9-a Eliminarea, prin depozitare, a deșeurilor reziduale, a deșeurilor stradale, a deșeurilor de pământ și pietre provenite de pe căile publice, a reziduurilor rezultate de la instalațiile de tratare a deșeurilor municipale, precum și a deșeurilor care nu pot fi valorificate provenite din activități de reamenajare și reabilitare interioară și/sau exterioară a locuințelor la depozitele de deșeuri nepericuloase</w:t>
      </w:r>
    </w:p>
    <w:p w14:paraId="5FD9026A" w14:textId="77777777" w:rsidR="006633E6" w:rsidRPr="00DD198D" w:rsidRDefault="00000000">
      <w:pPr>
        <w:keepNext/>
        <w:spacing w:before="120"/>
        <w:rPr>
          <w:lang w:val="it-CH"/>
        </w:rPr>
      </w:pPr>
      <w:r w:rsidRPr="00DD198D">
        <w:rPr>
          <w:b/>
          <w:color w:val="000000"/>
          <w:lang w:val="it-CH"/>
        </w:rPr>
        <w:t>ART. 69</w:t>
      </w:r>
    </w:p>
    <w:p w14:paraId="233E778C" w14:textId="77777777" w:rsidR="006633E6" w:rsidRPr="00DD198D" w:rsidRDefault="00000000">
      <w:pPr>
        <w:ind w:firstLine="425"/>
        <w:jc w:val="both"/>
        <w:rPr>
          <w:lang w:val="it-CH"/>
        </w:rPr>
      </w:pPr>
      <w:r w:rsidRPr="00DD198D">
        <w:rPr>
          <w:color w:val="000000"/>
          <w:lang w:val="it-CH"/>
        </w:rPr>
        <w:t>(1) Depozitarea deșeurilor reziduale și reziduurilor rezultate din procesele de tratare a deșeurilor municipale, precum și a oricăror alte tipuri de deșeuri nepericuloase din deșeurile municipale care nu pot fi valorificate, inclusiv a deșeurilor rezultate din prestarea serviciilor conexe serviciului de salubrizare, precum cele rezultate din gestionarea deșeurilor voluminoase și gestionarea deșeurilor din construcții provenite din lucrările de reamenajare și reabilitare interioară și/sau exterioară a locuințelor, este permisă numai în depozitele conforme de deșeuri nepericuloase.</w:t>
      </w:r>
    </w:p>
    <w:p w14:paraId="2E7D03F0" w14:textId="77777777" w:rsidR="006633E6" w:rsidRPr="00DD198D" w:rsidRDefault="00000000">
      <w:pPr>
        <w:ind w:firstLine="425"/>
        <w:jc w:val="both"/>
        <w:rPr>
          <w:lang w:val="it-CH"/>
        </w:rPr>
      </w:pPr>
      <w:r w:rsidRPr="00DD198D">
        <w:rPr>
          <w:color w:val="000000"/>
          <w:lang w:val="it-CH"/>
        </w:rPr>
        <w:t xml:space="preserve">(2) Operatorul depozitului de deșeuri are obligația să dețină, în termen de valabilitate, toate autorizațiile necesare prestării activității, prevăzute de legislația în vigoare, în special, cu privire la autorizația/autorizația integrată de mediu, precum și să obțină licența pentru activitatea de eliminare prin depozitare a deșeurilor prevăzute la alin. (1), în termen de cel mult 90 de zile de la data semnării contractului de delegare cu unitatea administrativ-teritorială/asociația de dezvoltare intercomunitară, în conformitate cu prevederile Regulamentului privind acordarea licențelor în domeniul serviciilor de </w:t>
      </w:r>
      <w:r w:rsidRPr="00DD198D">
        <w:rPr>
          <w:color w:val="000000"/>
          <w:lang w:val="it-CH"/>
        </w:rPr>
        <w:lastRenderedPageBreak/>
        <w:t>utilități publice aflate în sfera de reglementare a Autorității Naționale de Reglementare pentru Serviciile Comunitare de Utilități Publice, aprobat prin Ordinul președintelui ANRSC nr. 100/2023, cu modificările ulterioare.</w:t>
      </w:r>
    </w:p>
    <w:p w14:paraId="0D0CCC02" w14:textId="77777777" w:rsidR="006633E6" w:rsidRPr="00DD198D" w:rsidRDefault="00000000">
      <w:pPr>
        <w:ind w:firstLine="425"/>
        <w:jc w:val="both"/>
        <w:rPr>
          <w:lang w:val="it-CH"/>
        </w:rPr>
      </w:pPr>
      <w:r w:rsidRPr="00DD198D">
        <w:rPr>
          <w:color w:val="000000"/>
          <w:lang w:val="it-CH"/>
        </w:rPr>
        <w:t>(3) Operatorul are obligația să accepte la depozitare numai deșeurile provenite de pe raza unităților administrativ-teritoriale care i-au atribuit, prin contractul de delegare, activitatea de eliminare, prin depozitare, a deșeurilor.</w:t>
      </w:r>
    </w:p>
    <w:p w14:paraId="3EFB1695" w14:textId="77777777" w:rsidR="006633E6" w:rsidRPr="00DD198D" w:rsidRDefault="00000000">
      <w:pPr>
        <w:ind w:firstLine="425"/>
        <w:jc w:val="both"/>
        <w:rPr>
          <w:lang w:val="it-CH"/>
        </w:rPr>
      </w:pPr>
      <w:r w:rsidRPr="00DD198D">
        <w:rPr>
          <w:color w:val="000000"/>
          <w:lang w:val="it-CH"/>
        </w:rPr>
        <w:t>(4) Operatorul depozitului de deșeuri are obligația de a întocmi și gestiona o bază de date, cu cel puțin următoarele informații:</w:t>
      </w:r>
    </w:p>
    <w:p w14:paraId="419E3243" w14:textId="77777777" w:rsidR="006633E6" w:rsidRPr="00DD198D" w:rsidRDefault="00000000">
      <w:pPr>
        <w:ind w:left="425"/>
        <w:jc w:val="both"/>
        <w:rPr>
          <w:lang w:val="it-CH"/>
        </w:rPr>
      </w:pPr>
      <w:r w:rsidRPr="00DD198D">
        <w:rPr>
          <w:color w:val="000000"/>
          <w:lang w:val="it-CH"/>
        </w:rPr>
        <w:t>a) denumirea operatorului de la care preia deșeurile, sursa/unitatea administrativ-teritorială din care provin deșeurile, numărul de înmatriculare al autovehiculului cu care se efectuează transportul, cantitatea de deșeuri recepționată pe fiecare transport;</w:t>
      </w:r>
    </w:p>
    <w:p w14:paraId="6CFB0FE6" w14:textId="77777777" w:rsidR="006633E6" w:rsidRPr="00DD198D" w:rsidRDefault="00000000">
      <w:pPr>
        <w:ind w:left="425"/>
        <w:jc w:val="both"/>
        <w:rPr>
          <w:lang w:val="it-CH"/>
        </w:rPr>
      </w:pPr>
      <w:r w:rsidRPr="00DD198D">
        <w:rPr>
          <w:color w:val="000000"/>
          <w:lang w:val="it-CH"/>
        </w:rPr>
        <w:t>b) cantitatea totală de deșeuri recepționată, de la fiecare operator, pe categorii/tipuri de deșeuri.</w:t>
      </w:r>
    </w:p>
    <w:p w14:paraId="769DE968" w14:textId="77777777" w:rsidR="006633E6" w:rsidRPr="00DD198D" w:rsidRDefault="00000000">
      <w:pPr>
        <w:keepNext/>
        <w:spacing w:before="120"/>
        <w:rPr>
          <w:lang w:val="it-CH"/>
        </w:rPr>
      </w:pPr>
      <w:r w:rsidRPr="00DD198D">
        <w:rPr>
          <w:b/>
          <w:color w:val="000000"/>
          <w:lang w:val="it-CH"/>
        </w:rPr>
        <w:t>ART. 70</w:t>
      </w:r>
    </w:p>
    <w:p w14:paraId="2310288E" w14:textId="77777777" w:rsidR="006633E6" w:rsidRPr="00DD198D" w:rsidRDefault="00000000">
      <w:pPr>
        <w:jc w:val="both"/>
        <w:rPr>
          <w:lang w:val="it-CH"/>
        </w:rPr>
      </w:pPr>
      <w:r w:rsidRPr="00DD198D">
        <w:rPr>
          <w:color w:val="000000"/>
          <w:lang w:val="it-CH"/>
        </w:rPr>
        <w:t>Cerințele și măsurile operaționale și tehnice pe care operatorul trebuie să le respecte la depozitarea deșeurilor, în scopul prevenirii sau reducerii cât de mult posibil a efectelor negative asupra mediului și sănătății umane, generate de depozitarea deșeurilor, pe toată durata de exploatare a depozitului, sunt prevăzute în Normativul tehnic privind depozitarea deșeurilor, aprobat prin Ordinul ministrului mediului și gospodăririi apelor nr. 757/2004, cu modificările și completările ulterioare.</w:t>
      </w:r>
    </w:p>
    <w:p w14:paraId="3DF0871C" w14:textId="77777777" w:rsidR="006633E6" w:rsidRPr="00DD198D" w:rsidRDefault="00000000">
      <w:pPr>
        <w:keepNext/>
        <w:spacing w:before="120"/>
        <w:rPr>
          <w:lang w:val="it-CH"/>
        </w:rPr>
      </w:pPr>
      <w:r w:rsidRPr="00DD198D">
        <w:rPr>
          <w:b/>
          <w:color w:val="000000"/>
          <w:lang w:val="it-CH"/>
        </w:rPr>
        <w:t>ART. 71</w:t>
      </w:r>
    </w:p>
    <w:p w14:paraId="4F7C0780" w14:textId="77777777" w:rsidR="006633E6" w:rsidRPr="00DD198D" w:rsidRDefault="00000000">
      <w:pPr>
        <w:jc w:val="both"/>
        <w:rPr>
          <w:lang w:val="it-CH"/>
        </w:rPr>
      </w:pPr>
      <w:r w:rsidRPr="00DD198D">
        <w:rPr>
          <w:color w:val="000000"/>
          <w:lang w:val="it-CH"/>
        </w:rPr>
        <w:t>În nivelul tarifelor aprobate de către autoritatea deliberativă a unității administrativ-teritoriale sau, după caz, de asociația de dezvoltare intercomunitară pentru activitatea de depozitare a deșeurilor se includ obligatoriu cheltuielile cu fondul de închidere și monitorizare post-închidere a depozitului, precum și cheltuielile cu garanția financiară pentru mediu, în conformitate cu dispozițiile art. 12 alin. (2) și alin. (4) din Ordonanța Guvernului nr. 2/2021, cu modificările și completările ulterioare.</w:t>
      </w:r>
    </w:p>
    <w:p w14:paraId="64389A88" w14:textId="77777777" w:rsidR="006633E6" w:rsidRPr="00DD198D" w:rsidRDefault="00000000">
      <w:pPr>
        <w:keepNext/>
        <w:spacing w:before="120"/>
        <w:rPr>
          <w:lang w:val="it-CH"/>
        </w:rPr>
      </w:pPr>
      <w:r w:rsidRPr="00DD198D">
        <w:rPr>
          <w:b/>
          <w:color w:val="000000"/>
          <w:lang w:val="it-CH"/>
        </w:rPr>
        <w:t>ART. 72</w:t>
      </w:r>
    </w:p>
    <w:p w14:paraId="6A8D35DC" w14:textId="77777777" w:rsidR="006633E6" w:rsidRPr="00DD198D" w:rsidRDefault="00000000">
      <w:pPr>
        <w:jc w:val="both"/>
        <w:rPr>
          <w:lang w:val="it-CH"/>
        </w:rPr>
      </w:pPr>
      <w:r w:rsidRPr="00DD198D">
        <w:rPr>
          <w:color w:val="000000"/>
          <w:lang w:val="it-CH"/>
        </w:rPr>
        <w:t>Operarea și administrarea depozitului se realizează de către operator cu respectarea următoarelor proceduri prevăzute în Ordonanța Guvernului nr. 2/2021, cu modificările și completările ulterioare:</w:t>
      </w:r>
    </w:p>
    <w:p w14:paraId="46582CB0" w14:textId="77777777" w:rsidR="006633E6" w:rsidRPr="00DD198D" w:rsidRDefault="00000000">
      <w:pPr>
        <w:ind w:left="425"/>
        <w:jc w:val="both"/>
        <w:rPr>
          <w:lang w:val="pt-PT"/>
        </w:rPr>
      </w:pPr>
      <w:r w:rsidRPr="00DD198D">
        <w:rPr>
          <w:color w:val="000000"/>
          <w:lang w:val="pt-PT"/>
        </w:rPr>
        <w:t>a) procedura de acceptare a deșeurilor în depozitul de deșeuri;</w:t>
      </w:r>
    </w:p>
    <w:p w14:paraId="3FB727C4" w14:textId="77777777" w:rsidR="006633E6" w:rsidRPr="00DD198D" w:rsidRDefault="00000000">
      <w:pPr>
        <w:ind w:left="425"/>
        <w:jc w:val="both"/>
        <w:rPr>
          <w:lang w:val="pt-PT"/>
        </w:rPr>
      </w:pPr>
      <w:r w:rsidRPr="00DD198D">
        <w:rPr>
          <w:color w:val="000000"/>
          <w:lang w:val="pt-PT"/>
        </w:rPr>
        <w:t>b) procedura de control și urmărire în faza de exploatare a depozitului de deșeuri;</w:t>
      </w:r>
    </w:p>
    <w:p w14:paraId="707D5D25" w14:textId="77777777" w:rsidR="006633E6" w:rsidRPr="00DD198D" w:rsidRDefault="00000000">
      <w:pPr>
        <w:ind w:left="425"/>
        <w:jc w:val="both"/>
        <w:rPr>
          <w:lang w:val="pt-PT"/>
        </w:rPr>
      </w:pPr>
      <w:r w:rsidRPr="00DD198D">
        <w:rPr>
          <w:color w:val="000000"/>
          <w:lang w:val="pt-PT"/>
        </w:rPr>
        <w:t>c) procedura de închidere a depozitelor de deșeuri și monitorizarea post-închidere a acestora.</w:t>
      </w:r>
    </w:p>
    <w:p w14:paraId="146B5792" w14:textId="77777777" w:rsidR="006633E6" w:rsidRPr="00DD198D" w:rsidRDefault="00000000">
      <w:pPr>
        <w:keepNext/>
        <w:spacing w:before="120"/>
        <w:rPr>
          <w:lang w:val="pt-PT"/>
        </w:rPr>
      </w:pPr>
      <w:r w:rsidRPr="00DD198D">
        <w:rPr>
          <w:b/>
          <w:color w:val="000000"/>
          <w:lang w:val="pt-PT"/>
        </w:rPr>
        <w:t>ART. 73</w:t>
      </w:r>
    </w:p>
    <w:p w14:paraId="750B2AB7" w14:textId="77777777" w:rsidR="006633E6" w:rsidRPr="00DD198D" w:rsidRDefault="00000000">
      <w:pPr>
        <w:jc w:val="both"/>
        <w:rPr>
          <w:lang w:val="pt-PT"/>
        </w:rPr>
      </w:pPr>
      <w:r w:rsidRPr="00DD198D">
        <w:rPr>
          <w:color w:val="000000"/>
          <w:lang w:val="pt-PT"/>
        </w:rPr>
        <w:t>În situația în care celula/depozitul în operare atinge pragul de 75% din capacitatea proiectată, autoritățile administrației publice locale au obligația de a lua măsuri pentru deschiderea altei celule sau unui depozit de deșeuri municipale.</w:t>
      </w:r>
    </w:p>
    <w:p w14:paraId="4872B4E7" w14:textId="77777777" w:rsidR="006633E6" w:rsidRPr="00DD198D" w:rsidRDefault="00000000">
      <w:pPr>
        <w:keepNext/>
        <w:spacing w:before="200" w:after="120"/>
        <w:jc w:val="center"/>
        <w:rPr>
          <w:lang w:val="it-CH"/>
        </w:rPr>
      </w:pPr>
      <w:r w:rsidRPr="00DD198D">
        <w:rPr>
          <w:b/>
          <w:color w:val="000000"/>
          <w:lang w:val="it-CH"/>
        </w:rPr>
        <w:t>SECȚIUNEA a 10-a Măturatul, spălatul și stropitul căilor publice din localitate</w:t>
      </w:r>
    </w:p>
    <w:p w14:paraId="7392D6A9" w14:textId="77777777" w:rsidR="006633E6" w:rsidRPr="00DD198D" w:rsidRDefault="00000000">
      <w:pPr>
        <w:keepNext/>
        <w:spacing w:before="120"/>
        <w:rPr>
          <w:lang w:val="it-CH"/>
        </w:rPr>
      </w:pPr>
      <w:r w:rsidRPr="00DD198D">
        <w:rPr>
          <w:b/>
          <w:color w:val="000000"/>
          <w:lang w:val="it-CH"/>
        </w:rPr>
        <w:t>ART. 74</w:t>
      </w:r>
    </w:p>
    <w:p w14:paraId="6341FBF1" w14:textId="77777777" w:rsidR="006633E6" w:rsidRPr="00DD198D" w:rsidRDefault="00000000">
      <w:pPr>
        <w:ind w:firstLine="425"/>
        <w:jc w:val="both"/>
        <w:rPr>
          <w:lang w:val="it-CH"/>
        </w:rPr>
      </w:pPr>
      <w:r w:rsidRPr="00DD198D">
        <w:rPr>
          <w:color w:val="000000"/>
          <w:lang w:val="it-CH"/>
        </w:rPr>
        <w:t>(1) Operațiunile de măturat manual, măturat mecanizat, stropit, spălat, răzuit rigolele, precum și de colectare a deșeurilor din coșurile stradale, se desfășoară pe căile publice și pe spațiile anexe acestora, în scopul păstrării unui aspect salubru al căilor de circulație din domeniul public.</w:t>
      </w:r>
    </w:p>
    <w:p w14:paraId="756B31C7" w14:textId="77777777" w:rsidR="006633E6" w:rsidRPr="00DD198D" w:rsidRDefault="00000000">
      <w:pPr>
        <w:ind w:firstLine="425"/>
        <w:jc w:val="both"/>
        <w:rPr>
          <w:lang w:val="it-CH"/>
        </w:rPr>
      </w:pPr>
      <w:r w:rsidRPr="00DD198D">
        <w:rPr>
          <w:color w:val="000000"/>
          <w:lang w:val="it-CH"/>
        </w:rPr>
        <w:t xml:space="preserve">(2) În vederea reducerii riscului de îmbolnăvire a populației ca urmare a acțiunii patogene a microorganismelor existente în praful stradal, consiliul local va stabili intervalul orar de efectuare a </w:t>
      </w:r>
      <w:r w:rsidRPr="00DD198D">
        <w:rPr>
          <w:color w:val="000000"/>
          <w:lang w:val="it-CH"/>
        </w:rPr>
        <w:lastRenderedPageBreak/>
        <w:t>operațiunilor de stropire, măturare și spălare a căilor publice. Intervalul orar și ordinea de prioritate vor fi alese astfel încât să se evite intervalele orare în care se produc aglomerații umane în zonele în care se efectuează aceste activități. De regulă, intervalul orar recomandat pentru efectuarea operațiunilor de stropire, măturare și spălare va fi între orele 22.00 - 6.00 pe arterele care au sistem de iluminat public corespunzător.</w:t>
      </w:r>
    </w:p>
    <w:p w14:paraId="2C618858" w14:textId="77777777" w:rsidR="006633E6" w:rsidRPr="00DD198D" w:rsidRDefault="00000000">
      <w:pPr>
        <w:ind w:firstLine="425"/>
        <w:jc w:val="both"/>
        <w:rPr>
          <w:lang w:val="it-CH"/>
        </w:rPr>
      </w:pPr>
      <w:r w:rsidRPr="00DD198D">
        <w:rPr>
          <w:color w:val="000000"/>
          <w:lang w:val="it-CH"/>
        </w:rPr>
        <w:t>(3) Prin excepție de la prevederile alin. (2) operațiile de stropire și spălare nu se realizează în intervalul orar în care plouă.</w:t>
      </w:r>
    </w:p>
    <w:p w14:paraId="34B864EC" w14:textId="77777777" w:rsidR="006633E6" w:rsidRPr="00DD198D" w:rsidRDefault="00000000">
      <w:pPr>
        <w:ind w:firstLine="425"/>
        <w:jc w:val="both"/>
        <w:rPr>
          <w:lang w:val="it-CH"/>
        </w:rPr>
      </w:pPr>
      <w:r w:rsidRPr="00DD198D">
        <w:rPr>
          <w:color w:val="000000"/>
          <w:lang w:val="it-CH"/>
        </w:rPr>
        <w:t>(4) Arterele de circulație, zilele din cursul săptămânii și numărul de treceri în ziua respectivă pe/în care se execută activitatea de stropit, măturat, spălat și răzuit rigole sunt cele cuprinse în caietul de sarcini al serviciului și în Anexele nr. 3, 4 și 5 la prezentul regulament.</w:t>
      </w:r>
    </w:p>
    <w:p w14:paraId="21047A1E" w14:textId="77777777" w:rsidR="006633E6" w:rsidRPr="00DD198D" w:rsidRDefault="00000000">
      <w:pPr>
        <w:ind w:firstLine="425"/>
        <w:jc w:val="both"/>
        <w:rPr>
          <w:lang w:val="it-CH"/>
        </w:rPr>
      </w:pPr>
      <w:r w:rsidRPr="00DD198D">
        <w:rPr>
          <w:color w:val="000000"/>
          <w:lang w:val="it-CH"/>
        </w:rPr>
        <w:t>(5) Măturatul se efectuează pe o lățime de minimum 2 metri de la bordură sau de la rigola centrală, astfel încât cantitatea de praf care se poate ridica în aer ca urmare a deplasării autovehiculelor sau acțiunii vântului să nu depășească concentrația de pulberi admisă prin normele în vigoare.</w:t>
      </w:r>
    </w:p>
    <w:p w14:paraId="43CD9635" w14:textId="77777777" w:rsidR="006633E6" w:rsidRPr="00DD198D" w:rsidRDefault="00000000">
      <w:pPr>
        <w:ind w:firstLine="425"/>
        <w:jc w:val="both"/>
        <w:rPr>
          <w:lang w:val="it-CH"/>
        </w:rPr>
      </w:pPr>
      <w:r w:rsidRPr="00DD198D">
        <w:rPr>
          <w:color w:val="000000"/>
          <w:lang w:val="it-CH"/>
        </w:rPr>
        <w:t>(6) Pentru evitarea formării prafului și pentru crearea unui climat citadin igienic, operația de măturare va fi precedată de stropirea carosabilului sau a trotuarelor cu apă, dacă praful nu este umectat ca urmare a condițiilor naturale sau dacă temperatura exterioară, în zona măturată, nu este mai mică decât cea de îngheț.</w:t>
      </w:r>
    </w:p>
    <w:p w14:paraId="410849C4" w14:textId="77777777" w:rsidR="006633E6" w:rsidRPr="00DD198D" w:rsidRDefault="00000000">
      <w:pPr>
        <w:ind w:firstLine="425"/>
        <w:jc w:val="both"/>
        <w:rPr>
          <w:lang w:val="it-CH"/>
        </w:rPr>
      </w:pPr>
      <w:r w:rsidRPr="00DD198D">
        <w:rPr>
          <w:color w:val="000000"/>
          <w:lang w:val="it-CH"/>
        </w:rPr>
        <w:t>(7) În cazul efectuării unor lucrări edilitare în carosabil/pe trotuare, pe o stradă/un tronson de stradă pe care nu se întrerupe total circulația auto, operatorul este obligat să efectueze operațiile de salubrizare numai pe căile publice deschise circulației.</w:t>
      </w:r>
    </w:p>
    <w:p w14:paraId="7602CE39" w14:textId="77777777" w:rsidR="006633E6" w:rsidRPr="00DD198D" w:rsidRDefault="00000000">
      <w:pPr>
        <w:ind w:firstLine="425"/>
        <w:jc w:val="both"/>
        <w:rPr>
          <w:lang w:val="it-CH"/>
        </w:rPr>
      </w:pPr>
      <w:r w:rsidRPr="00DD198D">
        <w:rPr>
          <w:color w:val="000000"/>
          <w:lang w:val="it-CH"/>
        </w:rPr>
        <w:t>(8) În cazul efectuării unor lucrări edilitare în carosabil/pe trotuare pe o stradă/un tronson de stradă pe care se întrerupe total circulația auto, operatorul de salubrizare nu va efectua operațiile de salubrizare stradală pe perioada când se efectuează aceste lucrări edilitare. Menținerea stării de salubritate a străzii/tronsonului de stradă cade în sarcina constructorului.</w:t>
      </w:r>
    </w:p>
    <w:p w14:paraId="64AE61BB" w14:textId="77777777" w:rsidR="006633E6" w:rsidRPr="00DD198D" w:rsidRDefault="00000000">
      <w:pPr>
        <w:ind w:firstLine="425"/>
        <w:jc w:val="both"/>
        <w:rPr>
          <w:lang w:val="it-CH"/>
        </w:rPr>
      </w:pPr>
      <w:r w:rsidRPr="00DD198D">
        <w:rPr>
          <w:color w:val="000000"/>
          <w:lang w:val="it-CH"/>
        </w:rPr>
        <w:t>(9) Autoritatea administrației publice locale, prin administratorul rețelelor stradale din localitate, are obligativitatea ca la predarea amplasamentului către constructor să invite și reprezentantul operatorului de salubrizare stradală care acționează pe artera ce va fi supusă lucrărilor edilitare în carosabil/trotuare.</w:t>
      </w:r>
    </w:p>
    <w:p w14:paraId="10E83B0C" w14:textId="77777777" w:rsidR="006633E6" w:rsidRPr="00DD198D" w:rsidRDefault="00000000">
      <w:pPr>
        <w:keepNext/>
        <w:spacing w:before="120"/>
        <w:rPr>
          <w:lang w:val="it-CH"/>
        </w:rPr>
      </w:pPr>
      <w:r w:rsidRPr="00DD198D">
        <w:rPr>
          <w:b/>
          <w:color w:val="000000"/>
          <w:lang w:val="it-CH"/>
        </w:rPr>
        <w:t>ART. 75</w:t>
      </w:r>
    </w:p>
    <w:p w14:paraId="382DF55B" w14:textId="77777777" w:rsidR="006633E6" w:rsidRPr="00DD198D" w:rsidRDefault="00000000">
      <w:pPr>
        <w:ind w:firstLine="425"/>
        <w:jc w:val="both"/>
        <w:rPr>
          <w:lang w:val="it-CH"/>
        </w:rPr>
      </w:pPr>
      <w:r w:rsidRPr="00DD198D">
        <w:rPr>
          <w:color w:val="000000"/>
          <w:lang w:val="it-CH"/>
        </w:rPr>
        <w:t>(1) Măturatul manual se aplică pe carosabil, pe trotuare, pe poduri, în stațiile destinate transportului public, în locurile de parcare rezidențiale, în scuaruri și pe suprafețele anexe ale căilor de circulație, în toate cazurile în care nu se poate realiza măturatul mecanic.</w:t>
      </w:r>
    </w:p>
    <w:p w14:paraId="562A6E29" w14:textId="77777777" w:rsidR="006633E6" w:rsidRPr="00DD198D" w:rsidRDefault="00000000">
      <w:pPr>
        <w:ind w:firstLine="425"/>
        <w:jc w:val="both"/>
        <w:rPr>
          <w:lang w:val="it-CH"/>
        </w:rPr>
      </w:pPr>
      <w:r w:rsidRPr="00DD198D">
        <w:rPr>
          <w:color w:val="000000"/>
          <w:lang w:val="it-CH"/>
        </w:rPr>
        <w:t>(2) Din punctul de vedere al îmbrăcămintei căilor de circulație, măturatul se realizează pe suprafețe neîmbrăcate sau îmbrăcate cu asfalt, pavele cu rosturi bituminoase, pietre de râu, macadam.</w:t>
      </w:r>
    </w:p>
    <w:p w14:paraId="34D10D63" w14:textId="77777777" w:rsidR="006633E6" w:rsidRPr="00DD198D" w:rsidRDefault="00000000">
      <w:pPr>
        <w:ind w:firstLine="425"/>
        <w:jc w:val="both"/>
        <w:rPr>
          <w:lang w:val="it-CH"/>
        </w:rPr>
      </w:pPr>
      <w:r w:rsidRPr="00DD198D">
        <w:rPr>
          <w:color w:val="000000"/>
          <w:lang w:val="it-CH"/>
        </w:rPr>
        <w:t>(3) În cadrul operațiunii de măturat manual se efectuează întreținerea curățeniei scuarurilor și spațiilor anexe căilor publice, prin colectarea și îndepărtarea frunzelor și crengilor căzute pe jos, a obiectelor aruncate, precum și a deșeurilor din coșurile de gunoi stradale, în scopul păstrării unui aspect salubru al domeniului public.</w:t>
      </w:r>
    </w:p>
    <w:p w14:paraId="52FB576B" w14:textId="77777777" w:rsidR="006633E6" w:rsidRPr="00DD198D" w:rsidRDefault="00000000">
      <w:pPr>
        <w:ind w:firstLine="425"/>
        <w:jc w:val="both"/>
        <w:rPr>
          <w:lang w:val="it-CH"/>
        </w:rPr>
      </w:pPr>
      <w:r w:rsidRPr="00DD198D">
        <w:rPr>
          <w:color w:val="000000"/>
          <w:lang w:val="it-CH"/>
        </w:rPr>
        <w:t>(4) Operațiunea de măturat mecanizat se efectuează pe toată perioada anului, cu excepția perioade în care se efectuează curățatul zăpezii sau în care temperatura exterioară este sub cea de îngheț.</w:t>
      </w:r>
    </w:p>
    <w:p w14:paraId="0F559684" w14:textId="77777777" w:rsidR="006633E6" w:rsidRPr="00DD198D" w:rsidRDefault="00000000">
      <w:pPr>
        <w:ind w:firstLine="425"/>
        <w:jc w:val="both"/>
        <w:rPr>
          <w:lang w:val="it-CH"/>
        </w:rPr>
      </w:pPr>
      <w:r w:rsidRPr="00DD198D">
        <w:rPr>
          <w:color w:val="000000"/>
          <w:lang w:val="it-CH"/>
        </w:rPr>
        <w:t>(5) Colectarea reziduurilor stradale rezultate din activitatea de măturat manual se va face în recipiente acoperite, amplasate în condiții salubre, în spații special amenajate, și se vor transporta cu mijloace de transport adecvate.</w:t>
      </w:r>
    </w:p>
    <w:p w14:paraId="617BF5FB" w14:textId="77777777" w:rsidR="006633E6" w:rsidRPr="00DD198D" w:rsidRDefault="00000000">
      <w:pPr>
        <w:ind w:firstLine="425"/>
        <w:jc w:val="both"/>
        <w:rPr>
          <w:lang w:val="it-CH"/>
        </w:rPr>
      </w:pPr>
      <w:r w:rsidRPr="00DD198D">
        <w:rPr>
          <w:color w:val="000000"/>
          <w:lang w:val="it-CH"/>
        </w:rPr>
        <w:lastRenderedPageBreak/>
        <w:t>(6) Deșeurile stradale rezultate din operațiunile de măturat care conțin pământ și pietre, dacă nu au fost amestecate cu alte tipuri de deșeuri municipale, pot fi transportate direct la depozitul de deșeuri, fără a fi necesară efectuarea operației de sortare.</w:t>
      </w:r>
    </w:p>
    <w:p w14:paraId="6B988894" w14:textId="77777777" w:rsidR="006633E6" w:rsidRPr="00DD198D" w:rsidRDefault="00000000">
      <w:pPr>
        <w:ind w:firstLine="425"/>
        <w:jc w:val="both"/>
        <w:rPr>
          <w:rFonts w:cs="Times New Roman"/>
          <w:szCs w:val="24"/>
          <w:lang w:val="it-CH"/>
        </w:rPr>
      </w:pPr>
      <w:r w:rsidRPr="00DD198D">
        <w:rPr>
          <w:rFonts w:cs="Times New Roman"/>
          <w:szCs w:val="24"/>
          <w:lang w:val="it-CH"/>
        </w:rPr>
        <w:t>(7) Măturatul mecanizat al căilor publice se execută pe partea carosabilă și pe parcările publice ale celor 46 de străzi prevăzute în anexa nr. 9 la caietul de sarcini, cinci zile pe săptămână, de luni până vineri, pe o suprafață totală săptămânală de 355.475 mp, respectiv 16.351.850 mp pe an.</w:t>
      </w:r>
    </w:p>
    <w:p w14:paraId="55BC9345" w14:textId="77777777" w:rsidR="006633E6" w:rsidRPr="00DD198D" w:rsidRDefault="00000000">
      <w:pPr>
        <w:ind w:firstLine="425"/>
        <w:jc w:val="both"/>
        <w:rPr>
          <w:rFonts w:cs="Times New Roman"/>
          <w:szCs w:val="24"/>
          <w:lang w:val="pt-PT"/>
        </w:rPr>
      </w:pPr>
      <w:r w:rsidRPr="00DD198D">
        <w:rPr>
          <w:rFonts w:cs="Times New Roman"/>
          <w:szCs w:val="24"/>
          <w:lang w:val="it-CH"/>
        </w:rPr>
        <w:t xml:space="preserve">(8) Întreținerea curățeniei căilor publice prin golirea celor 70 de coșuri stradale, cu capacitatea de 35 litri fiecare, se realizează 6 zile pe săptămână, exceptând duminica, rezultând 21.840 de goliri pe an. </w:t>
      </w:r>
      <w:r w:rsidRPr="00DD198D">
        <w:rPr>
          <w:rFonts w:cs="Times New Roman"/>
          <w:szCs w:val="24"/>
          <w:lang w:val="pt-PT"/>
        </w:rPr>
        <w:t>Cantitatea anuală de deșeuri colectată din coșurile stradale este de 64,21 tone, respectiv 535 mc, iar transportul se face la depozitul conform de deșeuri nepericuloase din județul Bacău. Amplasamentele coșurilor sunt prevăzute în anexa nr. 12 la caietul de sarcini.</w:t>
      </w:r>
    </w:p>
    <w:p w14:paraId="3E6AA17F" w14:textId="77777777" w:rsidR="006633E6" w:rsidRPr="00DD198D" w:rsidRDefault="00000000">
      <w:pPr>
        <w:keepNext/>
        <w:spacing w:before="120"/>
        <w:rPr>
          <w:lang w:val="pt-PT"/>
        </w:rPr>
      </w:pPr>
      <w:r w:rsidRPr="00DD198D">
        <w:rPr>
          <w:b/>
          <w:color w:val="000000"/>
          <w:lang w:val="pt-PT"/>
        </w:rPr>
        <w:t>ART. 76</w:t>
      </w:r>
    </w:p>
    <w:p w14:paraId="1BC26067" w14:textId="77777777" w:rsidR="006633E6" w:rsidRPr="00DD198D" w:rsidRDefault="00000000">
      <w:pPr>
        <w:ind w:firstLine="425"/>
        <w:jc w:val="both"/>
        <w:rPr>
          <w:lang w:val="pt-PT"/>
        </w:rPr>
      </w:pPr>
      <w:r w:rsidRPr="00DD198D">
        <w:rPr>
          <w:color w:val="000000"/>
          <w:lang w:val="pt-PT"/>
        </w:rPr>
        <w:t>(1) Perioada de realizare a stropitului este, de regulă, de la 1 aprilie până la 1 octombrie, perioadă ce poate fi modificată de autoritatea administrației publice în funcție de condițiile meteorologice concrete.</w:t>
      </w:r>
    </w:p>
    <w:p w14:paraId="0AF90C0A" w14:textId="77777777" w:rsidR="006633E6" w:rsidRPr="00DD198D" w:rsidRDefault="00000000">
      <w:pPr>
        <w:ind w:firstLine="425"/>
        <w:jc w:val="both"/>
        <w:rPr>
          <w:lang w:val="pt-PT"/>
        </w:rPr>
      </w:pPr>
      <w:r w:rsidRPr="00DD198D">
        <w:rPr>
          <w:color w:val="000000"/>
          <w:lang w:val="pt-PT"/>
        </w:rPr>
        <w:t>(2) Este interzisă efectuarea operațiilor de stropire și spălare în perioada în care, conform prognozei meteorologice, este posibilă formarea poleiului.</w:t>
      </w:r>
    </w:p>
    <w:p w14:paraId="0F4F8D17" w14:textId="77777777" w:rsidR="006633E6" w:rsidRPr="00DD198D" w:rsidRDefault="00000000">
      <w:pPr>
        <w:ind w:firstLine="425"/>
        <w:jc w:val="both"/>
        <w:rPr>
          <w:lang w:val="pt-PT"/>
        </w:rPr>
      </w:pPr>
      <w:r w:rsidRPr="00DD198D">
        <w:rPr>
          <w:color w:val="000000"/>
          <w:lang w:val="pt-PT"/>
        </w:rPr>
        <w:t>(3) La executarea operației de stropire se va avea în vedere să nu fie afectați pietonii, autovehiculele, vitrinele, mobilierul stradal, panourile publicitare din zona în care acționează utilajul ce realizează operațiunea.</w:t>
      </w:r>
    </w:p>
    <w:p w14:paraId="79E45A55" w14:textId="77777777" w:rsidR="006633E6" w:rsidRPr="00DD198D" w:rsidRDefault="00000000">
      <w:pPr>
        <w:ind w:firstLine="425"/>
        <w:jc w:val="both"/>
        <w:rPr>
          <w:rFonts w:cs="Times New Roman"/>
          <w:szCs w:val="24"/>
          <w:lang w:val="pt-PT"/>
        </w:rPr>
      </w:pPr>
      <w:r w:rsidRPr="00DD198D">
        <w:rPr>
          <w:rFonts w:cs="Times New Roman"/>
          <w:szCs w:val="24"/>
          <w:lang w:val="pt-PT"/>
        </w:rPr>
        <w:t>(4) Stropitul căilor publice se execută cu automăturătoarea, concomitent cu operația de măturat mecanizat, pe străzile prevăzute în anexa nr. 9 la caietul de sarcini. Stropitul nu constituie activitate distinctă din punct de vedere tarifar, cheltuiala aferentă fiind cuprinsă în tariful de măturat mecanizat.</w:t>
      </w:r>
    </w:p>
    <w:p w14:paraId="486A6ACF" w14:textId="77777777" w:rsidR="006633E6" w:rsidRPr="00DD198D" w:rsidRDefault="00000000">
      <w:pPr>
        <w:keepNext/>
        <w:spacing w:before="120"/>
        <w:rPr>
          <w:lang w:val="pt-PT"/>
        </w:rPr>
      </w:pPr>
      <w:r w:rsidRPr="00DD198D">
        <w:rPr>
          <w:b/>
          <w:color w:val="000000"/>
          <w:lang w:val="pt-PT"/>
        </w:rPr>
        <w:t>ART. 77</w:t>
      </w:r>
    </w:p>
    <w:p w14:paraId="359071D3" w14:textId="77777777" w:rsidR="006633E6" w:rsidRPr="00DD198D" w:rsidRDefault="00000000">
      <w:pPr>
        <w:ind w:firstLine="425"/>
        <w:jc w:val="both"/>
        <w:rPr>
          <w:lang w:val="pt-PT"/>
        </w:rPr>
      </w:pPr>
      <w:r w:rsidRPr="00DD198D">
        <w:rPr>
          <w:color w:val="000000"/>
          <w:lang w:val="pt-PT"/>
        </w:rPr>
        <w:t>(1) Operațiunea de spălare se execută atât pe partea carosabilă, cât și pe trotuare, după terminarea operației de măturare și curățare a rigolelor.</w:t>
      </w:r>
    </w:p>
    <w:p w14:paraId="016B7157" w14:textId="77777777" w:rsidR="006633E6" w:rsidRPr="00DD198D" w:rsidRDefault="00000000">
      <w:pPr>
        <w:ind w:firstLine="425"/>
        <w:jc w:val="both"/>
        <w:rPr>
          <w:lang w:val="pt-PT"/>
        </w:rPr>
      </w:pPr>
      <w:r w:rsidRPr="00DD198D">
        <w:rPr>
          <w:color w:val="000000"/>
          <w:lang w:val="pt-PT"/>
        </w:rPr>
        <w:t>(2) Spălatul se realizează cu jet de apă cu presiune ridicată, fiind interzis spălatul cu furtunul racordat la hidranții stradali sau la autocisternele care nu sunt prevăzute cu instalațiile necesare să realizeze presiunea prescrisă.</w:t>
      </w:r>
    </w:p>
    <w:p w14:paraId="11E7C73D" w14:textId="77777777" w:rsidR="006633E6" w:rsidRPr="00DD198D" w:rsidRDefault="00000000">
      <w:pPr>
        <w:ind w:firstLine="425"/>
        <w:jc w:val="both"/>
        <w:rPr>
          <w:lang w:val="pt-PT"/>
        </w:rPr>
      </w:pPr>
      <w:r w:rsidRPr="00DD198D">
        <w:rPr>
          <w:color w:val="000000"/>
          <w:lang w:val="pt-PT"/>
        </w:rPr>
        <w:t>(3) Operațiunea de spălare se execută în tot timpul anului, în funcție de condițiile meteorologice concrete și la o temperatură exterioară de cel puțin 7°C.</w:t>
      </w:r>
    </w:p>
    <w:p w14:paraId="03D31E38" w14:textId="77777777" w:rsidR="006633E6" w:rsidRPr="00DD198D" w:rsidRDefault="00000000">
      <w:pPr>
        <w:ind w:firstLine="425"/>
        <w:jc w:val="both"/>
        <w:rPr>
          <w:lang w:val="pt-PT"/>
        </w:rPr>
      </w:pPr>
      <w:r w:rsidRPr="00DD198D">
        <w:rPr>
          <w:color w:val="000000"/>
          <w:lang w:val="pt-PT"/>
        </w:rPr>
        <w:t>(4) Este interzisă operația de spălare sau stropire în anotimpul călduros, în intervalul orar 13,00 - 17,00, dacă indicele de confort termic depășește pragul valoric de 75 de unități.</w:t>
      </w:r>
    </w:p>
    <w:p w14:paraId="553B0C04" w14:textId="77777777" w:rsidR="006633E6" w:rsidRPr="00DD198D" w:rsidRDefault="00000000">
      <w:pPr>
        <w:ind w:firstLine="425"/>
        <w:jc w:val="both"/>
        <w:rPr>
          <w:lang w:val="pt-PT"/>
        </w:rPr>
      </w:pPr>
      <w:r w:rsidRPr="00DD198D">
        <w:rPr>
          <w:color w:val="000000"/>
          <w:lang w:val="pt-PT"/>
        </w:rPr>
        <w:t>(5) Pentru asigurarea condițiilor prevăzute la alin. (4) și pentru planificarea operațiilor de stropire și spălare, operatorii de salubrizare vor întreprinde toate măsurile necesare ca în perioada de vară să cunoască valoarea indicelui de confort la ora 12,00 și prognoza pentru perioada imediat următoare de două zile de la Administrația Națională de Meteorologie.</w:t>
      </w:r>
    </w:p>
    <w:p w14:paraId="5548EA74" w14:textId="77777777" w:rsidR="006633E6" w:rsidRPr="00DD198D" w:rsidRDefault="00000000">
      <w:pPr>
        <w:ind w:firstLine="425"/>
        <w:jc w:val="both"/>
        <w:rPr>
          <w:lang w:val="pt-PT"/>
        </w:rPr>
      </w:pPr>
      <w:r w:rsidRPr="00DD198D">
        <w:rPr>
          <w:color w:val="000000"/>
          <w:lang w:val="pt-PT"/>
        </w:rPr>
        <w:t>(6) Operatorul are obligația să anunțe autoritatea administrației publice despre toate situațiile în care este împiedicată realizarea operațiilor de spălare, stropire sau măturare.</w:t>
      </w:r>
    </w:p>
    <w:p w14:paraId="695742FF" w14:textId="77777777" w:rsidR="006633E6" w:rsidRPr="00DD198D" w:rsidRDefault="00000000">
      <w:pPr>
        <w:ind w:firstLine="425"/>
        <w:jc w:val="both"/>
        <w:rPr>
          <w:rFonts w:cs="Times New Roman"/>
          <w:szCs w:val="24"/>
          <w:lang w:val="pt-PT"/>
        </w:rPr>
      </w:pPr>
      <w:r w:rsidRPr="005E15BF">
        <w:rPr>
          <w:rFonts w:cs="Times New Roman"/>
          <w:szCs w:val="24"/>
          <w:lang w:val="pt-PT"/>
        </w:rPr>
        <w:t xml:space="preserve">(7) Curățatul rigolelor se realizează anterior sau concomitent cu operația de măturare. Activitatea de răzuit se execută pe toată durata anului, ori de câte ori este nevoie, exceptând sezonul rece când carosabilul este acoperit cu zăpadă sau gheață. Prestația constă în curățatul rigolelor cu razul sau lopata și strângerea în grămezi a noroiului, nisipului, pământului sau prafului rezultat din răzuire, </w:t>
      </w:r>
      <w:r w:rsidRPr="005E15BF">
        <w:rPr>
          <w:rFonts w:cs="Times New Roman"/>
          <w:szCs w:val="24"/>
          <w:lang w:val="pt-PT"/>
        </w:rPr>
        <w:lastRenderedPageBreak/>
        <w:t>încărcarea grămezilor în europubele și golirea în autogunoiere și transportul la depozitele autorizate. Răzuitul rigolelor și bordurilor se realizează pe cele 43 de străzi prevăzute în anexa nr. 11 la caietul de sarcini, pe o lungime totală de 42.708 m, respectiv o suprafață de 32.041 mp la o răzuire, cu o frecvență de 3 răzuiri pe an (96.123 mp/an), în perioadele stabilite prin programul aprobat de autoritatea administrației publice locale. Răzuitul rigolelor este o lucrare de necesitate, determinată de cauze obiective, accidentale, precum ploile torențiale care favorizează transportul de aluviuni, avariile la rețelele subterane, lucrările de construcții și altele asemenea.</w:t>
      </w:r>
    </w:p>
    <w:p w14:paraId="53B22F31" w14:textId="77777777" w:rsidR="006633E6" w:rsidRPr="00DD198D" w:rsidRDefault="00000000">
      <w:pPr>
        <w:ind w:firstLine="425"/>
        <w:jc w:val="both"/>
        <w:rPr>
          <w:rFonts w:cs="Times New Roman"/>
          <w:szCs w:val="24"/>
          <w:lang w:val="pt-PT"/>
        </w:rPr>
      </w:pPr>
      <w:r w:rsidRPr="00DD198D">
        <w:rPr>
          <w:rFonts w:cs="Times New Roman"/>
          <w:color w:val="000000"/>
          <w:szCs w:val="24"/>
          <w:lang w:val="pt-PT"/>
        </w:rPr>
        <w:t>(8) Lățimea medie pe care se aplică curățarea rigolelor este de 0,75 m, măsurată de la bordură spre axul median al străzii.</w:t>
      </w:r>
    </w:p>
    <w:p w14:paraId="75C93C9F" w14:textId="77777777" w:rsidR="006633E6" w:rsidRPr="00DD198D" w:rsidRDefault="00000000">
      <w:pPr>
        <w:ind w:firstLine="425"/>
        <w:jc w:val="both"/>
        <w:rPr>
          <w:rFonts w:cs="Times New Roman"/>
          <w:szCs w:val="24"/>
          <w:lang w:val="pt-PT"/>
        </w:rPr>
      </w:pPr>
      <w:r w:rsidRPr="00DD198D">
        <w:rPr>
          <w:rFonts w:cs="Times New Roman"/>
          <w:szCs w:val="24"/>
          <w:lang w:val="pt-PT"/>
        </w:rPr>
        <w:t>(9) Spălatul căilor publice se execută începând cu al doilea an de operare al serviciului, o dată la două săptămâni, respectiv 15 spălări pe an, pe partea carosabilă asfaltată a străzilor prevăzute în anexa nr. 8 la caietul de sarcini, pe o suprafață de 216.762 mp la o spălare și 3.251.430 mp pe an.</w:t>
      </w:r>
    </w:p>
    <w:p w14:paraId="44278717" w14:textId="77777777" w:rsidR="006633E6" w:rsidRPr="00DD198D" w:rsidRDefault="00000000">
      <w:pPr>
        <w:keepNext/>
        <w:spacing w:before="120"/>
        <w:rPr>
          <w:rFonts w:cs="Times New Roman"/>
          <w:szCs w:val="24"/>
          <w:lang w:val="pt-PT"/>
        </w:rPr>
      </w:pPr>
      <w:r w:rsidRPr="00DD198D">
        <w:rPr>
          <w:rFonts w:cs="Times New Roman"/>
          <w:b/>
          <w:color w:val="000000"/>
          <w:szCs w:val="24"/>
          <w:lang w:val="pt-PT"/>
        </w:rPr>
        <w:t>ART. 78</w:t>
      </w:r>
    </w:p>
    <w:p w14:paraId="3B76436A" w14:textId="77777777" w:rsidR="006633E6" w:rsidRPr="00DD198D" w:rsidRDefault="00000000">
      <w:pPr>
        <w:ind w:firstLine="425"/>
        <w:jc w:val="both"/>
        <w:rPr>
          <w:lang w:val="pt-PT"/>
        </w:rPr>
      </w:pPr>
      <w:r w:rsidRPr="00DD198D">
        <w:rPr>
          <w:color w:val="000000"/>
          <w:lang w:val="pt-PT"/>
        </w:rPr>
        <w:t>(1) Pentru realizarea operațiunii de stropire sau spălare se utilizează numai apă industrială luată din punctele indicate de operatorul serviciului de alimentare cu apă și de canalizare al localității sau din apele de suprafață sau de adâncime, cu aprobarea autorității administrației publice locale, pe baza avizului sanitar.</w:t>
      </w:r>
    </w:p>
    <w:p w14:paraId="43050CFA" w14:textId="77777777" w:rsidR="006633E6" w:rsidRPr="00DD198D" w:rsidRDefault="00000000">
      <w:pPr>
        <w:ind w:firstLine="425"/>
        <w:jc w:val="both"/>
        <w:rPr>
          <w:lang w:val="pt-PT"/>
        </w:rPr>
      </w:pPr>
      <w:r w:rsidRPr="00DD198D">
        <w:rPr>
          <w:color w:val="000000"/>
          <w:lang w:val="pt-PT"/>
        </w:rPr>
        <w:t>(2) În cazul în care din considerente tehnico-economice nu se poate utiliza apa industrială, se poate folosi și apă prelevată de la hidranții stradali, cu acordul operatorului serviciului de alimentare cu apă și de canalizare.</w:t>
      </w:r>
    </w:p>
    <w:p w14:paraId="33CFB9FF" w14:textId="77777777" w:rsidR="006633E6" w:rsidRPr="00DD198D" w:rsidRDefault="00000000">
      <w:pPr>
        <w:ind w:firstLine="425"/>
        <w:jc w:val="both"/>
        <w:rPr>
          <w:lang w:val="pt-PT"/>
        </w:rPr>
      </w:pPr>
      <w:r w:rsidRPr="00DD198D">
        <w:rPr>
          <w:color w:val="000000"/>
          <w:lang w:val="pt-PT"/>
        </w:rPr>
        <w:t>(3) În toate situațiile, alimentarea cu apă industrială sau potabilă se realizează pe baza unui contract încheiat cu operatorul serviciului de alimentare cu apă și de canalizare.</w:t>
      </w:r>
    </w:p>
    <w:p w14:paraId="431F4A0C" w14:textId="77777777" w:rsidR="006633E6" w:rsidRPr="00DD198D" w:rsidRDefault="00000000">
      <w:pPr>
        <w:ind w:firstLine="425"/>
        <w:jc w:val="both"/>
        <w:rPr>
          <w:lang w:val="pt-PT"/>
        </w:rPr>
      </w:pPr>
      <w:r w:rsidRPr="00DD198D">
        <w:rPr>
          <w:color w:val="000000"/>
          <w:lang w:val="pt-PT"/>
        </w:rPr>
        <w:t>(4) Substanțele utilizate în procesul de spălare trebuie să fie aprobate de autoritatea administrației publice locale.</w:t>
      </w:r>
    </w:p>
    <w:p w14:paraId="2268831B" w14:textId="77777777" w:rsidR="006633E6" w:rsidRPr="00DD198D" w:rsidRDefault="00000000">
      <w:pPr>
        <w:keepNext/>
        <w:spacing w:before="280" w:after="120"/>
        <w:jc w:val="center"/>
        <w:rPr>
          <w:lang w:val="pt-PT"/>
        </w:rPr>
      </w:pPr>
      <w:r w:rsidRPr="00DD198D">
        <w:rPr>
          <w:b/>
          <w:color w:val="000000"/>
          <w:lang w:val="pt-PT"/>
        </w:rPr>
        <w:t>CAP. III Curățarea și transportul zăpezii de pe căile publice și menținerea în funcțiune a acestora pe timp de polei sau de îngheț</w:t>
      </w:r>
    </w:p>
    <w:p w14:paraId="1E7A66FF" w14:textId="77777777" w:rsidR="006633E6" w:rsidRPr="00DD198D" w:rsidRDefault="00000000">
      <w:pPr>
        <w:keepNext/>
        <w:spacing w:before="120"/>
        <w:rPr>
          <w:lang w:val="pt-PT"/>
        </w:rPr>
      </w:pPr>
      <w:r w:rsidRPr="00DD198D">
        <w:rPr>
          <w:b/>
          <w:color w:val="000000"/>
          <w:lang w:val="pt-PT"/>
        </w:rPr>
        <w:t>ART. 79</w:t>
      </w:r>
    </w:p>
    <w:p w14:paraId="58CE035A" w14:textId="77777777" w:rsidR="006633E6" w:rsidRPr="00DD198D" w:rsidRDefault="00000000">
      <w:pPr>
        <w:ind w:firstLine="425"/>
        <w:jc w:val="both"/>
        <w:rPr>
          <w:lang w:val="pt-PT"/>
        </w:rPr>
      </w:pPr>
      <w:r w:rsidRPr="00DD198D">
        <w:rPr>
          <w:color w:val="000000"/>
          <w:lang w:val="pt-PT"/>
        </w:rPr>
        <w:t>(1) Operatorul care prestează activitatea de curățare și de transport al zăpezii își va organiza sistemul de informare și control asupra stării drumurilor, precum și a modului de pregătire și acționare pe timp de iarnă.</w:t>
      </w:r>
    </w:p>
    <w:p w14:paraId="72636ECE" w14:textId="77777777" w:rsidR="006633E6" w:rsidRPr="00DD198D" w:rsidRDefault="00000000">
      <w:pPr>
        <w:ind w:firstLine="425"/>
        <w:jc w:val="both"/>
        <w:rPr>
          <w:lang w:val="pt-PT"/>
        </w:rPr>
      </w:pPr>
      <w:r w:rsidRPr="00DD198D">
        <w:rPr>
          <w:color w:val="000000"/>
          <w:lang w:val="pt-PT"/>
        </w:rPr>
        <w:t>(2) Pentru asigurarea circulației rutiere și pietonale în condiții de siguranță în timpul iernii, operatorul va întocmi anual un program comun de acțiune cu autoritatea administrației publice locale, până la 1 octombrie, pentru acțiunile necesare privind deszăpezirea, prevenirea și combaterea poleiului, care va cuprinde măsuri:</w:t>
      </w:r>
    </w:p>
    <w:p w14:paraId="6B9ED03E" w14:textId="77777777" w:rsidR="006633E6" w:rsidRPr="00DD198D" w:rsidRDefault="00000000">
      <w:pPr>
        <w:ind w:left="425"/>
        <w:jc w:val="both"/>
        <w:rPr>
          <w:lang w:val="pt-PT"/>
        </w:rPr>
      </w:pPr>
      <w:r w:rsidRPr="00DD198D">
        <w:rPr>
          <w:color w:val="000000"/>
          <w:lang w:val="pt-PT"/>
        </w:rPr>
        <w:t>a) pregătitoare;</w:t>
      </w:r>
    </w:p>
    <w:p w14:paraId="46A7BAA8" w14:textId="77777777" w:rsidR="006633E6" w:rsidRPr="00DD198D" w:rsidRDefault="00000000">
      <w:pPr>
        <w:ind w:left="425"/>
        <w:jc w:val="both"/>
        <w:rPr>
          <w:lang w:val="pt-PT"/>
        </w:rPr>
      </w:pPr>
      <w:r w:rsidRPr="00DD198D">
        <w:rPr>
          <w:color w:val="000000"/>
          <w:lang w:val="pt-PT"/>
        </w:rPr>
        <w:t>b) de prevenire a înzăpezirii și măsuri de deszăpezire;</w:t>
      </w:r>
    </w:p>
    <w:p w14:paraId="2BB09AAC" w14:textId="77777777" w:rsidR="006633E6" w:rsidRPr="00DD198D" w:rsidRDefault="00000000">
      <w:pPr>
        <w:ind w:left="425"/>
        <w:jc w:val="both"/>
        <w:rPr>
          <w:lang w:val="pt-PT"/>
        </w:rPr>
      </w:pPr>
      <w:r w:rsidRPr="00DD198D">
        <w:rPr>
          <w:color w:val="000000"/>
          <w:lang w:val="pt-PT"/>
        </w:rPr>
        <w:t>c) de prevenire și combatere a poleiului.</w:t>
      </w:r>
    </w:p>
    <w:p w14:paraId="312A7195" w14:textId="77777777" w:rsidR="006633E6" w:rsidRPr="00DD198D" w:rsidRDefault="00000000">
      <w:pPr>
        <w:keepNext/>
        <w:spacing w:before="120"/>
        <w:rPr>
          <w:lang w:val="pt-PT"/>
        </w:rPr>
      </w:pPr>
      <w:r w:rsidRPr="00DD198D">
        <w:rPr>
          <w:b/>
          <w:color w:val="000000"/>
          <w:lang w:val="pt-PT"/>
        </w:rPr>
        <w:t>ART. 80</w:t>
      </w:r>
    </w:p>
    <w:p w14:paraId="44542457" w14:textId="77777777" w:rsidR="006633E6" w:rsidRPr="00DD198D" w:rsidRDefault="00000000">
      <w:pPr>
        <w:ind w:firstLine="425"/>
        <w:jc w:val="both"/>
        <w:rPr>
          <w:lang w:val="pt-PT"/>
        </w:rPr>
      </w:pPr>
      <w:r w:rsidRPr="00DD198D">
        <w:rPr>
          <w:color w:val="000000"/>
          <w:lang w:val="pt-PT"/>
        </w:rPr>
        <w:t>(1) Autoritatea administrației publice locale, împreună cu operatorul, va lua măsurile de organizare a intervențiilor pe timp de iarnă, care constau în:</w:t>
      </w:r>
    </w:p>
    <w:p w14:paraId="6B02F4D2" w14:textId="77777777" w:rsidR="006633E6" w:rsidRPr="00DD198D" w:rsidRDefault="00000000">
      <w:pPr>
        <w:ind w:left="425"/>
        <w:jc w:val="both"/>
        <w:rPr>
          <w:lang w:val="pt-PT"/>
        </w:rPr>
      </w:pPr>
      <w:r w:rsidRPr="00DD198D">
        <w:rPr>
          <w:color w:val="000000"/>
          <w:lang w:val="pt-PT"/>
        </w:rPr>
        <w:t>a) stabilirea nivelurilor de prioritate de intervenție pe străzile din cadrul localității și dotarea necesară deszăpezirii pe timp de iarnă;</w:t>
      </w:r>
    </w:p>
    <w:p w14:paraId="6B77069C" w14:textId="77777777" w:rsidR="006633E6" w:rsidRPr="00DD198D" w:rsidRDefault="00000000">
      <w:pPr>
        <w:ind w:left="425"/>
        <w:jc w:val="both"/>
        <w:rPr>
          <w:lang w:val="pt-PT"/>
        </w:rPr>
      </w:pPr>
      <w:r w:rsidRPr="00DD198D">
        <w:rPr>
          <w:color w:val="000000"/>
          <w:lang w:val="pt-PT"/>
        </w:rPr>
        <w:lastRenderedPageBreak/>
        <w:t>b) organizarea unităților operative de acțiune;</w:t>
      </w:r>
    </w:p>
    <w:p w14:paraId="50458548" w14:textId="77777777" w:rsidR="006633E6" w:rsidRPr="00DD198D" w:rsidRDefault="00000000">
      <w:pPr>
        <w:ind w:left="425"/>
        <w:jc w:val="both"/>
        <w:rPr>
          <w:lang w:val="pt-PT"/>
        </w:rPr>
      </w:pPr>
      <w:r w:rsidRPr="00DD198D">
        <w:rPr>
          <w:color w:val="000000"/>
          <w:lang w:val="pt-PT"/>
        </w:rPr>
        <w:t>c) întocmirea programului de pregătire și acțiune operativă în timpul iernii.</w:t>
      </w:r>
    </w:p>
    <w:p w14:paraId="161709AE" w14:textId="77777777" w:rsidR="006633E6" w:rsidRPr="00DD198D" w:rsidRDefault="00000000">
      <w:pPr>
        <w:ind w:firstLine="425"/>
        <w:jc w:val="both"/>
        <w:rPr>
          <w:lang w:val="pt-PT"/>
        </w:rPr>
      </w:pPr>
      <w:r w:rsidRPr="00DD198D">
        <w:rPr>
          <w:color w:val="000000"/>
          <w:lang w:val="pt-PT"/>
        </w:rPr>
        <w:t>(2) La nivelul orașului Buhuși se stabilesc două niveluri de prioritate de intervenție: urgența I – arterele principale, arterele pe care circulă mijloacele de transport în comun, arterele de penetrație și de legătură, căile de acces la instituțiile publice, la unitățile de învățământ și sanitare; urgența II – celelalte străzi și tronsoane de străzi. Listele străzilor pe niveluri de prioritate se aprobă anual prin Planul operativ de acțiune pe timpul iernii (Planul de deszăpezire).</w:t>
      </w:r>
    </w:p>
    <w:p w14:paraId="0CDB089E" w14:textId="77777777" w:rsidR="006633E6" w:rsidRPr="00DD198D" w:rsidRDefault="00000000">
      <w:pPr>
        <w:ind w:firstLine="425"/>
        <w:jc w:val="both"/>
        <w:rPr>
          <w:lang w:val="pt-PT"/>
        </w:rPr>
      </w:pPr>
      <w:r w:rsidRPr="00DD198D">
        <w:rPr>
          <w:color w:val="000000"/>
          <w:lang w:val="pt-PT"/>
        </w:rPr>
        <w:t>(3) Intervenția pe toate străzile cuprinse în urgența I nu va depăși 2 ore de la începerea intervenției, iar intervenția pe toate străzile cuprinse în aria de operare (urgența I și urgența II) nu va depăși 4 ore. În cazul ninsorilor continue se acționează conform dispozițiilor Comandamentului de deszăpezire, cu scopul menținerii în stare de funcționare a arterelor de circulație, putându-se interveni de mai multe ori pe aceleași suprafețe.</w:t>
      </w:r>
    </w:p>
    <w:p w14:paraId="49E655E9" w14:textId="77777777" w:rsidR="006633E6" w:rsidRPr="00DD198D" w:rsidRDefault="00000000">
      <w:pPr>
        <w:ind w:firstLine="425"/>
        <w:jc w:val="both"/>
        <w:rPr>
          <w:lang w:val="pt-PT"/>
        </w:rPr>
      </w:pPr>
      <w:r w:rsidRPr="00DD198D">
        <w:rPr>
          <w:color w:val="000000"/>
          <w:lang w:val="pt-PT"/>
        </w:rPr>
        <w:t>(4) Planul de deszăpezire se elaborează de autoritatea administrației publice locale, împreună cu operatorul, până la data de 1 octombrie a fiecărui an și se pune în aplicare sub coordonarea Comandamentului de deszăpezire, constituit prin dispoziție a primarului. Operatorul trebuie să fie integral pregătit de intervenție (utilaje, materiale, forță de muncă, programe de lucru) până cel târziu la data de 15 octombrie a fiecărui an și va lua toate măsurile pentru a interveni în termen de maximum 15 minute de la începerea ninsorii, conform urgențelor stabilite în Planul de deszăpezire.</w:t>
      </w:r>
    </w:p>
    <w:p w14:paraId="247AB48C" w14:textId="77777777" w:rsidR="006633E6" w:rsidRPr="00DD198D" w:rsidRDefault="00000000">
      <w:pPr>
        <w:ind w:firstLine="425"/>
        <w:jc w:val="both"/>
        <w:rPr>
          <w:rFonts w:cs="Times New Roman"/>
          <w:szCs w:val="24"/>
          <w:lang w:val="pt-PT"/>
        </w:rPr>
      </w:pPr>
      <w:r w:rsidRPr="00DD198D">
        <w:rPr>
          <w:rFonts w:cs="Times New Roman"/>
          <w:szCs w:val="24"/>
          <w:lang w:val="pt-PT"/>
        </w:rPr>
        <w:t>(5) Aria de operare a activității cuprinde căile publice prevăzute în anexele nr. 13 – 16 la caietul de sarcini (circa 59 km de carosabil, respectiv o suprafață estimată de 177.000 mp la o intervenție). Dotarea minimă cu utilaje și programul estimativ al intervențiilor sunt prevăzute în aceleași anexe.</w:t>
      </w:r>
    </w:p>
    <w:p w14:paraId="126D1DBA" w14:textId="77777777" w:rsidR="006633E6" w:rsidRPr="00DD198D" w:rsidRDefault="00000000">
      <w:pPr>
        <w:keepNext/>
        <w:spacing w:before="120"/>
        <w:rPr>
          <w:lang w:val="pt-PT"/>
        </w:rPr>
      </w:pPr>
      <w:r w:rsidRPr="00DD198D">
        <w:rPr>
          <w:b/>
          <w:color w:val="000000"/>
          <w:lang w:val="pt-PT"/>
        </w:rPr>
        <w:t>ART. 81</w:t>
      </w:r>
    </w:p>
    <w:p w14:paraId="7F1A2B41" w14:textId="77777777" w:rsidR="006633E6" w:rsidRPr="00DD198D" w:rsidRDefault="00000000">
      <w:pPr>
        <w:jc w:val="both"/>
        <w:rPr>
          <w:lang w:val="pt-PT"/>
        </w:rPr>
      </w:pPr>
      <w:r w:rsidRPr="00DD198D">
        <w:rPr>
          <w:color w:val="000000"/>
          <w:lang w:val="pt-PT"/>
        </w:rPr>
        <w:t>La nivelul unității administrativ-teritoriale se va întocmi anual, până la data de 1 noiembrie, programul de pregătire și acțiune operativă în timpul iernii, care va cuprinde cel puțin:</w:t>
      </w:r>
    </w:p>
    <w:p w14:paraId="29FA4FC8" w14:textId="77777777" w:rsidR="006633E6" w:rsidRPr="00DD198D" w:rsidRDefault="00000000">
      <w:pPr>
        <w:ind w:left="425"/>
        <w:jc w:val="both"/>
        <w:rPr>
          <w:lang w:val="pt-PT"/>
        </w:rPr>
      </w:pPr>
      <w:r w:rsidRPr="00DD198D">
        <w:rPr>
          <w:color w:val="000000"/>
          <w:lang w:val="pt-PT"/>
        </w:rPr>
        <w:t>a) centralizatorul materialelor antiderapante, al carburanților și lubrifianților;</w:t>
      </w:r>
    </w:p>
    <w:p w14:paraId="02D3662E" w14:textId="77777777" w:rsidR="006633E6" w:rsidRPr="00DD198D" w:rsidRDefault="00000000">
      <w:pPr>
        <w:ind w:left="425"/>
        <w:jc w:val="both"/>
        <w:rPr>
          <w:lang w:val="pt-PT"/>
        </w:rPr>
      </w:pPr>
      <w:r w:rsidRPr="00DD198D">
        <w:rPr>
          <w:color w:val="000000"/>
          <w:lang w:val="pt-PT"/>
        </w:rPr>
        <w:t>b) centralizatorul utilajelor și mijloacelor de deszăpezire, combatere polei și încărcare a zăpezii;</w:t>
      </w:r>
    </w:p>
    <w:p w14:paraId="0303A0DF" w14:textId="77777777" w:rsidR="006633E6" w:rsidRPr="00DD198D" w:rsidRDefault="00000000">
      <w:pPr>
        <w:ind w:left="425"/>
        <w:jc w:val="both"/>
        <w:rPr>
          <w:lang w:val="pt-PT"/>
        </w:rPr>
      </w:pPr>
      <w:r w:rsidRPr="00DD198D">
        <w:rPr>
          <w:color w:val="000000"/>
          <w:lang w:val="pt-PT"/>
        </w:rPr>
        <w:t>c) lista străzilor și a tronsoanelor de străzi pe care se va acționa;</w:t>
      </w:r>
    </w:p>
    <w:p w14:paraId="3D3F3A4B" w14:textId="77777777" w:rsidR="006633E6" w:rsidRPr="00DD198D" w:rsidRDefault="00000000">
      <w:pPr>
        <w:ind w:left="425"/>
        <w:jc w:val="both"/>
        <w:rPr>
          <w:lang w:val="pt-PT"/>
        </w:rPr>
      </w:pPr>
      <w:r w:rsidRPr="00DD198D">
        <w:rPr>
          <w:color w:val="000000"/>
          <w:lang w:val="pt-PT"/>
        </w:rPr>
        <w:t>d) lista străzilor și a tronsoanelor de străzi pe care se va acționa cu prioritate;</w:t>
      </w:r>
    </w:p>
    <w:p w14:paraId="3DAC3153" w14:textId="77777777" w:rsidR="006633E6" w:rsidRPr="00DD198D" w:rsidRDefault="00000000">
      <w:pPr>
        <w:ind w:left="425"/>
        <w:jc w:val="both"/>
        <w:rPr>
          <w:lang w:val="pt-PT"/>
        </w:rPr>
      </w:pPr>
      <w:r w:rsidRPr="00DD198D">
        <w:rPr>
          <w:color w:val="000000"/>
          <w:lang w:val="pt-PT"/>
        </w:rPr>
        <w:t>e) lista străzilor pe care se află obiective sociale (creșe, grădinițe, cămine de bătrâni, stații de salvare, spitale, unități de învățământ);</w:t>
      </w:r>
    </w:p>
    <w:p w14:paraId="11ED066F" w14:textId="77777777" w:rsidR="006633E6" w:rsidRPr="00DD198D" w:rsidRDefault="00000000">
      <w:pPr>
        <w:ind w:left="425"/>
        <w:jc w:val="both"/>
        <w:rPr>
          <w:lang w:val="pt-PT"/>
        </w:rPr>
      </w:pPr>
      <w:r w:rsidRPr="00DD198D">
        <w:rPr>
          <w:color w:val="000000"/>
          <w:lang w:val="pt-PT"/>
        </w:rPr>
        <w:t>f) lista mijloacelor de comunicare;</w:t>
      </w:r>
    </w:p>
    <w:p w14:paraId="4D1C9C87" w14:textId="77777777" w:rsidR="006633E6" w:rsidRPr="00DD198D" w:rsidRDefault="00000000">
      <w:pPr>
        <w:ind w:left="425"/>
        <w:jc w:val="both"/>
        <w:rPr>
          <w:lang w:val="pt-PT"/>
        </w:rPr>
      </w:pPr>
      <w:r w:rsidRPr="00DD198D">
        <w:rPr>
          <w:color w:val="000000"/>
          <w:lang w:val="pt-PT"/>
        </w:rPr>
        <w:t>g) lista persoanelor responsabile de îndeplinirea programului, cu adresa și numerele de telefon de la serviciu;</w:t>
      </w:r>
    </w:p>
    <w:p w14:paraId="5DADB677" w14:textId="77777777" w:rsidR="006633E6" w:rsidRPr="00DD198D" w:rsidRDefault="00000000">
      <w:pPr>
        <w:ind w:left="425"/>
        <w:jc w:val="both"/>
        <w:rPr>
          <w:lang w:val="pt-PT"/>
        </w:rPr>
      </w:pPr>
      <w:r w:rsidRPr="00DD198D">
        <w:rPr>
          <w:color w:val="000000"/>
          <w:lang w:val="pt-PT"/>
        </w:rPr>
        <w:t>h) lista stațiilor și refugiilor de transport în comun;</w:t>
      </w:r>
    </w:p>
    <w:p w14:paraId="6C3DE1BF" w14:textId="77777777" w:rsidR="006633E6" w:rsidRPr="00DD198D" w:rsidRDefault="00000000">
      <w:pPr>
        <w:ind w:left="425"/>
        <w:jc w:val="both"/>
        <w:rPr>
          <w:lang w:val="pt-PT"/>
        </w:rPr>
      </w:pPr>
      <w:r w:rsidRPr="00DD198D">
        <w:rPr>
          <w:color w:val="000000"/>
          <w:lang w:val="pt-PT"/>
        </w:rPr>
        <w:t>i) lista locațiilor de depozitare a zăpezii;</w:t>
      </w:r>
    </w:p>
    <w:p w14:paraId="1D0A5985" w14:textId="77777777" w:rsidR="006633E6" w:rsidRPr="00DD198D" w:rsidRDefault="00000000">
      <w:pPr>
        <w:ind w:left="425"/>
        <w:jc w:val="both"/>
        <w:rPr>
          <w:lang w:val="it-CH"/>
        </w:rPr>
      </w:pPr>
      <w:r w:rsidRPr="00DD198D">
        <w:rPr>
          <w:color w:val="000000"/>
          <w:lang w:val="it-CH"/>
        </w:rPr>
        <w:t>j) dispunerea spațiilor pentru adunarea și odihna personalului.</w:t>
      </w:r>
    </w:p>
    <w:p w14:paraId="311903FB" w14:textId="77777777" w:rsidR="006633E6" w:rsidRPr="00DD198D" w:rsidRDefault="00000000">
      <w:pPr>
        <w:keepNext/>
        <w:spacing w:before="120"/>
        <w:rPr>
          <w:lang w:val="it-CH"/>
        </w:rPr>
      </w:pPr>
      <w:r w:rsidRPr="00DD198D">
        <w:rPr>
          <w:b/>
          <w:color w:val="000000"/>
          <w:lang w:val="it-CH"/>
        </w:rPr>
        <w:t>ART. 82</w:t>
      </w:r>
    </w:p>
    <w:p w14:paraId="27BA84A9" w14:textId="77777777" w:rsidR="006633E6" w:rsidRPr="00DD198D" w:rsidRDefault="00000000">
      <w:pPr>
        <w:jc w:val="both"/>
        <w:rPr>
          <w:lang w:val="it-CH"/>
        </w:rPr>
      </w:pPr>
      <w:r w:rsidRPr="00DD198D">
        <w:rPr>
          <w:color w:val="000000"/>
          <w:lang w:val="it-CH"/>
        </w:rPr>
        <w:t>Operațiunile de curățare și transport al zăpezii și de acționare cu materiale antiderapante se realizează obligatoriu pe străzile sau tronsoanele de străzi în pantă, poduri, pe străzile sau tronsoanele de străzi situate de-a lungul lacurilor și al cursurilor de apă.</w:t>
      </w:r>
    </w:p>
    <w:p w14:paraId="397FFE05" w14:textId="77777777" w:rsidR="006633E6" w:rsidRPr="00DD198D" w:rsidRDefault="00000000">
      <w:pPr>
        <w:keepNext/>
        <w:spacing w:before="120"/>
        <w:rPr>
          <w:lang w:val="it-CH"/>
        </w:rPr>
      </w:pPr>
      <w:r w:rsidRPr="00DD198D">
        <w:rPr>
          <w:b/>
          <w:color w:val="000000"/>
          <w:lang w:val="it-CH"/>
        </w:rPr>
        <w:lastRenderedPageBreak/>
        <w:t>ART. 83</w:t>
      </w:r>
    </w:p>
    <w:p w14:paraId="7E40C940" w14:textId="77777777" w:rsidR="006633E6" w:rsidRPr="00DD198D" w:rsidRDefault="00000000">
      <w:pPr>
        <w:ind w:firstLine="425"/>
        <w:jc w:val="both"/>
        <w:rPr>
          <w:lang w:val="it-CH"/>
        </w:rPr>
      </w:pPr>
      <w:r w:rsidRPr="00DD198D">
        <w:rPr>
          <w:color w:val="000000"/>
          <w:lang w:val="it-CH"/>
        </w:rPr>
        <w:t>(1) Îndepărtarea zăpezii se va realiza atât manual, cât și mecanizat, în funcție de condițiile specifice din teren.</w:t>
      </w:r>
    </w:p>
    <w:p w14:paraId="16758860" w14:textId="77777777" w:rsidR="006633E6" w:rsidRPr="00DD198D" w:rsidRDefault="00000000">
      <w:pPr>
        <w:ind w:firstLine="425"/>
        <w:jc w:val="both"/>
        <w:rPr>
          <w:lang w:val="it-CH"/>
        </w:rPr>
      </w:pPr>
      <w:r w:rsidRPr="00DD198D">
        <w:rPr>
          <w:color w:val="000000"/>
          <w:lang w:val="it-CH"/>
        </w:rPr>
        <w:t>(2) Îndepărtarea zăpezii manual se efectuează atât ziua, cât și noaptea, în funcție de necesități, cu respectarea instrucțiunilor de securitate și sănătate a muncii.</w:t>
      </w:r>
    </w:p>
    <w:p w14:paraId="35FD828C" w14:textId="77777777" w:rsidR="006633E6" w:rsidRPr="00DD198D" w:rsidRDefault="00000000">
      <w:pPr>
        <w:ind w:firstLine="425"/>
        <w:jc w:val="both"/>
        <w:rPr>
          <w:lang w:val="it-CH"/>
        </w:rPr>
      </w:pPr>
      <w:r w:rsidRPr="00DD198D">
        <w:rPr>
          <w:color w:val="000000"/>
          <w:lang w:val="it-CH"/>
        </w:rPr>
        <w:t>(3) Operatorul va lua toate măsurile necesare pentru a cunoaște zilnic prognoza pentru următoarele 3 zile privind evoluția temperaturii nocturne și diurne și a cantităților de precipitații sub formă de zăpadă.</w:t>
      </w:r>
    </w:p>
    <w:p w14:paraId="59860D20" w14:textId="77777777" w:rsidR="006633E6" w:rsidRPr="00DD198D" w:rsidRDefault="00000000">
      <w:pPr>
        <w:ind w:firstLine="425"/>
        <w:jc w:val="both"/>
        <w:rPr>
          <w:lang w:val="it-CH"/>
        </w:rPr>
      </w:pPr>
      <w:r w:rsidRPr="00DD198D">
        <w:rPr>
          <w:color w:val="000000"/>
          <w:lang w:val="it-CH"/>
        </w:rPr>
        <w:t>(4) În funcție de prognoza meteorologică, operatorul va acționa preventiv pentru preîntâmpinarea depunerii stratului de zăpadă și a formării poleiului.</w:t>
      </w:r>
    </w:p>
    <w:p w14:paraId="06B25D6B" w14:textId="77777777" w:rsidR="006633E6" w:rsidRPr="00DD198D" w:rsidRDefault="00000000">
      <w:pPr>
        <w:ind w:firstLine="425"/>
        <w:jc w:val="both"/>
        <w:rPr>
          <w:lang w:val="it-CH"/>
        </w:rPr>
      </w:pPr>
      <w:r w:rsidRPr="00DD198D">
        <w:rPr>
          <w:color w:val="000000"/>
          <w:lang w:val="it-CH"/>
        </w:rPr>
        <w:t>(5) Curățarea mecanizată a zăpezii (pluguitul) se aplică pe căile de circulație auto atunci când grosimea stratului de zăpadă depășește 5 cm și este urmată, de regulă, de împrăștierea de materiale antiderapante și/sau fondanți chimici, în funcție de condițiile meteorologice și de prognoza meteo. Acțiunea de pluguit se întrerupe numai pentru alimentarea utilajelor cu combustibil și materiale și la schimbarea conducătorilor auto între ture.</w:t>
      </w:r>
    </w:p>
    <w:p w14:paraId="03B68EB8" w14:textId="77777777" w:rsidR="006633E6" w:rsidRPr="00DD198D" w:rsidRDefault="00000000">
      <w:pPr>
        <w:ind w:firstLine="425"/>
        <w:jc w:val="both"/>
        <w:rPr>
          <w:lang w:val="it-CH"/>
        </w:rPr>
      </w:pPr>
      <w:r w:rsidRPr="00DD198D">
        <w:rPr>
          <w:color w:val="000000"/>
          <w:lang w:val="it-CH"/>
        </w:rPr>
        <w:t>(6) Combaterea poleiului se realizează numai atunci când condițiile meteorologice o impun și se declanșează cu 1–2 ore înainte de momentul în care, conform prognozei meteorologice de scurtă durată, temperaturile urmează să atingă limita critică de 0°C, precum și în maximum o oră de la începutul ninsorii, pentru a împiedica formarea stratului de zăpadă tasată; se acționează permanent pe pante, rampe, poduri și în zonele predispuse formării poleiului.</w:t>
      </w:r>
    </w:p>
    <w:p w14:paraId="0D8DC8D7" w14:textId="77777777" w:rsidR="006633E6" w:rsidRPr="00DD198D" w:rsidRDefault="00000000">
      <w:pPr>
        <w:ind w:firstLine="425"/>
        <w:jc w:val="both"/>
        <w:rPr>
          <w:lang w:val="it-CH"/>
        </w:rPr>
      </w:pPr>
      <w:r w:rsidRPr="00DD198D">
        <w:rPr>
          <w:color w:val="000000"/>
          <w:lang w:val="it-CH"/>
        </w:rPr>
        <w:t>(7) Pentru cunoașterea prognozei meteorologice, inclusiv a avertizărilor de tip nowcasting, autoritatea administrației publice locale/operatorul poate încheia o convenție cu Administrația Națională de Meteorologie – Centrul Meteorologic Regional Moldova</w:t>
      </w:r>
      <w:r w:rsidRPr="00DD198D">
        <w:rPr>
          <w:color w:val="000000"/>
          <w:highlight w:val="yellow"/>
          <w:lang w:val="it-CH"/>
        </w:rPr>
        <w:t>.</w:t>
      </w:r>
    </w:p>
    <w:p w14:paraId="135EA917" w14:textId="77777777" w:rsidR="006633E6" w:rsidRPr="00DD198D" w:rsidRDefault="00000000">
      <w:pPr>
        <w:keepNext/>
        <w:spacing w:before="120"/>
        <w:rPr>
          <w:lang w:val="it-CH"/>
        </w:rPr>
      </w:pPr>
      <w:r w:rsidRPr="00DD198D">
        <w:rPr>
          <w:b/>
          <w:color w:val="000000"/>
          <w:lang w:val="it-CH"/>
        </w:rPr>
        <w:t>ART. 84</w:t>
      </w:r>
    </w:p>
    <w:p w14:paraId="318987AF" w14:textId="77777777" w:rsidR="006633E6" w:rsidRPr="00DD198D" w:rsidRDefault="00000000">
      <w:pPr>
        <w:ind w:firstLine="425"/>
        <w:jc w:val="both"/>
        <w:rPr>
          <w:lang w:val="it-CH"/>
        </w:rPr>
      </w:pPr>
      <w:r w:rsidRPr="00DD198D">
        <w:rPr>
          <w:color w:val="000000"/>
          <w:lang w:val="it-CH"/>
        </w:rPr>
        <w:t>(1) În cazul depunerii stratului de zăpadă și formării gheții, arterele de circulație a mijloacelor de transport în comun, spațiile destinate traversării pietonale a străzilor, trotuarele din dreptul stațiilor mijloacelor de transport în comun, respectiv refugiile de pietoni ale stațiilor de tramvai, căile de acces la instituțiile publice, stațiile de metrou și unitățile de alimentație publică trebuie să fie practicabile în termen de maximum 4 ore de la încetarea ninsorii.</w:t>
      </w:r>
    </w:p>
    <w:p w14:paraId="0427247D" w14:textId="77777777" w:rsidR="006633E6" w:rsidRPr="00DD198D" w:rsidRDefault="00000000">
      <w:pPr>
        <w:ind w:firstLine="425"/>
        <w:jc w:val="both"/>
        <w:rPr>
          <w:lang w:val="it-CH"/>
        </w:rPr>
      </w:pPr>
      <w:r w:rsidRPr="00DD198D">
        <w:rPr>
          <w:color w:val="000000"/>
          <w:lang w:val="it-CH"/>
        </w:rPr>
        <w:t>(2) În cazul unor ninsori abundente sau care au o durată de timp mai mare de 12 ore se va interveni cu utilajele de deszăpezire pentru degajarea cu prioritate a străzilor pe care circulă mijloacele de transport în comun.</w:t>
      </w:r>
    </w:p>
    <w:p w14:paraId="6CAF6FB4" w14:textId="77777777" w:rsidR="006633E6" w:rsidRPr="00DD198D" w:rsidRDefault="00000000">
      <w:pPr>
        <w:ind w:firstLine="425"/>
        <w:jc w:val="both"/>
        <w:rPr>
          <w:lang w:val="it-CH"/>
        </w:rPr>
      </w:pPr>
      <w:r w:rsidRPr="00DD198D">
        <w:rPr>
          <w:color w:val="000000"/>
          <w:lang w:val="it-CH"/>
        </w:rPr>
        <w:t>(3) Acțiunea de deszăpezire trebuie să continue până la degajarea tuturor străzilor și aleilor din cadrul localității.</w:t>
      </w:r>
    </w:p>
    <w:p w14:paraId="215D313F" w14:textId="77777777" w:rsidR="006633E6" w:rsidRPr="00DD198D" w:rsidRDefault="00000000">
      <w:pPr>
        <w:ind w:firstLine="425"/>
        <w:jc w:val="both"/>
        <w:rPr>
          <w:lang w:val="it-CH"/>
        </w:rPr>
      </w:pPr>
      <w:r w:rsidRPr="00DD198D">
        <w:rPr>
          <w:color w:val="000000"/>
          <w:lang w:val="it-CH"/>
        </w:rPr>
        <w:t>(4) O dată cu îndepărtarea zăpezii de pe drumul public se vor degaja atât rigolele, cât și gurile de scurgere, astfel încât în urma topirii zăpezii apa rezultată să se scurgă în sistemul de canalizare.</w:t>
      </w:r>
    </w:p>
    <w:p w14:paraId="0F37043F" w14:textId="77777777" w:rsidR="006633E6" w:rsidRPr="00DD198D" w:rsidRDefault="00000000">
      <w:pPr>
        <w:keepNext/>
        <w:spacing w:before="120"/>
        <w:rPr>
          <w:lang w:val="it-CH"/>
        </w:rPr>
      </w:pPr>
      <w:r w:rsidRPr="00DD198D">
        <w:rPr>
          <w:b/>
          <w:color w:val="000000"/>
          <w:lang w:val="it-CH"/>
        </w:rPr>
        <w:t>ART. 85</w:t>
      </w:r>
    </w:p>
    <w:p w14:paraId="4CAAADDE" w14:textId="77777777" w:rsidR="006633E6" w:rsidRPr="00DD198D" w:rsidRDefault="00000000">
      <w:pPr>
        <w:ind w:firstLine="425"/>
        <w:jc w:val="both"/>
        <w:rPr>
          <w:lang w:val="it-CH"/>
        </w:rPr>
      </w:pPr>
      <w:r w:rsidRPr="00DD198D">
        <w:rPr>
          <w:color w:val="000000"/>
          <w:lang w:val="it-CH"/>
        </w:rPr>
        <w:t>(1) Evidența activității privind combaterea poleiului și deszăpezirii străzilor din localitate pe timp de iarnă se va ține de către operator într-un registru special întocmit pentru această activitate și denumit "Jurnal de activitate pe timp de iarnă".</w:t>
      </w:r>
    </w:p>
    <w:p w14:paraId="4ADCF457" w14:textId="77777777" w:rsidR="006633E6" w:rsidRPr="00DD198D" w:rsidRDefault="00000000">
      <w:pPr>
        <w:ind w:firstLine="425"/>
        <w:jc w:val="both"/>
        <w:rPr>
          <w:lang w:val="pt-PT"/>
        </w:rPr>
      </w:pPr>
      <w:r w:rsidRPr="00DD198D">
        <w:rPr>
          <w:color w:val="000000"/>
          <w:lang w:val="pt-PT"/>
        </w:rPr>
        <w:t>(2) Jurnalul de activitate pe timp de iarnă, semnat de reprezentantul împuternicit al autorității administrației publice locale constituie documentul primar de bază pentru verificarea activității și decontarea lucrărilor efectuate.</w:t>
      </w:r>
    </w:p>
    <w:p w14:paraId="19968D84" w14:textId="77777777" w:rsidR="006633E6" w:rsidRPr="00DD198D" w:rsidRDefault="00000000">
      <w:pPr>
        <w:ind w:firstLine="425"/>
        <w:jc w:val="both"/>
        <w:rPr>
          <w:lang w:val="pt-PT"/>
        </w:rPr>
      </w:pPr>
      <w:r w:rsidRPr="00DD198D">
        <w:rPr>
          <w:color w:val="000000"/>
          <w:lang w:val="pt-PT"/>
        </w:rPr>
        <w:lastRenderedPageBreak/>
        <w:t>(3) În cadrul jurnalului se vor trece cel puțin următoarele:</w:t>
      </w:r>
    </w:p>
    <w:p w14:paraId="3FBFC79C" w14:textId="77777777" w:rsidR="006633E6" w:rsidRPr="00DD198D" w:rsidRDefault="00000000">
      <w:pPr>
        <w:ind w:left="425"/>
        <w:jc w:val="both"/>
        <w:rPr>
          <w:lang w:val="it-CH"/>
        </w:rPr>
      </w:pPr>
      <w:r w:rsidRPr="00DD198D">
        <w:rPr>
          <w:color w:val="000000"/>
          <w:lang w:val="it-CH"/>
        </w:rPr>
        <w:t>a) numele și prenumele dispecerului;</w:t>
      </w:r>
    </w:p>
    <w:p w14:paraId="3B599087" w14:textId="77777777" w:rsidR="006633E6" w:rsidRPr="00DD198D" w:rsidRDefault="00000000">
      <w:pPr>
        <w:ind w:left="425"/>
        <w:jc w:val="both"/>
        <w:rPr>
          <w:lang w:val="it-CH"/>
        </w:rPr>
      </w:pPr>
      <w:r w:rsidRPr="00DD198D">
        <w:rPr>
          <w:color w:val="000000"/>
          <w:lang w:val="it-CH"/>
        </w:rPr>
        <w:t>b) data și ora de începere a acțiunii pe fiecare utilaj/echipă în parte;</w:t>
      </w:r>
    </w:p>
    <w:p w14:paraId="760A513F" w14:textId="77777777" w:rsidR="006633E6" w:rsidRPr="00DD198D" w:rsidRDefault="00000000">
      <w:pPr>
        <w:ind w:left="425"/>
        <w:jc w:val="both"/>
        <w:rPr>
          <w:lang w:val="it-CH"/>
        </w:rPr>
      </w:pPr>
      <w:r w:rsidRPr="00DD198D">
        <w:rPr>
          <w:color w:val="000000"/>
          <w:lang w:val="it-CH"/>
        </w:rPr>
        <w:t>c) data și ora de terminare a acțiunii pe fiecare utilaj/echipă în parte;</w:t>
      </w:r>
    </w:p>
    <w:p w14:paraId="04DBE5A9" w14:textId="77777777" w:rsidR="006633E6" w:rsidRPr="00DD198D" w:rsidRDefault="00000000">
      <w:pPr>
        <w:ind w:left="425"/>
        <w:jc w:val="both"/>
      </w:pPr>
      <w:r w:rsidRPr="00DD198D">
        <w:rPr>
          <w:color w:val="000000"/>
        </w:rPr>
        <w:t xml:space="preserve">d) </w:t>
      </w:r>
      <w:proofErr w:type="spellStart"/>
      <w:r w:rsidRPr="00DD198D">
        <w:rPr>
          <w:color w:val="000000"/>
        </w:rPr>
        <w:t>străzile</w:t>
      </w:r>
      <w:proofErr w:type="spellEnd"/>
      <w:r w:rsidRPr="00DD198D">
        <w:rPr>
          <w:color w:val="000000"/>
        </w:rPr>
        <w:t xml:space="preserve"> pe care s-</w:t>
      </w:r>
      <w:proofErr w:type="gramStart"/>
      <w:r w:rsidRPr="00DD198D">
        <w:rPr>
          <w:color w:val="000000"/>
        </w:rPr>
        <w:t>a</w:t>
      </w:r>
      <w:proofErr w:type="gramEnd"/>
      <w:r w:rsidRPr="00DD198D">
        <w:rPr>
          <w:color w:val="000000"/>
        </w:rPr>
        <w:t xml:space="preserve"> </w:t>
      </w:r>
      <w:proofErr w:type="spellStart"/>
      <w:r w:rsidRPr="00DD198D">
        <w:rPr>
          <w:color w:val="000000"/>
        </w:rPr>
        <w:t>acționat</w:t>
      </w:r>
      <w:proofErr w:type="spellEnd"/>
      <w:r w:rsidRPr="00DD198D">
        <w:rPr>
          <w:color w:val="000000"/>
        </w:rPr>
        <w:t>;</w:t>
      </w:r>
    </w:p>
    <w:p w14:paraId="03063CF8" w14:textId="77777777" w:rsidR="006633E6" w:rsidRPr="00DD198D" w:rsidRDefault="00000000">
      <w:pPr>
        <w:ind w:left="425"/>
        <w:jc w:val="both"/>
        <w:rPr>
          <w:lang w:val="pt-PT"/>
        </w:rPr>
      </w:pPr>
      <w:r w:rsidRPr="00DD198D">
        <w:rPr>
          <w:color w:val="000000"/>
          <w:lang w:val="pt-PT"/>
        </w:rPr>
        <w:t>e) activitatea prestată;</w:t>
      </w:r>
    </w:p>
    <w:p w14:paraId="215DAEE4" w14:textId="77777777" w:rsidR="006633E6" w:rsidRPr="00DD198D" w:rsidRDefault="00000000">
      <w:pPr>
        <w:ind w:left="425"/>
        <w:jc w:val="both"/>
        <w:rPr>
          <w:lang w:val="pt-PT"/>
        </w:rPr>
      </w:pPr>
      <w:r w:rsidRPr="00DD198D">
        <w:rPr>
          <w:color w:val="000000"/>
          <w:lang w:val="pt-PT"/>
        </w:rPr>
        <w:t>f) forța de muncă utilizată;</w:t>
      </w:r>
    </w:p>
    <w:p w14:paraId="220B2E89" w14:textId="77777777" w:rsidR="006633E6" w:rsidRPr="00DD198D" w:rsidRDefault="00000000">
      <w:pPr>
        <w:ind w:left="425"/>
        <w:jc w:val="both"/>
        <w:rPr>
          <w:lang w:val="pt-PT"/>
        </w:rPr>
      </w:pPr>
      <w:r w:rsidRPr="00DD198D">
        <w:rPr>
          <w:color w:val="000000"/>
          <w:lang w:val="pt-PT"/>
        </w:rPr>
        <w:t>g) utilajele/echipele care au acționat;</w:t>
      </w:r>
    </w:p>
    <w:p w14:paraId="2204EFC0" w14:textId="77777777" w:rsidR="006633E6" w:rsidRPr="00DD198D" w:rsidRDefault="00000000">
      <w:pPr>
        <w:ind w:left="425"/>
        <w:jc w:val="both"/>
        <w:rPr>
          <w:lang w:val="pt-PT"/>
        </w:rPr>
      </w:pPr>
      <w:r w:rsidRPr="00DD198D">
        <w:rPr>
          <w:color w:val="000000"/>
          <w:lang w:val="pt-PT"/>
        </w:rPr>
        <w:t>h) materialele utilizate și cantitatea acestora;</w:t>
      </w:r>
    </w:p>
    <w:p w14:paraId="326E5225" w14:textId="77777777" w:rsidR="006633E6" w:rsidRPr="00DD198D" w:rsidRDefault="00000000">
      <w:pPr>
        <w:ind w:left="425"/>
        <w:jc w:val="both"/>
        <w:rPr>
          <w:lang w:val="pt-PT"/>
        </w:rPr>
      </w:pPr>
      <w:r w:rsidRPr="00DD198D">
        <w:rPr>
          <w:color w:val="000000"/>
          <w:lang w:val="pt-PT"/>
        </w:rPr>
        <w:t>i) temperatura exterioară;</w:t>
      </w:r>
    </w:p>
    <w:p w14:paraId="4D523486" w14:textId="77777777" w:rsidR="006633E6" w:rsidRPr="00DD198D" w:rsidRDefault="00000000">
      <w:pPr>
        <w:ind w:left="425"/>
        <w:jc w:val="both"/>
        <w:rPr>
          <w:lang w:val="pt-PT"/>
        </w:rPr>
      </w:pPr>
      <w:r w:rsidRPr="00DD198D">
        <w:rPr>
          <w:color w:val="000000"/>
          <w:lang w:val="pt-PT"/>
        </w:rPr>
        <w:t>j) condițiile hidrometeorologice;</w:t>
      </w:r>
    </w:p>
    <w:p w14:paraId="65B5E5C6" w14:textId="77777777" w:rsidR="006633E6" w:rsidRPr="00DD198D" w:rsidRDefault="00000000">
      <w:pPr>
        <w:ind w:left="425"/>
        <w:jc w:val="both"/>
        <w:rPr>
          <w:lang w:val="pt-PT"/>
        </w:rPr>
      </w:pPr>
      <w:r w:rsidRPr="00DD198D">
        <w:rPr>
          <w:color w:val="000000"/>
          <w:lang w:val="pt-PT"/>
        </w:rPr>
        <w:t>k) grosimea medie a stratului de zăpadă;</w:t>
      </w:r>
    </w:p>
    <w:p w14:paraId="0E3CC8C1" w14:textId="77777777" w:rsidR="006633E6" w:rsidRPr="00DD198D" w:rsidRDefault="00000000">
      <w:pPr>
        <w:ind w:left="425"/>
        <w:jc w:val="both"/>
        <w:rPr>
          <w:lang w:val="it-CH"/>
        </w:rPr>
      </w:pPr>
      <w:r w:rsidRPr="00DD198D">
        <w:rPr>
          <w:color w:val="000000"/>
          <w:lang w:val="it-CH"/>
        </w:rPr>
        <w:t>l) semnătura dispecerului.</w:t>
      </w:r>
    </w:p>
    <w:p w14:paraId="4CEE5633" w14:textId="77777777" w:rsidR="006633E6" w:rsidRPr="00DD198D" w:rsidRDefault="00000000">
      <w:pPr>
        <w:ind w:firstLine="425"/>
        <w:jc w:val="both"/>
        <w:rPr>
          <w:lang w:val="it-CH"/>
        </w:rPr>
      </w:pPr>
      <w:r w:rsidRPr="00DD198D">
        <w:rPr>
          <w:color w:val="000000"/>
          <w:lang w:val="it-CH"/>
        </w:rPr>
        <w:t>(4) Evidența se va ține pe schimburi, separat pentru acțiunea cu utilaje și separat pentru acțiunea cu forțe umane.</w:t>
      </w:r>
    </w:p>
    <w:p w14:paraId="6E6DC44E" w14:textId="77777777" w:rsidR="006633E6" w:rsidRPr="00DD198D" w:rsidRDefault="00000000">
      <w:pPr>
        <w:keepNext/>
        <w:spacing w:before="120"/>
        <w:rPr>
          <w:lang w:val="it-CH"/>
        </w:rPr>
      </w:pPr>
      <w:r w:rsidRPr="00DD198D">
        <w:rPr>
          <w:b/>
          <w:color w:val="000000"/>
          <w:lang w:val="it-CH"/>
        </w:rPr>
        <w:t>ART. 86</w:t>
      </w:r>
    </w:p>
    <w:p w14:paraId="0410E61E" w14:textId="77777777" w:rsidR="006633E6" w:rsidRPr="00DD198D" w:rsidRDefault="00000000">
      <w:pPr>
        <w:ind w:firstLine="425"/>
        <w:jc w:val="both"/>
        <w:rPr>
          <w:lang w:val="it-CH"/>
        </w:rPr>
      </w:pPr>
      <w:r w:rsidRPr="00DD198D">
        <w:rPr>
          <w:color w:val="000000"/>
          <w:lang w:val="it-CH"/>
        </w:rPr>
        <w:t>(1) Autoritatea administrației publice trebuie să stabilească locurile de depozitare sau de descărcare a zăpezii care a rezultat în urma îndepărtării acesteia de pe străzile pe care s-a acționat manual sau mecanizat.</w:t>
      </w:r>
    </w:p>
    <w:p w14:paraId="1758B117" w14:textId="77777777" w:rsidR="006633E6" w:rsidRPr="00DD198D" w:rsidRDefault="00000000">
      <w:pPr>
        <w:ind w:firstLine="425"/>
        <w:jc w:val="both"/>
        <w:rPr>
          <w:lang w:val="it-CH"/>
        </w:rPr>
      </w:pPr>
      <w:r w:rsidRPr="00DD198D">
        <w:rPr>
          <w:color w:val="000000"/>
          <w:lang w:val="it-CH"/>
        </w:rPr>
        <w:t>(2) Locurile de depozitare vor fi amenajate astfel încât:</w:t>
      </w:r>
    </w:p>
    <w:p w14:paraId="408E8EEE" w14:textId="77777777" w:rsidR="006633E6" w:rsidRPr="00DD198D" w:rsidRDefault="00000000">
      <w:pPr>
        <w:ind w:left="425"/>
        <w:jc w:val="both"/>
        <w:rPr>
          <w:lang w:val="it-CH"/>
        </w:rPr>
      </w:pPr>
      <w:r w:rsidRPr="00DD198D">
        <w:rPr>
          <w:color w:val="000000"/>
          <w:lang w:val="it-CH"/>
        </w:rPr>
        <w:t>a) să nu permită infiltrarea apei rezultate din topire în sol;</w:t>
      </w:r>
    </w:p>
    <w:p w14:paraId="380E168E" w14:textId="77777777" w:rsidR="006633E6" w:rsidRPr="00DD198D" w:rsidRDefault="00000000">
      <w:pPr>
        <w:ind w:left="425"/>
        <w:jc w:val="both"/>
        <w:rPr>
          <w:lang w:val="it-CH"/>
        </w:rPr>
      </w:pPr>
      <w:r w:rsidRPr="00DD198D">
        <w:rPr>
          <w:color w:val="000000"/>
          <w:lang w:val="it-CH"/>
        </w:rPr>
        <w:t>b) suprafața depozitului să fie suficient de mare pentru a permite depozitarea întregii cantități de zăpadă provenite din aria de deservire aferentă;</w:t>
      </w:r>
    </w:p>
    <w:p w14:paraId="0F84141D" w14:textId="77777777" w:rsidR="006633E6" w:rsidRPr="00DD198D" w:rsidRDefault="00000000">
      <w:pPr>
        <w:ind w:left="425"/>
        <w:jc w:val="both"/>
        <w:rPr>
          <w:lang w:val="it-CH"/>
        </w:rPr>
      </w:pPr>
      <w:r w:rsidRPr="00DD198D">
        <w:rPr>
          <w:color w:val="000000"/>
          <w:lang w:val="it-CH"/>
        </w:rPr>
        <w:t>c) să fie prevăzute cu sistem de colectare a apei provenite din topire și de deversare a acesteia numai în rețeaua de canalizare a localității, în punctele avizate de operatorul serviciului de alimentare cu apă și de canalizare.</w:t>
      </w:r>
    </w:p>
    <w:p w14:paraId="59045DCC" w14:textId="77777777" w:rsidR="006633E6" w:rsidRPr="00DD198D" w:rsidRDefault="00000000">
      <w:pPr>
        <w:ind w:firstLine="425"/>
        <w:jc w:val="both"/>
        <w:rPr>
          <w:lang w:val="it-CH"/>
        </w:rPr>
      </w:pPr>
      <w:r w:rsidRPr="00DD198D">
        <w:rPr>
          <w:color w:val="000000"/>
          <w:lang w:val="it-CH"/>
        </w:rPr>
        <w:t>(3) Zăpada rezultată din activitatea de deszăpezire poate fi descărcată în căminele de canalizare avizate în prealabil de operatorul serviciului de alimentare cu apă și de canalizare.</w:t>
      </w:r>
    </w:p>
    <w:p w14:paraId="178F3CF8" w14:textId="77777777" w:rsidR="006633E6" w:rsidRPr="00DD198D" w:rsidRDefault="00000000">
      <w:pPr>
        <w:ind w:firstLine="425"/>
        <w:jc w:val="both"/>
        <w:rPr>
          <w:lang w:val="it-CH"/>
        </w:rPr>
      </w:pPr>
      <w:r w:rsidRPr="00DD198D">
        <w:rPr>
          <w:color w:val="000000"/>
          <w:lang w:val="it-CH"/>
        </w:rPr>
        <w:t>(4) Se interzice depozitarea zăpezii pe trotuare, în intersecții, pe spații verzi sau virane.</w:t>
      </w:r>
    </w:p>
    <w:p w14:paraId="6D22B21C" w14:textId="77777777" w:rsidR="006633E6" w:rsidRPr="00DD198D" w:rsidRDefault="00000000">
      <w:pPr>
        <w:ind w:firstLine="425"/>
        <w:jc w:val="both"/>
        <w:rPr>
          <w:lang w:val="it-CH"/>
        </w:rPr>
      </w:pPr>
      <w:r w:rsidRPr="00DD198D">
        <w:rPr>
          <w:color w:val="000000"/>
          <w:lang w:val="it-CH"/>
        </w:rPr>
        <w:t>(5) Încărcarea, transportul, descărcarea și depozitarea zăpezii și a gheții acesteia trebuie să se realizeze în maximum 12 ore de la terminarea activității de deszăpezire.</w:t>
      </w:r>
    </w:p>
    <w:p w14:paraId="6717C8F7" w14:textId="77777777" w:rsidR="006633E6" w:rsidRPr="00DD198D" w:rsidRDefault="00000000">
      <w:pPr>
        <w:ind w:firstLine="425"/>
        <w:jc w:val="both"/>
        <w:rPr>
          <w:lang w:val="it-CH"/>
        </w:rPr>
      </w:pPr>
      <w:r w:rsidRPr="00DD198D">
        <w:rPr>
          <w:color w:val="000000"/>
          <w:lang w:val="it-CH"/>
        </w:rPr>
        <w:t>(6) Consiliul local poate stabili și alte intervale de timp în care operatorul trebuie să asigure deszăpezirea, în funcție de importanța străzilor, abundența cantității de zăpadă, dotarea cu mijloace tehnice și umane etc., dar nu mai mult de 24 de ore.</w:t>
      </w:r>
    </w:p>
    <w:p w14:paraId="1685A20C" w14:textId="77777777" w:rsidR="006633E6" w:rsidRPr="00DD198D" w:rsidRDefault="00000000">
      <w:pPr>
        <w:ind w:firstLine="425"/>
        <w:jc w:val="both"/>
        <w:rPr>
          <w:lang w:val="it-CH"/>
        </w:rPr>
      </w:pPr>
      <w:r w:rsidRPr="00DD198D">
        <w:rPr>
          <w:color w:val="000000"/>
          <w:lang w:val="it-CH"/>
        </w:rPr>
        <w:t>(7) Transportul, depozitarea și descărcarea zăpezii și a gheții formate pe carosabil se realizează concomitent cu operația de deszăpezire.</w:t>
      </w:r>
    </w:p>
    <w:p w14:paraId="1FA65292" w14:textId="77777777" w:rsidR="006633E6" w:rsidRPr="00DD198D" w:rsidRDefault="00000000">
      <w:pPr>
        <w:ind w:firstLine="425"/>
        <w:jc w:val="both"/>
        <w:rPr>
          <w:lang w:val="it-CH"/>
        </w:rPr>
      </w:pPr>
      <w:r w:rsidRPr="00DD198D">
        <w:rPr>
          <w:color w:val="000000"/>
          <w:lang w:val="it-CH"/>
        </w:rPr>
        <w:t>(8) Încărcatul și transportul zăpezii și gheții se execută cu încărcător frontal și autobasculante, ziua sau noaptea, în funcție de necesitate, fără stânjenirea traficului; locurile de depozitare a zăpezii se aprobă anual prin Planul de deszăpezire.</w:t>
      </w:r>
    </w:p>
    <w:p w14:paraId="4ABA64F5" w14:textId="77777777" w:rsidR="006633E6" w:rsidRPr="00DD198D" w:rsidRDefault="00000000">
      <w:pPr>
        <w:keepNext/>
        <w:spacing w:before="120"/>
        <w:rPr>
          <w:lang w:val="it-CH"/>
        </w:rPr>
      </w:pPr>
      <w:r w:rsidRPr="00DD198D">
        <w:rPr>
          <w:b/>
          <w:color w:val="000000"/>
          <w:lang w:val="it-CH"/>
        </w:rPr>
        <w:lastRenderedPageBreak/>
        <w:t>ART. 87</w:t>
      </w:r>
    </w:p>
    <w:p w14:paraId="6BBFF480" w14:textId="77777777" w:rsidR="006633E6" w:rsidRPr="00DD198D" w:rsidRDefault="00000000">
      <w:pPr>
        <w:jc w:val="both"/>
        <w:rPr>
          <w:lang w:val="it-CH"/>
        </w:rPr>
      </w:pPr>
      <w:r w:rsidRPr="00DD198D">
        <w:rPr>
          <w:color w:val="000000"/>
          <w:lang w:val="it-CH"/>
        </w:rPr>
        <w:t>Autoritatea administrației publice locale a unității administrativ-teritoriale va lua măsuri pentru prevenirea și combaterea poleiului și înzăpezirii străzilor din cadrul localității, pe toată perioada iernii, Și de apărare a lor împotriva degradării, în perioada de dezgheț.</w:t>
      </w:r>
    </w:p>
    <w:p w14:paraId="3E13C91D" w14:textId="77777777" w:rsidR="006633E6" w:rsidRPr="00DD198D" w:rsidRDefault="00000000">
      <w:pPr>
        <w:keepNext/>
        <w:spacing w:before="120"/>
        <w:rPr>
          <w:lang w:val="it-CH"/>
        </w:rPr>
      </w:pPr>
      <w:r w:rsidRPr="00DD198D">
        <w:rPr>
          <w:b/>
          <w:color w:val="000000"/>
          <w:lang w:val="it-CH"/>
        </w:rPr>
        <w:t>ART. 88</w:t>
      </w:r>
    </w:p>
    <w:p w14:paraId="181725B2" w14:textId="77777777" w:rsidR="006633E6" w:rsidRPr="00DD198D" w:rsidRDefault="00000000">
      <w:pPr>
        <w:ind w:firstLine="425"/>
        <w:jc w:val="both"/>
        <w:rPr>
          <w:lang w:val="it-CH"/>
        </w:rPr>
      </w:pPr>
      <w:r w:rsidRPr="00DD198D">
        <w:rPr>
          <w:color w:val="000000"/>
          <w:lang w:val="it-CH"/>
        </w:rPr>
        <w:t>(1) Împrăștierea substanțelor chimice, în cazul în care prognoza meteorologică sau mijloacele de detectare locală indică posibilitatea apariției poleiului, a gheții și în perioada în care se înregistrează variații de temperatură care conduc la topirea zăpezii/gheții urmată în perioada imediat următoare de îngheț, se realizează în maximum 3 ore de la avertizare.</w:t>
      </w:r>
    </w:p>
    <w:p w14:paraId="4B0DCE11" w14:textId="77777777" w:rsidR="006633E6" w:rsidRPr="00DD198D" w:rsidRDefault="00000000">
      <w:pPr>
        <w:ind w:firstLine="425"/>
        <w:jc w:val="both"/>
        <w:rPr>
          <w:lang w:val="it-CH"/>
        </w:rPr>
      </w:pPr>
      <w:r w:rsidRPr="00DD198D">
        <w:rPr>
          <w:color w:val="000000"/>
          <w:lang w:val="it-CH"/>
        </w:rPr>
        <w:t>(2) Combaterea poleiului se face utilizând atât materiale antiderapante, cât și fondanți chimici în amestecuri omogene, iar împrăștierea acestora se realizează cât mai uniform pe suprafața părții carosabile.</w:t>
      </w:r>
    </w:p>
    <w:p w14:paraId="6BA7490D" w14:textId="77777777" w:rsidR="006633E6" w:rsidRPr="00DD198D" w:rsidRDefault="00000000">
      <w:pPr>
        <w:ind w:firstLine="425"/>
        <w:jc w:val="both"/>
        <w:rPr>
          <w:lang w:val="it-CH"/>
        </w:rPr>
      </w:pPr>
      <w:r w:rsidRPr="00DD198D">
        <w:rPr>
          <w:color w:val="000000"/>
          <w:lang w:val="it-CH"/>
        </w:rPr>
        <w:t>(3) Utilizarea clorurii de sodiu numai în amestec cu inhibitori de coroziune se utilizează în cazul în care temperatura nu scade sub -10°C. Pentru temperaturi mai scăzute se va utiliza clorura de calciu sau alte substanțe chimice care au un grad de coroziune redusă.</w:t>
      </w:r>
    </w:p>
    <w:p w14:paraId="0BAA60A0" w14:textId="77777777" w:rsidR="006633E6" w:rsidRPr="00DD198D" w:rsidRDefault="00000000">
      <w:pPr>
        <w:ind w:firstLine="425"/>
        <w:jc w:val="both"/>
        <w:rPr>
          <w:lang w:val="it-CH"/>
        </w:rPr>
      </w:pPr>
      <w:r w:rsidRPr="00DD198D">
        <w:rPr>
          <w:color w:val="000000"/>
          <w:lang w:val="it-CH"/>
        </w:rPr>
        <w:t>(4) Utilizarea clorurii de sodiu fără ca aceasta să fie amestecată cu inhibitori de coroziune sau împreună cu nisip sau alte materiale care prin acțiunea de împrăștiere pot produce deteriorări prin acțiunea abrazivă ori prin lovire și/sau înfundare a canalizării stradale este interzisă.</w:t>
      </w:r>
    </w:p>
    <w:p w14:paraId="224998FE" w14:textId="77777777" w:rsidR="006633E6" w:rsidRPr="00DD198D" w:rsidRDefault="00000000">
      <w:pPr>
        <w:ind w:firstLine="425"/>
        <w:jc w:val="both"/>
        <w:rPr>
          <w:lang w:val="it-CH"/>
        </w:rPr>
      </w:pPr>
      <w:r w:rsidRPr="00DD198D">
        <w:rPr>
          <w:color w:val="000000"/>
          <w:lang w:val="it-CH"/>
        </w:rPr>
        <w:t>(5) Substanțele utilizate pentru prevenirea depunerii zăpezii, împotriva înghețului și pentru combaterea formării poleiului vor fi aprobate de autoritatea administrației publice locale sau asociația de dezvoltare intercomunitară.</w:t>
      </w:r>
    </w:p>
    <w:p w14:paraId="7C7F0AF5" w14:textId="77777777" w:rsidR="006633E6" w:rsidRPr="00DD198D" w:rsidRDefault="00000000">
      <w:pPr>
        <w:ind w:firstLine="425"/>
        <w:jc w:val="both"/>
        <w:rPr>
          <w:lang w:val="it-CH"/>
        </w:rPr>
      </w:pPr>
      <w:r w:rsidRPr="00DD198D">
        <w:rPr>
          <w:color w:val="000000"/>
          <w:lang w:val="it-CH"/>
        </w:rPr>
        <w:t>(6) Pentru prevenirea și combaterea poleiului și a gheții se utilizează, după caz: clorură de calciu (CaCl₂) în stare solidă/lichidă, pură sau în amestec; clorură de magneziu (MgCl₂); clorură de sodiu (NaCl) în amestec cu inhibitori de coroziune; nisip în amestec cu materiale chimice; alte materiale, în funcție de evoluția tehnologică. La alegerea soluției se ține cont de starea și natura îmbrăcămintei carosabilului și de condițiile meteo, cu prioritate pentru soluțiile cu impact redus asupra mediului.</w:t>
      </w:r>
    </w:p>
    <w:p w14:paraId="30D44C2C" w14:textId="77777777" w:rsidR="006633E6" w:rsidRPr="00DD198D" w:rsidRDefault="00000000">
      <w:pPr>
        <w:keepNext/>
        <w:spacing w:before="120"/>
        <w:rPr>
          <w:lang w:val="it-CH"/>
        </w:rPr>
      </w:pPr>
      <w:r w:rsidRPr="00DD198D">
        <w:rPr>
          <w:b/>
          <w:color w:val="000000"/>
          <w:lang w:val="it-CH"/>
        </w:rPr>
        <w:t>ART. 89</w:t>
      </w:r>
    </w:p>
    <w:p w14:paraId="5B7AEE81" w14:textId="77777777" w:rsidR="006633E6" w:rsidRPr="00DD198D" w:rsidRDefault="00000000">
      <w:pPr>
        <w:jc w:val="both"/>
        <w:rPr>
          <w:lang w:val="it-CH"/>
        </w:rPr>
      </w:pPr>
      <w:r w:rsidRPr="00DD198D">
        <w:rPr>
          <w:color w:val="000000"/>
          <w:lang w:val="it-CH"/>
        </w:rPr>
        <w:t>Autoritatea administrației publice locale sau operatorul are obligația să anunțe prin posturile de radio locale starea străzilor, locurile în care traficul este îngreunat ca urmare a lucrărilor de curățare și transport al zăpezii, străzile pe care s-a format poleiul, precum și orice alte informații legate de activitatea de deszăpezire sau de combatere a poleiului, necesare asigurării unei circulații în siguranță a pietonilor, a mijloacelor de transport în comun, a autovehiculelor care asigură aprovizionarea și a celorlalte autovehicule.</w:t>
      </w:r>
    </w:p>
    <w:p w14:paraId="161C9F63" w14:textId="77777777" w:rsidR="006633E6" w:rsidRPr="00DD198D" w:rsidRDefault="00000000">
      <w:pPr>
        <w:keepNext/>
        <w:spacing w:before="280" w:after="120"/>
        <w:jc w:val="center"/>
        <w:rPr>
          <w:lang w:val="it-CH"/>
        </w:rPr>
      </w:pPr>
      <w:r w:rsidRPr="00DD198D">
        <w:rPr>
          <w:b/>
          <w:color w:val="000000"/>
          <w:lang w:val="it-CH"/>
        </w:rPr>
        <w:t>CAP. V Drepturi și obligații</w:t>
      </w:r>
    </w:p>
    <w:p w14:paraId="631B483E" w14:textId="77777777" w:rsidR="006633E6" w:rsidRPr="00DD198D" w:rsidRDefault="00000000">
      <w:pPr>
        <w:keepNext/>
        <w:spacing w:before="200" w:after="120"/>
        <w:jc w:val="center"/>
        <w:rPr>
          <w:lang w:val="it-CH"/>
        </w:rPr>
      </w:pPr>
      <w:r w:rsidRPr="00DD198D">
        <w:rPr>
          <w:b/>
          <w:color w:val="000000"/>
          <w:lang w:val="it-CH"/>
        </w:rPr>
        <w:t>SECȚIUNEA 1 Drepturile și obligațiile operatorilor serviciului de salubrizare</w:t>
      </w:r>
    </w:p>
    <w:p w14:paraId="28AF63F7" w14:textId="77777777" w:rsidR="006633E6" w:rsidRPr="00DD198D" w:rsidRDefault="00000000">
      <w:pPr>
        <w:keepNext/>
        <w:spacing w:before="120"/>
        <w:rPr>
          <w:lang w:val="it-CH"/>
        </w:rPr>
      </w:pPr>
      <w:r w:rsidRPr="00DD198D">
        <w:rPr>
          <w:b/>
          <w:color w:val="000000"/>
          <w:lang w:val="it-CH"/>
        </w:rPr>
        <w:t xml:space="preserve">ART. </w:t>
      </w:r>
      <w:r w:rsidR="00DD198D">
        <w:rPr>
          <w:b/>
          <w:color w:val="000000"/>
          <w:lang w:val="it-CH"/>
        </w:rPr>
        <w:t>90</w:t>
      </w:r>
    </w:p>
    <w:p w14:paraId="6B9AD4B8" w14:textId="77777777" w:rsidR="006633E6" w:rsidRPr="00DD198D" w:rsidRDefault="00000000">
      <w:pPr>
        <w:jc w:val="both"/>
        <w:rPr>
          <w:lang w:val="it-CH"/>
        </w:rPr>
      </w:pPr>
      <w:r w:rsidRPr="00DD198D">
        <w:rPr>
          <w:color w:val="000000"/>
          <w:lang w:val="it-CH"/>
        </w:rPr>
        <w:t>În funcție de raporturile juridice care se stabilesc între operator și autoritatea administrației publice locale/asociația de dezvoltare intercomunitară sau între operator și utilizatori, drepturile și obligațiile operatorului se constituie ca un capitol distinct în cadrul:</w:t>
      </w:r>
    </w:p>
    <w:p w14:paraId="2DDF7674" w14:textId="77777777" w:rsidR="006633E6" w:rsidRPr="00DD198D" w:rsidRDefault="00000000">
      <w:pPr>
        <w:ind w:left="425"/>
        <w:jc w:val="both"/>
        <w:rPr>
          <w:lang w:val="it-CH"/>
        </w:rPr>
      </w:pPr>
      <w:r w:rsidRPr="00DD198D">
        <w:rPr>
          <w:color w:val="000000"/>
          <w:lang w:val="it-CH"/>
        </w:rPr>
        <w:t>a) hotărârii de dare în administrare a serviciului de salubrizare;</w:t>
      </w:r>
    </w:p>
    <w:p w14:paraId="70D01149" w14:textId="77777777" w:rsidR="006633E6" w:rsidRPr="00DD198D" w:rsidRDefault="00000000">
      <w:pPr>
        <w:ind w:left="425"/>
        <w:jc w:val="both"/>
        <w:rPr>
          <w:lang w:val="it-CH"/>
        </w:rPr>
      </w:pPr>
      <w:r w:rsidRPr="00DD198D">
        <w:rPr>
          <w:color w:val="000000"/>
          <w:lang w:val="it-CH"/>
        </w:rPr>
        <w:t>b) contractului de delegare a gestiunii serviciului de salubrizare;</w:t>
      </w:r>
    </w:p>
    <w:p w14:paraId="793412DB" w14:textId="77777777" w:rsidR="006633E6" w:rsidRPr="00DD198D" w:rsidRDefault="00000000">
      <w:pPr>
        <w:ind w:left="425"/>
        <w:jc w:val="both"/>
        <w:rPr>
          <w:lang w:val="it-CH"/>
        </w:rPr>
      </w:pPr>
      <w:r w:rsidRPr="00DD198D">
        <w:rPr>
          <w:color w:val="000000"/>
          <w:lang w:val="it-CH"/>
        </w:rPr>
        <w:t>c) contractului de prestare a serviciului de salubrizare pentru utilizatori.</w:t>
      </w:r>
    </w:p>
    <w:p w14:paraId="5DC446C8" w14:textId="77777777" w:rsidR="006633E6" w:rsidRPr="00DD198D" w:rsidRDefault="00000000">
      <w:pPr>
        <w:keepNext/>
        <w:spacing w:before="120"/>
      </w:pPr>
      <w:r w:rsidRPr="00DD198D">
        <w:rPr>
          <w:b/>
          <w:color w:val="000000"/>
        </w:rPr>
        <w:lastRenderedPageBreak/>
        <w:t xml:space="preserve">ART. </w:t>
      </w:r>
      <w:r w:rsidR="00DD198D" w:rsidRPr="00DD198D">
        <w:rPr>
          <w:b/>
          <w:color w:val="000000"/>
        </w:rPr>
        <w:t>91</w:t>
      </w:r>
    </w:p>
    <w:p w14:paraId="4DDC3DCC" w14:textId="77777777" w:rsidR="006633E6" w:rsidRPr="00DD198D" w:rsidRDefault="00000000">
      <w:pPr>
        <w:jc w:val="both"/>
      </w:pPr>
      <w:proofErr w:type="spellStart"/>
      <w:r w:rsidRPr="00DD198D">
        <w:rPr>
          <w:color w:val="000000"/>
        </w:rPr>
        <w:t>Operatorul</w:t>
      </w:r>
      <w:proofErr w:type="spellEnd"/>
      <w:r w:rsidRPr="00DD198D">
        <w:rPr>
          <w:color w:val="000000"/>
        </w:rPr>
        <w:t xml:space="preserve"> are, </w:t>
      </w:r>
      <w:proofErr w:type="spellStart"/>
      <w:r w:rsidRPr="00DD198D">
        <w:rPr>
          <w:color w:val="000000"/>
        </w:rPr>
        <w:t>în</w:t>
      </w:r>
      <w:proofErr w:type="spellEnd"/>
      <w:r w:rsidRPr="00DD198D">
        <w:rPr>
          <w:color w:val="000000"/>
        </w:rPr>
        <w:t xml:space="preserve"> principal, </w:t>
      </w:r>
      <w:proofErr w:type="spellStart"/>
      <w:r w:rsidRPr="00DD198D">
        <w:rPr>
          <w:color w:val="000000"/>
        </w:rPr>
        <w:t>următoarele</w:t>
      </w:r>
      <w:proofErr w:type="spellEnd"/>
      <w:r w:rsidRPr="00DD198D">
        <w:rPr>
          <w:color w:val="000000"/>
        </w:rPr>
        <w:t xml:space="preserve"> </w:t>
      </w:r>
      <w:proofErr w:type="spellStart"/>
      <w:r w:rsidRPr="00DD198D">
        <w:rPr>
          <w:color w:val="000000"/>
        </w:rPr>
        <w:t>drepturi</w:t>
      </w:r>
      <w:proofErr w:type="spellEnd"/>
      <w:r w:rsidRPr="00DD198D">
        <w:rPr>
          <w:color w:val="000000"/>
        </w:rPr>
        <w:t>:</w:t>
      </w:r>
    </w:p>
    <w:p w14:paraId="153B9E78" w14:textId="77777777" w:rsidR="006633E6" w:rsidRDefault="00000000">
      <w:pPr>
        <w:ind w:left="425"/>
        <w:jc w:val="both"/>
      </w:pPr>
      <w:r w:rsidRPr="00DD198D">
        <w:rPr>
          <w:color w:val="000000"/>
        </w:rPr>
        <w:t xml:space="preserve">a) </w:t>
      </w:r>
      <w:proofErr w:type="spellStart"/>
      <w:r w:rsidRPr="00DD198D">
        <w:rPr>
          <w:color w:val="000000"/>
        </w:rPr>
        <w:t>să</w:t>
      </w:r>
      <w:proofErr w:type="spellEnd"/>
      <w:r w:rsidRPr="00DD198D">
        <w:rPr>
          <w:color w:val="000000"/>
        </w:rPr>
        <w:t xml:space="preserve"> </w:t>
      </w:r>
      <w:proofErr w:type="spellStart"/>
      <w:r>
        <w:rPr>
          <w:color w:val="000000"/>
        </w:rPr>
        <w:t>încaseze</w:t>
      </w:r>
      <w:proofErr w:type="spellEnd"/>
      <w:r>
        <w:rPr>
          <w:color w:val="000000"/>
        </w:rPr>
        <w:t xml:space="preserve"> </w:t>
      </w:r>
      <w:proofErr w:type="spellStart"/>
      <w:r>
        <w:rPr>
          <w:color w:val="000000"/>
        </w:rPr>
        <w:t>contravaloarea</w:t>
      </w:r>
      <w:proofErr w:type="spellEnd"/>
      <w:r>
        <w:rPr>
          <w:color w:val="000000"/>
        </w:rPr>
        <w:t xml:space="preserve"> </w:t>
      </w:r>
      <w:proofErr w:type="spellStart"/>
      <w:r>
        <w:rPr>
          <w:color w:val="000000"/>
        </w:rPr>
        <w:t>serviciului</w:t>
      </w:r>
      <w:proofErr w:type="spellEnd"/>
      <w:r>
        <w:rPr>
          <w:color w:val="000000"/>
        </w:rPr>
        <w:t xml:space="preserve"> de </w:t>
      </w:r>
      <w:proofErr w:type="spellStart"/>
      <w:r>
        <w:rPr>
          <w:color w:val="000000"/>
        </w:rPr>
        <w:t>salubrizare</w:t>
      </w:r>
      <w:proofErr w:type="spellEnd"/>
      <w:r>
        <w:rPr>
          <w:color w:val="000000"/>
        </w:rPr>
        <w:t xml:space="preserve"> </w:t>
      </w:r>
      <w:proofErr w:type="spellStart"/>
      <w:r>
        <w:rPr>
          <w:color w:val="000000"/>
        </w:rPr>
        <w:t>prestat</w:t>
      </w:r>
      <w:proofErr w:type="spellEnd"/>
      <w:r>
        <w:rPr>
          <w:color w:val="000000"/>
        </w:rPr>
        <w:t>/</w:t>
      </w:r>
      <w:proofErr w:type="spellStart"/>
      <w:r>
        <w:rPr>
          <w:color w:val="000000"/>
        </w:rPr>
        <w:t>contractat</w:t>
      </w:r>
      <w:proofErr w:type="spellEnd"/>
      <w:r>
        <w:rPr>
          <w:color w:val="000000"/>
        </w:rPr>
        <w:t xml:space="preserve">, </w:t>
      </w:r>
      <w:proofErr w:type="spellStart"/>
      <w:r>
        <w:rPr>
          <w:color w:val="000000"/>
        </w:rPr>
        <w:t>corespunzător</w:t>
      </w:r>
      <w:proofErr w:type="spellEnd"/>
      <w:r>
        <w:rPr>
          <w:color w:val="000000"/>
        </w:rPr>
        <w:t xml:space="preserve"> </w:t>
      </w:r>
      <w:proofErr w:type="spellStart"/>
      <w:r>
        <w:rPr>
          <w:color w:val="000000"/>
        </w:rPr>
        <w:t>tarifului</w:t>
      </w:r>
      <w:proofErr w:type="spellEnd"/>
      <w:r>
        <w:rPr>
          <w:color w:val="000000"/>
        </w:rPr>
        <w:t xml:space="preserve"> </w:t>
      </w:r>
      <w:proofErr w:type="spellStart"/>
      <w:r>
        <w:rPr>
          <w:color w:val="000000"/>
        </w:rPr>
        <w:t>aprobat</w:t>
      </w:r>
      <w:proofErr w:type="spellEnd"/>
      <w:r>
        <w:rPr>
          <w:color w:val="000000"/>
        </w:rPr>
        <w:t xml:space="preserve"> de </w:t>
      </w:r>
      <w:proofErr w:type="spellStart"/>
      <w:r>
        <w:rPr>
          <w:color w:val="000000"/>
        </w:rPr>
        <w:t>către</w:t>
      </w:r>
      <w:proofErr w:type="spellEnd"/>
      <w:r>
        <w:rPr>
          <w:color w:val="000000"/>
        </w:rPr>
        <w:t xml:space="preserve"> </w:t>
      </w:r>
      <w:proofErr w:type="spellStart"/>
      <w:r>
        <w:rPr>
          <w:color w:val="000000"/>
        </w:rPr>
        <w:t>autoritatea</w:t>
      </w:r>
      <w:proofErr w:type="spellEnd"/>
      <w:r>
        <w:rPr>
          <w:color w:val="000000"/>
        </w:rPr>
        <w:t xml:space="preserve"> </w:t>
      </w:r>
      <w:proofErr w:type="spellStart"/>
      <w:r>
        <w:rPr>
          <w:color w:val="000000"/>
        </w:rPr>
        <w:t>deliberativă</w:t>
      </w:r>
      <w:proofErr w:type="spellEnd"/>
      <w:r>
        <w:rPr>
          <w:color w:val="000000"/>
        </w:rPr>
        <w:t xml:space="preserve"> a </w:t>
      </w:r>
      <w:proofErr w:type="spellStart"/>
      <w:r>
        <w:rPr>
          <w:color w:val="000000"/>
        </w:rPr>
        <w:t>unității</w:t>
      </w:r>
      <w:proofErr w:type="spellEnd"/>
      <w:r>
        <w:rPr>
          <w:color w:val="000000"/>
        </w:rPr>
        <w:t xml:space="preserve"> </w:t>
      </w:r>
      <w:proofErr w:type="spellStart"/>
      <w:r>
        <w:rPr>
          <w:color w:val="000000"/>
        </w:rPr>
        <w:t>administrativ-teritoriale</w:t>
      </w:r>
      <w:proofErr w:type="spellEnd"/>
      <w:r>
        <w:rPr>
          <w:color w:val="000000"/>
        </w:rPr>
        <w:t xml:space="preserve"> </w:t>
      </w:r>
      <w:proofErr w:type="spellStart"/>
      <w:r>
        <w:rPr>
          <w:color w:val="000000"/>
        </w:rPr>
        <w:t>sau</w:t>
      </w:r>
      <w:proofErr w:type="spellEnd"/>
      <w:r>
        <w:rPr>
          <w:color w:val="000000"/>
        </w:rPr>
        <w:t xml:space="preserve">, </w:t>
      </w:r>
      <w:proofErr w:type="spellStart"/>
      <w:r>
        <w:rPr>
          <w:color w:val="000000"/>
        </w:rPr>
        <w:t>după</w:t>
      </w:r>
      <w:proofErr w:type="spellEnd"/>
      <w:r>
        <w:rPr>
          <w:color w:val="000000"/>
        </w:rPr>
        <w:t xml:space="preserve"> </w:t>
      </w:r>
      <w:proofErr w:type="spellStart"/>
      <w:r>
        <w:rPr>
          <w:color w:val="000000"/>
        </w:rPr>
        <w:t>caz</w:t>
      </w:r>
      <w:proofErr w:type="spellEnd"/>
      <w:r>
        <w:rPr>
          <w:color w:val="000000"/>
        </w:rPr>
        <w:t xml:space="preserve">, de </w:t>
      </w:r>
      <w:proofErr w:type="spellStart"/>
      <w:r>
        <w:rPr>
          <w:color w:val="000000"/>
        </w:rPr>
        <w:t>către</w:t>
      </w:r>
      <w:proofErr w:type="spellEnd"/>
      <w:r>
        <w:rPr>
          <w:color w:val="000000"/>
        </w:rPr>
        <w:t xml:space="preserve"> </w:t>
      </w:r>
      <w:proofErr w:type="spellStart"/>
      <w:r>
        <w:rPr>
          <w:color w:val="000000"/>
        </w:rPr>
        <w:t>adunarea</w:t>
      </w:r>
      <w:proofErr w:type="spellEnd"/>
      <w:r>
        <w:rPr>
          <w:color w:val="000000"/>
        </w:rPr>
        <w:t xml:space="preserve"> </w:t>
      </w:r>
      <w:proofErr w:type="spellStart"/>
      <w:r>
        <w:rPr>
          <w:color w:val="000000"/>
        </w:rPr>
        <w:t>generală</w:t>
      </w:r>
      <w:proofErr w:type="spellEnd"/>
      <w:r>
        <w:rPr>
          <w:color w:val="000000"/>
        </w:rPr>
        <w:t xml:space="preserve"> </w:t>
      </w:r>
      <w:proofErr w:type="gramStart"/>
      <w:r>
        <w:rPr>
          <w:color w:val="000000"/>
        </w:rPr>
        <w:t>a</w:t>
      </w:r>
      <w:proofErr w:type="gramEnd"/>
      <w:r>
        <w:rPr>
          <w:color w:val="000000"/>
        </w:rPr>
        <w:t xml:space="preserve"> </w:t>
      </w:r>
      <w:proofErr w:type="spellStart"/>
      <w:r>
        <w:rPr>
          <w:color w:val="000000"/>
        </w:rPr>
        <w:t>asociației</w:t>
      </w:r>
      <w:proofErr w:type="spellEnd"/>
      <w:r>
        <w:rPr>
          <w:color w:val="000000"/>
        </w:rPr>
        <w:t xml:space="preserve"> de </w:t>
      </w:r>
      <w:proofErr w:type="spellStart"/>
      <w:r>
        <w:rPr>
          <w:color w:val="000000"/>
        </w:rPr>
        <w:t>dezvoltare</w:t>
      </w:r>
      <w:proofErr w:type="spellEnd"/>
      <w:r>
        <w:rPr>
          <w:color w:val="000000"/>
        </w:rPr>
        <w:t xml:space="preserve"> </w:t>
      </w:r>
      <w:proofErr w:type="spellStart"/>
      <w:r>
        <w:rPr>
          <w:color w:val="000000"/>
        </w:rPr>
        <w:t>intercomunitară</w:t>
      </w:r>
      <w:proofErr w:type="spellEnd"/>
      <w:r>
        <w:rPr>
          <w:color w:val="000000"/>
        </w:rPr>
        <w:t>;</w:t>
      </w:r>
    </w:p>
    <w:p w14:paraId="2B3B0F87" w14:textId="77777777" w:rsidR="006633E6" w:rsidRDefault="00000000">
      <w:pPr>
        <w:ind w:left="425"/>
        <w:jc w:val="both"/>
      </w:pPr>
      <w:r>
        <w:rPr>
          <w:color w:val="000000"/>
        </w:rPr>
        <w:t xml:space="preserve">b) </w:t>
      </w:r>
      <w:proofErr w:type="spellStart"/>
      <w:r>
        <w:rPr>
          <w:color w:val="000000"/>
        </w:rPr>
        <w:t>să</w:t>
      </w:r>
      <w:proofErr w:type="spellEnd"/>
      <w:r>
        <w:rPr>
          <w:color w:val="000000"/>
        </w:rPr>
        <w:t xml:space="preserve"> </w:t>
      </w:r>
      <w:proofErr w:type="spellStart"/>
      <w:r>
        <w:rPr>
          <w:color w:val="000000"/>
        </w:rPr>
        <w:t>i</w:t>
      </w:r>
      <w:proofErr w:type="spellEnd"/>
      <w:r>
        <w:rPr>
          <w:color w:val="000000"/>
        </w:rPr>
        <w:t xml:space="preserve"> se </w:t>
      </w:r>
      <w:proofErr w:type="spellStart"/>
      <w:r>
        <w:rPr>
          <w:color w:val="000000"/>
        </w:rPr>
        <w:t>asigure</w:t>
      </w:r>
      <w:proofErr w:type="spellEnd"/>
      <w:r>
        <w:rPr>
          <w:color w:val="000000"/>
        </w:rPr>
        <w:t xml:space="preserve"> </w:t>
      </w:r>
      <w:proofErr w:type="spellStart"/>
      <w:r>
        <w:rPr>
          <w:color w:val="000000"/>
        </w:rPr>
        <w:t>menținerea</w:t>
      </w:r>
      <w:proofErr w:type="spellEnd"/>
      <w:r>
        <w:rPr>
          <w:color w:val="000000"/>
        </w:rPr>
        <w:t xml:space="preserve"> </w:t>
      </w:r>
      <w:proofErr w:type="spellStart"/>
      <w:r>
        <w:rPr>
          <w:color w:val="000000"/>
        </w:rPr>
        <w:t>echilibrului</w:t>
      </w:r>
      <w:proofErr w:type="spellEnd"/>
      <w:r>
        <w:rPr>
          <w:color w:val="000000"/>
        </w:rPr>
        <w:t xml:space="preserve"> contractual pe </w:t>
      </w:r>
      <w:proofErr w:type="spellStart"/>
      <w:r>
        <w:rPr>
          <w:color w:val="000000"/>
        </w:rPr>
        <w:t>toată</w:t>
      </w:r>
      <w:proofErr w:type="spellEnd"/>
      <w:r>
        <w:rPr>
          <w:color w:val="000000"/>
        </w:rPr>
        <w:t xml:space="preserve"> </w:t>
      </w:r>
      <w:proofErr w:type="spellStart"/>
      <w:r>
        <w:rPr>
          <w:color w:val="000000"/>
        </w:rPr>
        <w:t>durata</w:t>
      </w:r>
      <w:proofErr w:type="spellEnd"/>
      <w:r>
        <w:rPr>
          <w:color w:val="000000"/>
        </w:rPr>
        <w:t xml:space="preserve"> </w:t>
      </w:r>
      <w:proofErr w:type="spellStart"/>
      <w:r>
        <w:rPr>
          <w:color w:val="000000"/>
        </w:rPr>
        <w:t>contractului</w:t>
      </w:r>
      <w:proofErr w:type="spellEnd"/>
      <w:r>
        <w:rPr>
          <w:color w:val="000000"/>
        </w:rPr>
        <w:t xml:space="preserve"> de </w:t>
      </w:r>
      <w:proofErr w:type="spellStart"/>
      <w:r>
        <w:rPr>
          <w:color w:val="000000"/>
        </w:rPr>
        <w:t>delegare</w:t>
      </w:r>
      <w:proofErr w:type="spellEnd"/>
      <w:r>
        <w:rPr>
          <w:color w:val="000000"/>
        </w:rPr>
        <w:t xml:space="preserve">, </w:t>
      </w:r>
      <w:proofErr w:type="spellStart"/>
      <w:r>
        <w:rPr>
          <w:color w:val="000000"/>
        </w:rPr>
        <w:t>inclusiv</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cazul</w:t>
      </w:r>
      <w:proofErr w:type="spellEnd"/>
      <w:r>
        <w:rPr>
          <w:color w:val="000000"/>
        </w:rPr>
        <w:t xml:space="preserve"> </w:t>
      </w:r>
      <w:proofErr w:type="spellStart"/>
      <w:r>
        <w:rPr>
          <w:color w:val="000000"/>
        </w:rPr>
        <w:t>în</w:t>
      </w:r>
      <w:proofErr w:type="spellEnd"/>
      <w:r>
        <w:rPr>
          <w:color w:val="000000"/>
        </w:rPr>
        <w:t xml:space="preserve"> care </w:t>
      </w:r>
      <w:proofErr w:type="spellStart"/>
      <w:r>
        <w:rPr>
          <w:color w:val="000000"/>
        </w:rPr>
        <w:t>autoritatea</w:t>
      </w:r>
      <w:proofErr w:type="spellEnd"/>
      <w:r>
        <w:rPr>
          <w:color w:val="000000"/>
        </w:rPr>
        <w:t xml:space="preserve"> </w:t>
      </w:r>
      <w:proofErr w:type="spellStart"/>
      <w:r>
        <w:rPr>
          <w:color w:val="000000"/>
        </w:rPr>
        <w:t>contractantă</w:t>
      </w:r>
      <w:proofErr w:type="spellEnd"/>
      <w:r>
        <w:rPr>
          <w:color w:val="000000"/>
        </w:rPr>
        <w:t xml:space="preserve"> </w:t>
      </w:r>
      <w:proofErr w:type="spellStart"/>
      <w:r>
        <w:rPr>
          <w:color w:val="000000"/>
        </w:rPr>
        <w:t>impune</w:t>
      </w:r>
      <w:proofErr w:type="spellEnd"/>
      <w:r>
        <w:rPr>
          <w:color w:val="000000"/>
        </w:rPr>
        <w:t xml:space="preserve">, </w:t>
      </w:r>
      <w:proofErr w:type="spellStart"/>
      <w:r>
        <w:rPr>
          <w:color w:val="000000"/>
        </w:rPr>
        <w:t>în</w:t>
      </w:r>
      <w:proofErr w:type="spellEnd"/>
      <w:r>
        <w:rPr>
          <w:color w:val="000000"/>
        </w:rPr>
        <w:t xml:space="preserve"> sarcina </w:t>
      </w:r>
      <w:proofErr w:type="spellStart"/>
      <w:r>
        <w:rPr>
          <w:color w:val="000000"/>
        </w:rPr>
        <w:t>acestuia</w:t>
      </w:r>
      <w:proofErr w:type="spellEnd"/>
      <w:r>
        <w:rPr>
          <w:color w:val="000000"/>
        </w:rPr>
        <w:t xml:space="preserve">, </w:t>
      </w:r>
      <w:proofErr w:type="spellStart"/>
      <w:r>
        <w:rPr>
          <w:color w:val="000000"/>
        </w:rPr>
        <w:t>îndeplinirea</w:t>
      </w:r>
      <w:proofErr w:type="spellEnd"/>
      <w:r>
        <w:rPr>
          <w:color w:val="000000"/>
        </w:rPr>
        <w:t xml:space="preserve"> </w:t>
      </w:r>
      <w:proofErr w:type="spellStart"/>
      <w:r>
        <w:rPr>
          <w:color w:val="000000"/>
        </w:rPr>
        <w:t>unor</w:t>
      </w:r>
      <w:proofErr w:type="spellEnd"/>
      <w:r>
        <w:rPr>
          <w:color w:val="000000"/>
        </w:rPr>
        <w:t xml:space="preserve"> </w:t>
      </w:r>
      <w:proofErr w:type="spellStart"/>
      <w:r>
        <w:rPr>
          <w:color w:val="000000"/>
        </w:rPr>
        <w:t>noi</w:t>
      </w:r>
      <w:proofErr w:type="spellEnd"/>
      <w:r>
        <w:rPr>
          <w:color w:val="000000"/>
        </w:rPr>
        <w:t xml:space="preserve"> </w:t>
      </w:r>
      <w:proofErr w:type="spellStart"/>
      <w:r>
        <w:rPr>
          <w:color w:val="000000"/>
        </w:rPr>
        <w:t>obligații</w:t>
      </w:r>
      <w:proofErr w:type="spellEnd"/>
      <w:r>
        <w:rPr>
          <w:color w:val="000000"/>
        </w:rPr>
        <w:t xml:space="preserve"> de </w:t>
      </w:r>
      <w:proofErr w:type="spellStart"/>
      <w:r>
        <w:rPr>
          <w:color w:val="000000"/>
        </w:rPr>
        <w:t>serviciu</w:t>
      </w:r>
      <w:proofErr w:type="spellEnd"/>
      <w:r>
        <w:rPr>
          <w:color w:val="000000"/>
        </w:rPr>
        <w:t xml:space="preserve"> public;</w:t>
      </w:r>
    </w:p>
    <w:p w14:paraId="13CF6EC9" w14:textId="77777777" w:rsidR="006633E6" w:rsidRDefault="00000000">
      <w:pPr>
        <w:ind w:left="425"/>
        <w:jc w:val="both"/>
      </w:pPr>
      <w:r>
        <w:rPr>
          <w:color w:val="000000"/>
        </w:rPr>
        <w:t xml:space="preserve">c) </w:t>
      </w:r>
      <w:proofErr w:type="spellStart"/>
      <w:r>
        <w:rPr>
          <w:color w:val="000000"/>
        </w:rPr>
        <w:t>să</w:t>
      </w:r>
      <w:proofErr w:type="spellEnd"/>
      <w:r>
        <w:rPr>
          <w:color w:val="000000"/>
        </w:rPr>
        <w:t xml:space="preserve"> </w:t>
      </w:r>
      <w:proofErr w:type="spellStart"/>
      <w:r>
        <w:rPr>
          <w:color w:val="000000"/>
        </w:rPr>
        <w:t>solicite</w:t>
      </w:r>
      <w:proofErr w:type="spellEnd"/>
      <w:r>
        <w:rPr>
          <w:color w:val="000000"/>
        </w:rPr>
        <w:t xml:space="preserve"> </w:t>
      </w:r>
      <w:proofErr w:type="spellStart"/>
      <w:r>
        <w:rPr>
          <w:color w:val="000000"/>
        </w:rPr>
        <w:t>ajustarea</w:t>
      </w:r>
      <w:proofErr w:type="spellEnd"/>
      <w:r>
        <w:rPr>
          <w:color w:val="000000"/>
        </w:rPr>
        <w:t xml:space="preserve"> </w:t>
      </w:r>
      <w:proofErr w:type="spellStart"/>
      <w:r>
        <w:rPr>
          <w:color w:val="000000"/>
        </w:rPr>
        <w:t>tarifului</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raport</w:t>
      </w:r>
      <w:proofErr w:type="spellEnd"/>
      <w:r>
        <w:rPr>
          <w:color w:val="000000"/>
        </w:rPr>
        <w:t xml:space="preserve"> cu </w:t>
      </w:r>
      <w:proofErr w:type="spellStart"/>
      <w:r>
        <w:rPr>
          <w:color w:val="000000"/>
        </w:rPr>
        <w:t>evoluția</w:t>
      </w:r>
      <w:proofErr w:type="spellEnd"/>
      <w:r>
        <w:rPr>
          <w:color w:val="000000"/>
        </w:rPr>
        <w:t xml:space="preserve"> </w:t>
      </w:r>
      <w:proofErr w:type="spellStart"/>
      <w:r>
        <w:rPr>
          <w:color w:val="000000"/>
        </w:rPr>
        <w:t>generală</w:t>
      </w:r>
      <w:proofErr w:type="spellEnd"/>
      <w:r>
        <w:rPr>
          <w:color w:val="000000"/>
        </w:rPr>
        <w:t xml:space="preserve"> a </w:t>
      </w:r>
      <w:proofErr w:type="spellStart"/>
      <w:r>
        <w:rPr>
          <w:color w:val="000000"/>
        </w:rPr>
        <w:t>prețurilor</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tarifelor</w:t>
      </w:r>
      <w:proofErr w:type="spellEnd"/>
      <w:r>
        <w:rPr>
          <w:color w:val="000000"/>
        </w:rPr>
        <w:t xml:space="preserve"> din </w:t>
      </w:r>
      <w:proofErr w:type="spellStart"/>
      <w:r>
        <w:rPr>
          <w:color w:val="000000"/>
        </w:rPr>
        <w:t>economie</w:t>
      </w:r>
      <w:proofErr w:type="spellEnd"/>
      <w:r>
        <w:rPr>
          <w:color w:val="000000"/>
        </w:rPr>
        <w:t xml:space="preserve"> </w:t>
      </w:r>
      <w:proofErr w:type="spellStart"/>
      <w:r>
        <w:rPr>
          <w:color w:val="000000"/>
        </w:rPr>
        <w:t>sau</w:t>
      </w:r>
      <w:proofErr w:type="spellEnd"/>
      <w:r>
        <w:rPr>
          <w:color w:val="000000"/>
        </w:rPr>
        <w:t xml:space="preserve"> a </w:t>
      </w:r>
      <w:proofErr w:type="spellStart"/>
      <w:r>
        <w:rPr>
          <w:color w:val="000000"/>
        </w:rPr>
        <w:t>parametrului</w:t>
      </w:r>
      <w:proofErr w:type="spellEnd"/>
      <w:r>
        <w:rPr>
          <w:color w:val="000000"/>
        </w:rPr>
        <w:t xml:space="preserve"> de </w:t>
      </w:r>
      <w:proofErr w:type="spellStart"/>
      <w:r>
        <w:rPr>
          <w:color w:val="000000"/>
        </w:rPr>
        <w:t>ajustare</w:t>
      </w:r>
      <w:proofErr w:type="spellEnd"/>
      <w:r>
        <w:rPr>
          <w:color w:val="000000"/>
        </w:rPr>
        <w:t xml:space="preserve"> </w:t>
      </w:r>
      <w:proofErr w:type="spellStart"/>
      <w:r>
        <w:rPr>
          <w:color w:val="000000"/>
        </w:rPr>
        <w:t>stabilit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contractul</w:t>
      </w:r>
      <w:proofErr w:type="spellEnd"/>
      <w:r>
        <w:rPr>
          <w:color w:val="000000"/>
        </w:rPr>
        <w:t xml:space="preserve"> de </w:t>
      </w:r>
      <w:proofErr w:type="spellStart"/>
      <w:r>
        <w:rPr>
          <w:color w:val="000000"/>
        </w:rPr>
        <w:t>delegare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conformitate</w:t>
      </w:r>
      <w:proofErr w:type="spellEnd"/>
      <w:r>
        <w:rPr>
          <w:color w:val="000000"/>
        </w:rPr>
        <w:t xml:space="preserve"> cu </w:t>
      </w:r>
      <w:proofErr w:type="spellStart"/>
      <w:r>
        <w:rPr>
          <w:color w:val="000000"/>
        </w:rPr>
        <w:t>normele</w:t>
      </w:r>
      <w:proofErr w:type="spellEnd"/>
      <w:r>
        <w:rPr>
          <w:color w:val="000000"/>
        </w:rPr>
        <w:t xml:space="preserve"> </w:t>
      </w:r>
      <w:proofErr w:type="spellStart"/>
      <w:r>
        <w:rPr>
          <w:color w:val="000000"/>
        </w:rPr>
        <w:t>metodologice</w:t>
      </w:r>
      <w:proofErr w:type="spellEnd"/>
      <w:r>
        <w:rPr>
          <w:color w:val="000000"/>
        </w:rPr>
        <w:t xml:space="preserve"> elaborate </w:t>
      </w:r>
      <w:proofErr w:type="spellStart"/>
      <w:r>
        <w:rPr>
          <w:color w:val="000000"/>
        </w:rPr>
        <w:t>și</w:t>
      </w:r>
      <w:proofErr w:type="spellEnd"/>
      <w:r>
        <w:rPr>
          <w:color w:val="000000"/>
        </w:rPr>
        <w:t xml:space="preserve"> </w:t>
      </w:r>
      <w:proofErr w:type="spellStart"/>
      <w:r>
        <w:rPr>
          <w:color w:val="000000"/>
        </w:rPr>
        <w:t>aprobate</w:t>
      </w:r>
      <w:proofErr w:type="spellEnd"/>
      <w:r>
        <w:rPr>
          <w:color w:val="000000"/>
        </w:rPr>
        <w:t xml:space="preserve"> de A.N.R.S.C.;</w:t>
      </w:r>
    </w:p>
    <w:p w14:paraId="17D9C61A" w14:textId="77777777" w:rsidR="006633E6" w:rsidRDefault="00000000">
      <w:pPr>
        <w:ind w:left="425"/>
        <w:jc w:val="both"/>
      </w:pPr>
      <w:r>
        <w:rPr>
          <w:color w:val="000000"/>
        </w:rPr>
        <w:t xml:space="preserve">d) </w:t>
      </w:r>
      <w:proofErr w:type="spellStart"/>
      <w:r>
        <w:rPr>
          <w:color w:val="000000"/>
        </w:rPr>
        <w:t>să</w:t>
      </w:r>
      <w:proofErr w:type="spellEnd"/>
      <w:r>
        <w:rPr>
          <w:color w:val="000000"/>
        </w:rPr>
        <w:t xml:space="preserve"> </w:t>
      </w:r>
      <w:proofErr w:type="spellStart"/>
      <w:r>
        <w:rPr>
          <w:color w:val="000000"/>
        </w:rPr>
        <w:t>propună</w:t>
      </w:r>
      <w:proofErr w:type="spellEnd"/>
      <w:r>
        <w:rPr>
          <w:color w:val="000000"/>
        </w:rPr>
        <w:t xml:space="preserve"> </w:t>
      </w:r>
      <w:proofErr w:type="spellStart"/>
      <w:r>
        <w:rPr>
          <w:color w:val="000000"/>
        </w:rPr>
        <w:t>modificarea</w:t>
      </w:r>
      <w:proofErr w:type="spellEnd"/>
      <w:r>
        <w:rPr>
          <w:color w:val="000000"/>
        </w:rPr>
        <w:t xml:space="preserve"> </w:t>
      </w:r>
      <w:proofErr w:type="spellStart"/>
      <w:r>
        <w:rPr>
          <w:color w:val="000000"/>
        </w:rPr>
        <w:t>tarifului</w:t>
      </w:r>
      <w:proofErr w:type="spellEnd"/>
      <w:r>
        <w:rPr>
          <w:color w:val="000000"/>
        </w:rPr>
        <w:t xml:space="preserve"> </w:t>
      </w:r>
      <w:proofErr w:type="spellStart"/>
      <w:r>
        <w:rPr>
          <w:color w:val="000000"/>
        </w:rPr>
        <w:t>aprobat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situațiile</w:t>
      </w:r>
      <w:proofErr w:type="spellEnd"/>
      <w:r>
        <w:rPr>
          <w:color w:val="000000"/>
        </w:rPr>
        <w:t xml:space="preserve"> determinate </w:t>
      </w:r>
      <w:proofErr w:type="spellStart"/>
      <w:r>
        <w:rPr>
          <w:color w:val="000000"/>
        </w:rPr>
        <w:t>în</w:t>
      </w:r>
      <w:proofErr w:type="spellEnd"/>
      <w:r>
        <w:rPr>
          <w:color w:val="000000"/>
        </w:rPr>
        <w:t xml:space="preserve"> </w:t>
      </w:r>
      <w:proofErr w:type="spellStart"/>
      <w:r>
        <w:rPr>
          <w:color w:val="000000"/>
        </w:rPr>
        <w:t>conformitate</w:t>
      </w:r>
      <w:proofErr w:type="spellEnd"/>
      <w:r>
        <w:rPr>
          <w:color w:val="000000"/>
        </w:rPr>
        <w:t xml:space="preserve"> cu </w:t>
      </w:r>
      <w:proofErr w:type="spellStart"/>
      <w:r>
        <w:rPr>
          <w:color w:val="000000"/>
        </w:rPr>
        <w:t>normele</w:t>
      </w:r>
      <w:proofErr w:type="spellEnd"/>
      <w:r>
        <w:rPr>
          <w:color w:val="000000"/>
        </w:rPr>
        <w:t xml:space="preserve"> </w:t>
      </w:r>
      <w:proofErr w:type="spellStart"/>
      <w:r>
        <w:rPr>
          <w:color w:val="000000"/>
        </w:rPr>
        <w:t>metodologice</w:t>
      </w:r>
      <w:proofErr w:type="spellEnd"/>
      <w:r>
        <w:rPr>
          <w:color w:val="000000"/>
        </w:rPr>
        <w:t xml:space="preserve"> elaborate </w:t>
      </w:r>
      <w:proofErr w:type="spellStart"/>
      <w:r>
        <w:rPr>
          <w:color w:val="000000"/>
        </w:rPr>
        <w:t>și</w:t>
      </w:r>
      <w:proofErr w:type="spellEnd"/>
      <w:r>
        <w:rPr>
          <w:color w:val="000000"/>
        </w:rPr>
        <w:t xml:space="preserve"> </w:t>
      </w:r>
      <w:proofErr w:type="spellStart"/>
      <w:r>
        <w:rPr>
          <w:color w:val="000000"/>
        </w:rPr>
        <w:t>aprobate</w:t>
      </w:r>
      <w:proofErr w:type="spellEnd"/>
      <w:r>
        <w:rPr>
          <w:color w:val="000000"/>
        </w:rPr>
        <w:t xml:space="preserve"> de A.N.R.S.C.;</w:t>
      </w:r>
    </w:p>
    <w:p w14:paraId="189185F3" w14:textId="77777777" w:rsidR="006633E6" w:rsidRDefault="00000000">
      <w:pPr>
        <w:ind w:left="425"/>
        <w:jc w:val="both"/>
      </w:pPr>
      <w:r w:rsidRPr="00DD198D">
        <w:rPr>
          <w:color w:val="000000"/>
        </w:rPr>
        <w:t xml:space="preserve">e) </w:t>
      </w:r>
      <w:proofErr w:type="spellStart"/>
      <w:r w:rsidRPr="00DD198D">
        <w:rPr>
          <w:color w:val="000000"/>
        </w:rPr>
        <w:t>să</w:t>
      </w:r>
      <w:proofErr w:type="spellEnd"/>
      <w:r w:rsidRPr="00DD198D">
        <w:rPr>
          <w:color w:val="000000"/>
        </w:rPr>
        <w:t xml:space="preserve"> </w:t>
      </w:r>
      <w:proofErr w:type="spellStart"/>
      <w:r w:rsidRPr="00DD198D">
        <w:rPr>
          <w:color w:val="000000"/>
        </w:rPr>
        <w:t>aibă</w:t>
      </w:r>
      <w:proofErr w:type="spellEnd"/>
      <w:r w:rsidRPr="00DD198D">
        <w:rPr>
          <w:color w:val="000000"/>
        </w:rPr>
        <w:t xml:space="preserve"> </w:t>
      </w:r>
      <w:proofErr w:type="spellStart"/>
      <w:r w:rsidRPr="00DD198D">
        <w:rPr>
          <w:color w:val="000000"/>
        </w:rPr>
        <w:t>exclusivitatea</w:t>
      </w:r>
      <w:proofErr w:type="spellEnd"/>
      <w:r w:rsidRPr="00DD198D">
        <w:rPr>
          <w:color w:val="000000"/>
        </w:rPr>
        <w:t xml:space="preserve"> </w:t>
      </w:r>
      <w:proofErr w:type="spellStart"/>
      <w:r w:rsidRPr="00DD198D">
        <w:rPr>
          <w:color w:val="000000"/>
        </w:rPr>
        <w:t>prestării</w:t>
      </w:r>
      <w:proofErr w:type="spellEnd"/>
      <w:r w:rsidRPr="00DD198D">
        <w:rPr>
          <w:color w:val="000000"/>
        </w:rPr>
        <w:t xml:space="preserve"> </w:t>
      </w:r>
      <w:proofErr w:type="spellStart"/>
      <w:r w:rsidRPr="00DD198D">
        <w:rPr>
          <w:color w:val="000000"/>
        </w:rPr>
        <w:t>activității</w:t>
      </w:r>
      <w:proofErr w:type="spellEnd"/>
      <w:r w:rsidRPr="00DD198D">
        <w:rPr>
          <w:color w:val="000000"/>
        </w:rPr>
        <w:t xml:space="preserve"> de </w:t>
      </w:r>
      <w:proofErr w:type="spellStart"/>
      <w:r w:rsidRPr="00DD198D">
        <w:rPr>
          <w:color w:val="000000"/>
        </w:rPr>
        <w:t>salubrizare</w:t>
      </w:r>
      <w:proofErr w:type="spellEnd"/>
      <w:r w:rsidRPr="00DD198D">
        <w:rPr>
          <w:color w:val="000000"/>
        </w:rPr>
        <w:t xml:space="preserve">, </w:t>
      </w:r>
      <w:proofErr w:type="spellStart"/>
      <w:r w:rsidRPr="00DD198D">
        <w:rPr>
          <w:color w:val="000000"/>
        </w:rPr>
        <w:t>acordată</w:t>
      </w:r>
      <w:proofErr w:type="spellEnd"/>
      <w:r w:rsidRPr="00DD198D">
        <w:rPr>
          <w:color w:val="000000"/>
        </w:rPr>
        <w:t xml:space="preserve"> fie </w:t>
      </w:r>
      <w:proofErr w:type="spellStart"/>
      <w:r w:rsidRPr="00DD198D">
        <w:rPr>
          <w:color w:val="000000"/>
        </w:rPr>
        <w:t>în</w:t>
      </w:r>
      <w:proofErr w:type="spellEnd"/>
      <w:r w:rsidRPr="00DD198D">
        <w:rPr>
          <w:color w:val="000000"/>
        </w:rPr>
        <w:t xml:space="preserve"> </w:t>
      </w:r>
      <w:proofErr w:type="spellStart"/>
      <w:r w:rsidRPr="00DD198D">
        <w:rPr>
          <w:color w:val="000000"/>
        </w:rPr>
        <w:t>baza</w:t>
      </w:r>
      <w:proofErr w:type="spellEnd"/>
      <w:r w:rsidRPr="00DD198D">
        <w:rPr>
          <w:color w:val="000000"/>
        </w:rPr>
        <w:t xml:space="preserve"> </w:t>
      </w:r>
      <w:proofErr w:type="spellStart"/>
      <w:r w:rsidRPr="00DD198D">
        <w:rPr>
          <w:color w:val="000000"/>
        </w:rPr>
        <w:t>hotărârii</w:t>
      </w:r>
      <w:proofErr w:type="spellEnd"/>
      <w:r w:rsidRPr="00DD198D">
        <w:rPr>
          <w:color w:val="000000"/>
        </w:rPr>
        <w:t xml:space="preserve"> de dare </w:t>
      </w:r>
      <w:proofErr w:type="spellStart"/>
      <w:r w:rsidRPr="00DD198D">
        <w:rPr>
          <w:color w:val="000000"/>
        </w:rPr>
        <w:t>în</w:t>
      </w:r>
      <w:proofErr w:type="spellEnd"/>
      <w:r w:rsidRPr="00DD198D">
        <w:rPr>
          <w:color w:val="000000"/>
        </w:rPr>
        <w:t xml:space="preserve"> </w:t>
      </w:r>
      <w:proofErr w:type="spellStart"/>
      <w:r w:rsidRPr="00DD198D">
        <w:rPr>
          <w:color w:val="000000"/>
        </w:rPr>
        <w:t>administrare</w:t>
      </w:r>
      <w:proofErr w:type="spellEnd"/>
      <w:r w:rsidRPr="00DD198D">
        <w:rPr>
          <w:color w:val="000000"/>
        </w:rPr>
        <w:t xml:space="preserve">, fie </w:t>
      </w:r>
      <w:proofErr w:type="spellStart"/>
      <w:r w:rsidRPr="00DD198D">
        <w:rPr>
          <w:color w:val="000000"/>
        </w:rPr>
        <w:t>în</w:t>
      </w:r>
      <w:proofErr w:type="spellEnd"/>
      <w:r w:rsidRPr="00DD198D">
        <w:rPr>
          <w:color w:val="000000"/>
        </w:rPr>
        <w:t xml:space="preserve"> </w:t>
      </w:r>
      <w:proofErr w:type="spellStart"/>
      <w:r w:rsidRPr="00DD198D">
        <w:rPr>
          <w:color w:val="000000"/>
        </w:rPr>
        <w:t>baza</w:t>
      </w:r>
      <w:proofErr w:type="spellEnd"/>
      <w:r w:rsidRPr="00DD198D">
        <w:rPr>
          <w:color w:val="000000"/>
        </w:rPr>
        <w:t xml:space="preserve"> </w:t>
      </w:r>
      <w:proofErr w:type="spellStart"/>
      <w:r w:rsidRPr="00DD198D">
        <w:rPr>
          <w:color w:val="000000"/>
        </w:rPr>
        <w:t>contractului</w:t>
      </w:r>
      <w:proofErr w:type="spellEnd"/>
      <w:r w:rsidRPr="00DD198D">
        <w:rPr>
          <w:color w:val="000000"/>
        </w:rPr>
        <w:t xml:space="preserve"> de </w:t>
      </w:r>
      <w:proofErr w:type="spellStart"/>
      <w:r w:rsidRPr="00DD198D">
        <w:rPr>
          <w:color w:val="000000"/>
        </w:rPr>
        <w:t>delegare</w:t>
      </w:r>
      <w:proofErr w:type="spellEnd"/>
      <w:r w:rsidRPr="00DD198D">
        <w:rPr>
          <w:color w:val="000000"/>
        </w:rPr>
        <w:t xml:space="preserve"> a </w:t>
      </w:r>
      <w:proofErr w:type="spellStart"/>
      <w:r w:rsidRPr="00DD198D">
        <w:rPr>
          <w:color w:val="000000"/>
        </w:rPr>
        <w:t>gestiunii</w:t>
      </w:r>
      <w:proofErr w:type="spellEnd"/>
      <w:r w:rsidRPr="00DD198D">
        <w:rPr>
          <w:color w:val="000000"/>
        </w:rPr>
        <w:t xml:space="preserve">; </w:t>
      </w:r>
      <w:proofErr w:type="spellStart"/>
      <w:r w:rsidRPr="00DD198D">
        <w:rPr>
          <w:color w:val="000000"/>
        </w:rPr>
        <w:t>în</w:t>
      </w:r>
      <w:proofErr w:type="spellEnd"/>
      <w:r w:rsidRPr="00DD198D">
        <w:rPr>
          <w:color w:val="000000"/>
        </w:rPr>
        <w:t xml:space="preserve"> </w:t>
      </w:r>
      <w:proofErr w:type="spellStart"/>
      <w:r w:rsidRPr="00DD198D">
        <w:rPr>
          <w:color w:val="000000"/>
        </w:rPr>
        <w:t>cazul</w:t>
      </w:r>
      <w:proofErr w:type="spellEnd"/>
      <w:r w:rsidRPr="00DD198D">
        <w:rPr>
          <w:color w:val="000000"/>
        </w:rPr>
        <w:t xml:space="preserve"> </w:t>
      </w:r>
      <w:proofErr w:type="spellStart"/>
      <w:r w:rsidRPr="00DD198D">
        <w:rPr>
          <w:color w:val="000000"/>
        </w:rPr>
        <w:t>activității</w:t>
      </w:r>
      <w:proofErr w:type="spellEnd"/>
      <w:r w:rsidRPr="00DD198D">
        <w:rPr>
          <w:color w:val="000000"/>
        </w:rPr>
        <w:t xml:space="preserve"> de </w:t>
      </w:r>
      <w:proofErr w:type="spellStart"/>
      <w:r w:rsidRPr="00DD198D">
        <w:rPr>
          <w:color w:val="000000"/>
        </w:rPr>
        <w:t>dezinsecție</w:t>
      </w:r>
      <w:proofErr w:type="spellEnd"/>
      <w:r w:rsidRPr="00DD198D">
        <w:rPr>
          <w:color w:val="000000"/>
        </w:rPr>
        <w:t xml:space="preserve">, </w:t>
      </w:r>
      <w:proofErr w:type="spellStart"/>
      <w:r w:rsidRPr="00DD198D">
        <w:rPr>
          <w:color w:val="000000"/>
        </w:rPr>
        <w:t>dezinfecție</w:t>
      </w:r>
      <w:proofErr w:type="spellEnd"/>
      <w:r w:rsidRPr="00DD198D">
        <w:rPr>
          <w:color w:val="000000"/>
        </w:rPr>
        <w:t xml:space="preserve"> </w:t>
      </w:r>
      <w:proofErr w:type="spellStart"/>
      <w:r w:rsidRPr="00DD198D">
        <w:rPr>
          <w:color w:val="000000"/>
        </w:rPr>
        <w:t>și</w:t>
      </w:r>
      <w:proofErr w:type="spellEnd"/>
      <w:r>
        <w:rPr>
          <w:color w:val="000000"/>
        </w:rPr>
        <w:t xml:space="preserve"> </w:t>
      </w:r>
      <w:proofErr w:type="spellStart"/>
      <w:r>
        <w:rPr>
          <w:color w:val="000000"/>
        </w:rPr>
        <w:t>deratizare</w:t>
      </w:r>
      <w:proofErr w:type="spellEnd"/>
      <w:r>
        <w:rPr>
          <w:color w:val="000000"/>
        </w:rPr>
        <w:t xml:space="preserve">, </w:t>
      </w:r>
      <w:proofErr w:type="spellStart"/>
      <w:r>
        <w:rPr>
          <w:color w:val="000000"/>
        </w:rPr>
        <w:t>exclusivitatea</w:t>
      </w:r>
      <w:proofErr w:type="spellEnd"/>
      <w:r>
        <w:rPr>
          <w:color w:val="000000"/>
        </w:rPr>
        <w:t xml:space="preserve"> se </w:t>
      </w:r>
      <w:proofErr w:type="spellStart"/>
      <w:r>
        <w:rPr>
          <w:color w:val="000000"/>
        </w:rPr>
        <w:t>limitează</w:t>
      </w:r>
      <w:proofErr w:type="spellEnd"/>
      <w:r>
        <w:rPr>
          <w:color w:val="000000"/>
        </w:rPr>
        <w:t xml:space="preserve"> la </w:t>
      </w:r>
      <w:proofErr w:type="spellStart"/>
      <w:r>
        <w:rPr>
          <w:color w:val="000000"/>
        </w:rPr>
        <w:t>obiectivele</w:t>
      </w:r>
      <w:proofErr w:type="spellEnd"/>
      <w:r>
        <w:rPr>
          <w:color w:val="000000"/>
        </w:rPr>
        <w:t xml:space="preserve"> din </w:t>
      </w:r>
      <w:proofErr w:type="spellStart"/>
      <w:r>
        <w:rPr>
          <w:color w:val="000000"/>
        </w:rPr>
        <w:t>programul</w:t>
      </w:r>
      <w:proofErr w:type="spellEnd"/>
      <w:r>
        <w:rPr>
          <w:color w:val="000000"/>
        </w:rPr>
        <w:t xml:space="preserve"> </w:t>
      </w:r>
      <w:proofErr w:type="spellStart"/>
      <w:r>
        <w:rPr>
          <w:color w:val="000000"/>
        </w:rPr>
        <w:t>unitar</w:t>
      </w:r>
      <w:proofErr w:type="spellEnd"/>
      <w:r>
        <w:rPr>
          <w:color w:val="000000"/>
        </w:rPr>
        <w:t xml:space="preserve"> de </w:t>
      </w:r>
      <w:proofErr w:type="spellStart"/>
      <w:r>
        <w:rPr>
          <w:color w:val="000000"/>
        </w:rPr>
        <w:t>acțiune</w:t>
      </w:r>
      <w:proofErr w:type="spellEnd"/>
      <w:r>
        <w:rPr>
          <w:color w:val="000000"/>
        </w:rPr>
        <w:t>;</w:t>
      </w:r>
    </w:p>
    <w:p w14:paraId="21CC7F17" w14:textId="77777777" w:rsidR="006633E6" w:rsidRPr="00DD198D" w:rsidRDefault="00000000">
      <w:pPr>
        <w:ind w:left="425"/>
        <w:jc w:val="both"/>
        <w:rPr>
          <w:lang w:val="it-CH"/>
        </w:rPr>
      </w:pPr>
      <w:r w:rsidRPr="00DD198D">
        <w:rPr>
          <w:color w:val="000000"/>
          <w:lang w:val="it-CH"/>
        </w:rPr>
        <w:t>f) să suspende sau să limiteze prestarea serviciului, conform prevederilor Legii nr. 51/2006, republicată, cu modificările și completările ulterioare;</w:t>
      </w:r>
    </w:p>
    <w:p w14:paraId="3D345798" w14:textId="77777777" w:rsidR="006633E6" w:rsidRPr="00DD198D" w:rsidRDefault="00000000">
      <w:pPr>
        <w:ind w:left="425"/>
        <w:jc w:val="both"/>
        <w:rPr>
          <w:lang w:val="it-CH"/>
        </w:rPr>
      </w:pPr>
      <w:r w:rsidRPr="00DD198D">
        <w:rPr>
          <w:color w:val="000000"/>
          <w:lang w:val="it-CH"/>
        </w:rPr>
        <w:t>g) să solicite recuperarea creanțelor litigioase în instanță;</w:t>
      </w:r>
    </w:p>
    <w:p w14:paraId="1C112B93" w14:textId="77777777" w:rsidR="006633E6" w:rsidRPr="00DD198D" w:rsidRDefault="00000000">
      <w:pPr>
        <w:ind w:left="425"/>
        <w:jc w:val="both"/>
        <w:rPr>
          <w:lang w:val="it-CH"/>
        </w:rPr>
      </w:pPr>
      <w:r w:rsidRPr="00DD198D">
        <w:rPr>
          <w:color w:val="000000"/>
          <w:lang w:val="it-CH"/>
        </w:rPr>
        <w:t>h) să refuze preluarea deșeurilor care nu sunt separate corect la locul de preluare sau a deșeurilor care nu îndeplinesc condițiile de acceptare la instalațiile de tratare sau eliminare a deșeurilor conform normelor și normativelor în vigoare;</w:t>
      </w:r>
    </w:p>
    <w:p w14:paraId="59C17992" w14:textId="77777777" w:rsidR="006633E6" w:rsidRPr="00DD198D" w:rsidRDefault="00000000">
      <w:pPr>
        <w:ind w:left="425"/>
        <w:jc w:val="both"/>
        <w:rPr>
          <w:lang w:val="it-CH"/>
        </w:rPr>
      </w:pPr>
      <w:r w:rsidRPr="00DD198D">
        <w:rPr>
          <w:color w:val="000000"/>
          <w:lang w:val="it-CH"/>
        </w:rPr>
        <w:t>i) alte drepturi prevăzute în Legea nr. 51/2006, republicată, cu modificările și completările ulterioare, precum și în Legea nr. 101/2006, republicată, cu modificările și completările ulterioare.</w:t>
      </w:r>
    </w:p>
    <w:p w14:paraId="6E61C7B4" w14:textId="77777777" w:rsidR="006633E6" w:rsidRDefault="00000000">
      <w:pPr>
        <w:keepNext/>
        <w:spacing w:before="120"/>
      </w:pPr>
      <w:r>
        <w:rPr>
          <w:b/>
          <w:color w:val="000000"/>
        </w:rPr>
        <w:t xml:space="preserve">ART. </w:t>
      </w:r>
      <w:r w:rsidR="00DD198D">
        <w:rPr>
          <w:b/>
          <w:color w:val="000000"/>
        </w:rPr>
        <w:t>92</w:t>
      </w:r>
    </w:p>
    <w:p w14:paraId="38373349" w14:textId="77777777" w:rsidR="006633E6" w:rsidRDefault="00000000">
      <w:pPr>
        <w:jc w:val="both"/>
      </w:pPr>
      <w:proofErr w:type="spellStart"/>
      <w:r>
        <w:rPr>
          <w:color w:val="000000"/>
        </w:rPr>
        <w:t>Operatorul</w:t>
      </w:r>
      <w:proofErr w:type="spellEnd"/>
      <w:r>
        <w:rPr>
          <w:color w:val="000000"/>
        </w:rPr>
        <w:t xml:space="preserve"> are, </w:t>
      </w:r>
      <w:proofErr w:type="spellStart"/>
      <w:r>
        <w:rPr>
          <w:color w:val="000000"/>
        </w:rPr>
        <w:t>în</w:t>
      </w:r>
      <w:proofErr w:type="spellEnd"/>
      <w:r>
        <w:rPr>
          <w:color w:val="000000"/>
        </w:rPr>
        <w:t xml:space="preserve"> principal, </w:t>
      </w:r>
      <w:proofErr w:type="spellStart"/>
      <w:r>
        <w:rPr>
          <w:color w:val="000000"/>
        </w:rPr>
        <w:t>următoarele</w:t>
      </w:r>
      <w:proofErr w:type="spellEnd"/>
      <w:r>
        <w:rPr>
          <w:color w:val="000000"/>
        </w:rPr>
        <w:t xml:space="preserve"> </w:t>
      </w:r>
      <w:proofErr w:type="spellStart"/>
      <w:r>
        <w:rPr>
          <w:color w:val="000000"/>
        </w:rPr>
        <w:t>obligații</w:t>
      </w:r>
      <w:proofErr w:type="spellEnd"/>
      <w:r>
        <w:rPr>
          <w:color w:val="000000"/>
        </w:rPr>
        <w:t>:</w:t>
      </w:r>
    </w:p>
    <w:p w14:paraId="38B74AC4" w14:textId="77777777" w:rsidR="006633E6" w:rsidRDefault="00000000">
      <w:pPr>
        <w:ind w:left="425"/>
        <w:jc w:val="both"/>
      </w:pPr>
      <w:r>
        <w:rPr>
          <w:color w:val="000000"/>
        </w:rPr>
        <w:t xml:space="preserve">a) </w:t>
      </w:r>
      <w:proofErr w:type="spellStart"/>
      <w:r>
        <w:rPr>
          <w:color w:val="000000"/>
        </w:rPr>
        <w:t>să</w:t>
      </w:r>
      <w:proofErr w:type="spellEnd"/>
      <w:r>
        <w:rPr>
          <w:color w:val="000000"/>
        </w:rPr>
        <w:t xml:space="preserve"> </w:t>
      </w:r>
      <w:proofErr w:type="spellStart"/>
      <w:r>
        <w:rPr>
          <w:color w:val="000000"/>
        </w:rPr>
        <w:t>țină</w:t>
      </w:r>
      <w:proofErr w:type="spellEnd"/>
      <w:r>
        <w:rPr>
          <w:color w:val="000000"/>
        </w:rPr>
        <w:t xml:space="preserve"> </w:t>
      </w:r>
      <w:proofErr w:type="spellStart"/>
      <w:r>
        <w:rPr>
          <w:color w:val="000000"/>
        </w:rPr>
        <w:t>evidența</w:t>
      </w:r>
      <w:proofErr w:type="spellEnd"/>
      <w:r>
        <w:rPr>
          <w:color w:val="000000"/>
        </w:rPr>
        <w:t xml:space="preserve"> </w:t>
      </w:r>
      <w:proofErr w:type="spellStart"/>
      <w:r>
        <w:rPr>
          <w:color w:val="000000"/>
        </w:rPr>
        <w:t>contabilă</w:t>
      </w:r>
      <w:proofErr w:type="spellEnd"/>
      <w:r>
        <w:rPr>
          <w:color w:val="000000"/>
        </w:rPr>
        <w:t xml:space="preserve"> </w:t>
      </w:r>
      <w:proofErr w:type="spellStart"/>
      <w:r>
        <w:rPr>
          <w:color w:val="000000"/>
        </w:rPr>
        <w:t>separată</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fiecare</w:t>
      </w:r>
      <w:proofErr w:type="spellEnd"/>
      <w:r>
        <w:rPr>
          <w:color w:val="000000"/>
        </w:rPr>
        <w:t xml:space="preserve"> </w:t>
      </w:r>
      <w:proofErr w:type="spellStart"/>
      <w:r>
        <w:rPr>
          <w:color w:val="000000"/>
        </w:rPr>
        <w:t>activitate</w:t>
      </w:r>
      <w:proofErr w:type="spellEnd"/>
      <w:r>
        <w:rPr>
          <w:color w:val="000000"/>
        </w:rPr>
        <w:t xml:space="preserve"> de </w:t>
      </w:r>
      <w:proofErr w:type="spellStart"/>
      <w:r>
        <w:rPr>
          <w:color w:val="000000"/>
        </w:rPr>
        <w:t>salubrizare</w:t>
      </w:r>
      <w:proofErr w:type="spellEnd"/>
      <w:r>
        <w:rPr>
          <w:color w:val="000000"/>
        </w:rPr>
        <w:t xml:space="preserve"> </w:t>
      </w:r>
      <w:proofErr w:type="spellStart"/>
      <w:r>
        <w:rPr>
          <w:color w:val="000000"/>
        </w:rPr>
        <w:t>prestată</w:t>
      </w:r>
      <w:proofErr w:type="spellEnd"/>
      <w:r>
        <w:rPr>
          <w:color w:val="000000"/>
        </w:rPr>
        <w:t xml:space="preserve">, </w:t>
      </w:r>
      <w:proofErr w:type="spellStart"/>
      <w:r>
        <w:rPr>
          <w:color w:val="000000"/>
        </w:rPr>
        <w:t>pentru</w:t>
      </w:r>
      <w:proofErr w:type="spellEnd"/>
      <w:r>
        <w:rPr>
          <w:color w:val="000000"/>
        </w:rPr>
        <w:t xml:space="preserve"> a </w:t>
      </w:r>
      <w:proofErr w:type="spellStart"/>
      <w:r>
        <w:rPr>
          <w:color w:val="000000"/>
        </w:rPr>
        <w:t>fundamenta</w:t>
      </w:r>
      <w:proofErr w:type="spellEnd"/>
      <w:r>
        <w:rPr>
          <w:color w:val="000000"/>
        </w:rPr>
        <w:t xml:space="preserve"> </w:t>
      </w:r>
      <w:proofErr w:type="spellStart"/>
      <w:r>
        <w:rPr>
          <w:color w:val="000000"/>
        </w:rPr>
        <w:t>corect</w:t>
      </w:r>
      <w:proofErr w:type="spellEnd"/>
      <w:r>
        <w:rPr>
          <w:color w:val="000000"/>
        </w:rPr>
        <w:t xml:space="preserve"> </w:t>
      </w:r>
      <w:proofErr w:type="spellStart"/>
      <w:r>
        <w:rPr>
          <w:color w:val="000000"/>
        </w:rPr>
        <w:t>tarifele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concordanță</w:t>
      </w:r>
      <w:proofErr w:type="spellEnd"/>
      <w:r>
        <w:rPr>
          <w:color w:val="000000"/>
        </w:rPr>
        <w:t xml:space="preserve"> cu </w:t>
      </w:r>
      <w:proofErr w:type="spellStart"/>
      <w:r>
        <w:rPr>
          <w:color w:val="000000"/>
        </w:rPr>
        <w:t>cheltuielile</w:t>
      </w:r>
      <w:proofErr w:type="spellEnd"/>
      <w:r>
        <w:rPr>
          <w:color w:val="000000"/>
        </w:rPr>
        <w:t xml:space="preserve"> </w:t>
      </w:r>
      <w:proofErr w:type="spellStart"/>
      <w:r>
        <w:rPr>
          <w:color w:val="000000"/>
        </w:rPr>
        <w:t>efectuate</w:t>
      </w:r>
      <w:proofErr w:type="spellEnd"/>
      <w:r>
        <w:rPr>
          <w:color w:val="000000"/>
        </w:rPr>
        <w:t xml:space="preserve"> pe </w:t>
      </w:r>
      <w:proofErr w:type="spellStart"/>
      <w:r>
        <w:rPr>
          <w:color w:val="000000"/>
        </w:rPr>
        <w:t>fiecare</w:t>
      </w:r>
      <w:proofErr w:type="spellEnd"/>
      <w:r>
        <w:rPr>
          <w:color w:val="000000"/>
        </w:rPr>
        <w:t xml:space="preserve"> </w:t>
      </w:r>
      <w:proofErr w:type="spellStart"/>
      <w:r>
        <w:rPr>
          <w:color w:val="000000"/>
        </w:rPr>
        <w:t>activitate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parte</w:t>
      </w:r>
      <w:proofErr w:type="spellEnd"/>
      <w:r>
        <w:rPr>
          <w:color w:val="000000"/>
        </w:rPr>
        <w:t>;</w:t>
      </w:r>
    </w:p>
    <w:p w14:paraId="6ABC1379" w14:textId="77777777" w:rsidR="006633E6" w:rsidRPr="00DD198D" w:rsidRDefault="00000000">
      <w:pPr>
        <w:ind w:left="425"/>
        <w:jc w:val="both"/>
        <w:rPr>
          <w:lang w:val="pt-PT"/>
        </w:rPr>
      </w:pPr>
      <w:r w:rsidRPr="00DD198D">
        <w:rPr>
          <w:color w:val="000000"/>
          <w:lang w:val="pt-PT"/>
        </w:rPr>
        <w:t>b) să asigure prestarea serviciului de salubrizare, conform prevederilor contractuale și cu respectarea prescripțiilor, normelor și normativelor tehnice în vigoare;</w:t>
      </w:r>
    </w:p>
    <w:p w14:paraId="4C43F3BB" w14:textId="77777777" w:rsidR="006633E6" w:rsidRPr="00DD198D" w:rsidRDefault="00000000">
      <w:pPr>
        <w:ind w:left="425"/>
        <w:jc w:val="both"/>
        <w:rPr>
          <w:lang w:val="pt-PT"/>
        </w:rPr>
      </w:pPr>
      <w:r w:rsidRPr="00DD198D">
        <w:rPr>
          <w:color w:val="000000"/>
          <w:lang w:val="pt-PT"/>
        </w:rPr>
        <w:t>c) să plătească despăgubiri persoanelor fizice sau juridice pentru prejudiciile provocate din culpă;</w:t>
      </w:r>
    </w:p>
    <w:p w14:paraId="65EA208D" w14:textId="77777777" w:rsidR="006633E6" w:rsidRPr="00DD198D" w:rsidRDefault="00000000">
      <w:pPr>
        <w:ind w:left="425"/>
        <w:jc w:val="both"/>
        <w:rPr>
          <w:lang w:val="pt-PT"/>
        </w:rPr>
      </w:pPr>
      <w:r w:rsidRPr="00DD198D">
        <w:rPr>
          <w:color w:val="000000"/>
          <w:lang w:val="pt-PT"/>
        </w:rPr>
        <w:t>d) să furnizeze autorității administrației publice locale/asociației de dezvoltare intercomunitară, respectiv A.N.R.S.C., informațiile solicitate și să asigure accesul la documentele și documentațiile pe baza cărora prestează serviciul de salubrizare, în condițiile legii;</w:t>
      </w:r>
    </w:p>
    <w:p w14:paraId="61EFB655" w14:textId="77777777" w:rsidR="006633E6" w:rsidRPr="00DD198D" w:rsidRDefault="00000000">
      <w:pPr>
        <w:ind w:left="425"/>
        <w:jc w:val="both"/>
        <w:rPr>
          <w:lang w:val="pt-PT"/>
        </w:rPr>
      </w:pPr>
      <w:r w:rsidRPr="00DD198D">
        <w:rPr>
          <w:color w:val="000000"/>
          <w:lang w:val="pt-PT"/>
        </w:rPr>
        <w:t>e) să încheie contracte de asigurare pentru pagube aduse la infrastructura exploatată în desfășurarea activităților;</w:t>
      </w:r>
    </w:p>
    <w:p w14:paraId="4432D769" w14:textId="77777777" w:rsidR="006633E6" w:rsidRPr="00DD198D" w:rsidRDefault="00000000">
      <w:pPr>
        <w:ind w:left="425"/>
        <w:jc w:val="both"/>
        <w:rPr>
          <w:lang w:val="pt-PT"/>
        </w:rPr>
      </w:pPr>
      <w:r w:rsidRPr="00DD198D">
        <w:rPr>
          <w:color w:val="000000"/>
          <w:lang w:val="pt-PT"/>
        </w:rPr>
        <w:t>f) să dețină toate avizele, acordurile, autorizațiile și licențele necesare prestării activităților specifice serviciului de salubrizare, prevăzute de legislația în vigoare;</w:t>
      </w:r>
    </w:p>
    <w:p w14:paraId="6D7EACA3" w14:textId="77777777" w:rsidR="006633E6" w:rsidRPr="00DD198D" w:rsidRDefault="00000000">
      <w:pPr>
        <w:ind w:left="425"/>
        <w:jc w:val="both"/>
        <w:rPr>
          <w:lang w:val="pt-PT"/>
        </w:rPr>
      </w:pPr>
      <w:r w:rsidRPr="00DD198D">
        <w:rPr>
          <w:color w:val="000000"/>
          <w:lang w:val="pt-PT"/>
        </w:rPr>
        <w:t>g) să respecte angajamentele față de utilizatori luate prin contractele de prestare a serviciului de salubrizare;</w:t>
      </w:r>
    </w:p>
    <w:p w14:paraId="2FB1CCB9" w14:textId="77777777" w:rsidR="006633E6" w:rsidRPr="00DD198D" w:rsidRDefault="00000000">
      <w:pPr>
        <w:ind w:left="425"/>
        <w:jc w:val="both"/>
        <w:rPr>
          <w:lang w:val="pt-PT"/>
        </w:rPr>
      </w:pPr>
      <w:r w:rsidRPr="00DD198D">
        <w:rPr>
          <w:color w:val="000000"/>
          <w:lang w:val="pt-PT"/>
        </w:rPr>
        <w:lastRenderedPageBreak/>
        <w:t>h) să presteze serviciul de salubrizare sau activitățile componente ale acestuia care i-au fost încredințate, pentru toți utilizatorii de pe teritoriul unității administrativ-teritoriale sau unităților administrativ-teritoriale membre ale asociației de dezvoltare intercomunitară, pentru care are hotărâre de dare în administrare sau contract de delegare a gestiunii;</w:t>
      </w:r>
    </w:p>
    <w:p w14:paraId="53079113" w14:textId="77777777" w:rsidR="006633E6" w:rsidRPr="00DD198D" w:rsidRDefault="00000000">
      <w:pPr>
        <w:ind w:left="425"/>
        <w:jc w:val="both"/>
        <w:rPr>
          <w:lang w:val="pt-PT"/>
        </w:rPr>
      </w:pPr>
      <w:r w:rsidRPr="00DD198D">
        <w:rPr>
          <w:color w:val="000000"/>
          <w:lang w:val="pt-PT"/>
        </w:rPr>
        <w:t>i) să respecte indicatorii de performanță tehnici corelați cu țintele/obiectivele asumate la nivel național prevăzuți de lege, precum și cei stabiliți prin hotărârea de dare în administrare sau prin contractul de delegare a gestiunii, inclusiv indicatorii de performanță privind calitatea prestării serviciului prevăzuți în regulamentul serviciului;</w:t>
      </w:r>
    </w:p>
    <w:p w14:paraId="645564C2" w14:textId="77777777" w:rsidR="006633E6" w:rsidRPr="00DD198D" w:rsidRDefault="00000000">
      <w:pPr>
        <w:ind w:left="425"/>
        <w:jc w:val="both"/>
        <w:rPr>
          <w:lang w:val="pt-PT"/>
        </w:rPr>
      </w:pPr>
      <w:r w:rsidRPr="00DD198D">
        <w:rPr>
          <w:color w:val="000000"/>
          <w:lang w:val="pt-PT"/>
        </w:rPr>
        <w:t>j) să aplice metode performante de management, care să conducă la reducerea costurilor specifice de operare;</w:t>
      </w:r>
    </w:p>
    <w:p w14:paraId="3B076508" w14:textId="77777777" w:rsidR="006633E6" w:rsidRPr="00DD198D" w:rsidRDefault="00000000">
      <w:pPr>
        <w:ind w:left="425"/>
        <w:jc w:val="both"/>
        <w:rPr>
          <w:lang w:val="pt-PT"/>
        </w:rPr>
      </w:pPr>
      <w:r w:rsidRPr="00DD198D">
        <w:rPr>
          <w:color w:val="000000"/>
          <w:lang w:val="pt-PT"/>
        </w:rPr>
        <w:t>k) să factureze serviciile prestate, la tarife legal aprobate;</w:t>
      </w:r>
    </w:p>
    <w:p w14:paraId="25BBB5BB" w14:textId="77777777" w:rsidR="006633E6" w:rsidRPr="00DD198D" w:rsidRDefault="00000000">
      <w:pPr>
        <w:ind w:left="425"/>
        <w:jc w:val="both"/>
        <w:rPr>
          <w:lang w:val="pt-PT"/>
        </w:rPr>
      </w:pPr>
      <w:r w:rsidRPr="00DD198D">
        <w:rPr>
          <w:color w:val="000000"/>
          <w:lang w:val="pt-PT"/>
        </w:rPr>
        <w:t>l) să achite creanțele nelitigioase către ceilalți operatori care desfășoară activități de salubrizare cu care se află în raporturi contractuale;</w:t>
      </w:r>
    </w:p>
    <w:p w14:paraId="2D3787E6" w14:textId="77777777" w:rsidR="006633E6" w:rsidRPr="00DD198D" w:rsidRDefault="00000000">
      <w:pPr>
        <w:ind w:left="425"/>
        <w:jc w:val="both"/>
        <w:rPr>
          <w:lang w:val="pt-PT"/>
        </w:rPr>
      </w:pPr>
      <w:r w:rsidRPr="00DD198D">
        <w:rPr>
          <w:color w:val="000000"/>
          <w:lang w:val="pt-PT"/>
        </w:rPr>
        <w:t>m) să nu limiteze, suspende sau să întrerupă prestarea activității, în cazul în care încasează creanțele nelitigioase de la ceilalți operatori care desfășoară activități de salubrizare cu care se află în raporturi contractuale sau, după caz, de la autoritățile administrației publice locale care i-au atribuit activitatea;</w:t>
      </w:r>
    </w:p>
    <w:p w14:paraId="4665488A" w14:textId="77777777" w:rsidR="006633E6" w:rsidRPr="00DD198D" w:rsidRDefault="00000000">
      <w:pPr>
        <w:ind w:left="425"/>
        <w:jc w:val="both"/>
        <w:rPr>
          <w:lang w:val="pt-PT"/>
        </w:rPr>
      </w:pPr>
      <w:r w:rsidRPr="00DD198D">
        <w:rPr>
          <w:color w:val="000000"/>
          <w:lang w:val="pt-PT"/>
        </w:rPr>
        <w:t>n) să înființeze activitatea de dispecerat la solicitarea autorității administrației publice locale și/sau asociației de dezvoltare intercomunitară;</w:t>
      </w:r>
    </w:p>
    <w:p w14:paraId="369CA2A3" w14:textId="77777777" w:rsidR="006633E6" w:rsidRPr="00DD198D" w:rsidRDefault="00000000">
      <w:pPr>
        <w:ind w:left="425"/>
        <w:jc w:val="both"/>
        <w:rPr>
          <w:lang w:val="it-CH"/>
        </w:rPr>
      </w:pPr>
      <w:r w:rsidRPr="00DD198D">
        <w:rPr>
          <w:color w:val="000000"/>
          <w:lang w:val="pt-PT"/>
        </w:rPr>
        <w:t xml:space="preserve">o) să înregistreze toate reclamațiile și sesizările într-un registru și să ia măsurile de rezolvare ce se impun. În registru se vor consemna numele și prenumele persoanei care a reclamat și ale celei care a primit reclamația, adresa reclamantului, data și ora reclamației, data și ora rezolvării, numărul de ordine al reclamației care va fi comunicat petentului. </w:t>
      </w:r>
      <w:r w:rsidRPr="00DD198D">
        <w:rPr>
          <w:color w:val="000000"/>
          <w:lang w:val="it-CH"/>
        </w:rPr>
        <w:t>La sesizările scrise operatorul are obligația să răspundă în termen de maximum 30 de zile de la înregistrarea acestora;</w:t>
      </w:r>
    </w:p>
    <w:p w14:paraId="32180C26" w14:textId="77777777" w:rsidR="006633E6" w:rsidRPr="00DD198D" w:rsidRDefault="00000000">
      <w:pPr>
        <w:ind w:left="425"/>
        <w:jc w:val="both"/>
        <w:rPr>
          <w:lang w:val="it-CH"/>
        </w:rPr>
      </w:pPr>
      <w:r w:rsidRPr="00DD198D">
        <w:rPr>
          <w:color w:val="000000"/>
          <w:lang w:val="it-CH"/>
        </w:rPr>
        <w:t>p) să țină evidența gestiunii deșeurilor și să raporteze periodic autorităților competente situația conform reglementărilor în vigoare;</w:t>
      </w:r>
    </w:p>
    <w:p w14:paraId="5F96EBD7" w14:textId="77777777" w:rsidR="006633E6" w:rsidRPr="00DD198D" w:rsidRDefault="00000000">
      <w:pPr>
        <w:ind w:left="425"/>
        <w:jc w:val="both"/>
        <w:rPr>
          <w:lang w:val="it-CH"/>
        </w:rPr>
      </w:pPr>
      <w:r w:rsidRPr="00DD198D">
        <w:rPr>
          <w:color w:val="000000"/>
          <w:lang w:val="it-CH"/>
        </w:rPr>
        <w:t>r) să raporteze lunar autorității administrației publice locale/asociației de dezvoltare intercomunitară sumele încasate în urma valorificării deșeurilor/materialelor rezultate din prestarea activității;</w:t>
      </w:r>
    </w:p>
    <w:p w14:paraId="3BE26F5F" w14:textId="77777777" w:rsidR="006633E6" w:rsidRPr="00DD198D" w:rsidRDefault="00000000">
      <w:pPr>
        <w:ind w:left="425"/>
        <w:jc w:val="both"/>
        <w:rPr>
          <w:lang w:val="it-CH"/>
        </w:rPr>
      </w:pPr>
      <w:r w:rsidRPr="00DD198D">
        <w:rPr>
          <w:color w:val="000000"/>
          <w:lang w:val="it-CH"/>
        </w:rPr>
        <w:t>s) alte obligații prevăzute în Legea nr. 51/2006, republicată, cu modificările și completările ulterioare, precum și în Legea nr. 101/2006, republicată, cu modificările și completările ulterioare.</w:t>
      </w:r>
    </w:p>
    <w:p w14:paraId="78D7684C" w14:textId="77777777" w:rsidR="006633E6" w:rsidRPr="00DD198D" w:rsidRDefault="00000000">
      <w:pPr>
        <w:keepNext/>
        <w:spacing w:before="200" w:after="120"/>
        <w:jc w:val="center"/>
        <w:rPr>
          <w:lang w:val="it-CH"/>
        </w:rPr>
      </w:pPr>
      <w:r w:rsidRPr="00DD198D">
        <w:rPr>
          <w:b/>
          <w:color w:val="000000"/>
          <w:lang w:val="it-CH"/>
        </w:rPr>
        <w:t>SECȚIUNEA a 2-a Drepturile și obligațiile utilizatorilor</w:t>
      </w:r>
    </w:p>
    <w:p w14:paraId="7AC9352D" w14:textId="77777777" w:rsidR="006633E6" w:rsidRPr="00DD198D" w:rsidRDefault="00000000">
      <w:pPr>
        <w:keepNext/>
        <w:spacing w:before="120"/>
        <w:rPr>
          <w:lang w:val="it-CH"/>
        </w:rPr>
      </w:pPr>
      <w:r w:rsidRPr="00DD198D">
        <w:rPr>
          <w:b/>
          <w:color w:val="000000"/>
          <w:lang w:val="it-CH"/>
        </w:rPr>
        <w:t xml:space="preserve">ART. </w:t>
      </w:r>
      <w:r w:rsidR="00DD198D">
        <w:rPr>
          <w:b/>
          <w:color w:val="000000"/>
          <w:lang w:val="it-CH"/>
        </w:rPr>
        <w:t>93</w:t>
      </w:r>
    </w:p>
    <w:p w14:paraId="1409EC12" w14:textId="77777777" w:rsidR="006633E6" w:rsidRPr="00DD198D" w:rsidRDefault="00000000">
      <w:pPr>
        <w:jc w:val="both"/>
        <w:rPr>
          <w:lang w:val="it-CH"/>
        </w:rPr>
      </w:pPr>
      <w:r w:rsidRPr="00DD198D">
        <w:rPr>
          <w:color w:val="000000"/>
          <w:lang w:val="it-CH"/>
        </w:rPr>
        <w:t>Utilizatorii au următoarele drepturi:</w:t>
      </w:r>
    </w:p>
    <w:p w14:paraId="5BB23798" w14:textId="77777777" w:rsidR="006633E6" w:rsidRPr="00DD198D" w:rsidRDefault="00000000">
      <w:pPr>
        <w:ind w:left="425"/>
        <w:jc w:val="both"/>
        <w:rPr>
          <w:lang w:val="it-CH"/>
        </w:rPr>
      </w:pPr>
      <w:r w:rsidRPr="00DD198D">
        <w:rPr>
          <w:color w:val="000000"/>
          <w:lang w:val="it-CH"/>
        </w:rPr>
        <w:t>a) să utilizeze, liber și nediscriminatoriu, serviciul de salubrizare, în condițiile contractului/contractului-cadru de prestare;</w:t>
      </w:r>
    </w:p>
    <w:p w14:paraId="5F0B9FE1" w14:textId="77777777" w:rsidR="006633E6" w:rsidRPr="00DD198D" w:rsidRDefault="00000000">
      <w:pPr>
        <w:ind w:left="425"/>
        <w:jc w:val="both"/>
        <w:rPr>
          <w:lang w:val="it-CH"/>
        </w:rPr>
      </w:pPr>
      <w:r w:rsidRPr="00DD198D">
        <w:rPr>
          <w:color w:val="000000"/>
          <w:lang w:val="it-CH"/>
        </w:rPr>
        <w:t>b) să solicite și să primească, în condițiile legii și ale contractelor de prestare, despăgubiri sau compensații pentru daunele provocate lor de către operatori prin nerespectarea obligațiilor contractuale asumate ori prin prestarea unor servicii inferioare, calitativ și cantitativ, parametrilor tehnici stabiliți prin contract sau prin normele tehnice în vigoare;</w:t>
      </w:r>
    </w:p>
    <w:p w14:paraId="5C015686" w14:textId="77777777" w:rsidR="006633E6" w:rsidRPr="00DD198D" w:rsidRDefault="00000000">
      <w:pPr>
        <w:ind w:left="425"/>
        <w:jc w:val="both"/>
        <w:rPr>
          <w:lang w:val="it-CH"/>
        </w:rPr>
      </w:pPr>
      <w:r w:rsidRPr="00DD198D">
        <w:rPr>
          <w:color w:val="000000"/>
          <w:lang w:val="it-CH"/>
        </w:rPr>
        <w:lastRenderedPageBreak/>
        <w:t>c) să sesizeze autorității administrației publice locale orice deficiențe constatate în sfera serviciului de salubrizare și să facă propuneri vizând înlăturarea acestora, îmbunătățirea activității și creșterea calității serviciului;</w:t>
      </w:r>
    </w:p>
    <w:p w14:paraId="3A614013" w14:textId="77777777" w:rsidR="006633E6" w:rsidRPr="00DD198D" w:rsidRDefault="00000000">
      <w:pPr>
        <w:ind w:left="425"/>
        <w:jc w:val="both"/>
        <w:rPr>
          <w:lang w:val="it-CH"/>
        </w:rPr>
      </w:pPr>
      <w:r w:rsidRPr="00DD198D">
        <w:rPr>
          <w:color w:val="000000"/>
          <w:lang w:val="it-CH"/>
        </w:rPr>
        <w:t>d) să se asocieze în organizații neguvernamentale pentru apărarea, promovarea și susținerea intereselor proprii;</w:t>
      </w:r>
    </w:p>
    <w:p w14:paraId="3FE3FA3C" w14:textId="77777777" w:rsidR="006633E6" w:rsidRPr="00DD198D" w:rsidRDefault="00000000">
      <w:pPr>
        <w:ind w:left="425"/>
        <w:jc w:val="both"/>
        <w:rPr>
          <w:lang w:val="it-CH"/>
        </w:rPr>
      </w:pPr>
      <w:r w:rsidRPr="00DD198D">
        <w:rPr>
          <w:color w:val="000000"/>
          <w:lang w:val="it-CH"/>
        </w:rPr>
        <w:t>e) să primească și să utilizeze informații privind serviciul de salubrizare, despre deciziile luate în legătură cu acest serviciu de către autoritatea administrației publice locale, A.N.R.S.C. sau operator, după caz;</w:t>
      </w:r>
    </w:p>
    <w:p w14:paraId="2803A7C4" w14:textId="77777777" w:rsidR="006633E6" w:rsidRPr="00DD198D" w:rsidRDefault="00000000">
      <w:pPr>
        <w:ind w:left="425"/>
        <w:jc w:val="both"/>
        <w:rPr>
          <w:lang w:val="it-CH"/>
        </w:rPr>
      </w:pPr>
      <w:r w:rsidRPr="00DD198D">
        <w:rPr>
          <w:color w:val="000000"/>
          <w:lang w:val="it-CH"/>
        </w:rPr>
        <w:t>f) să fie consultați, direct sau prin intermediul unor organizații neguvernamentale reprezentative, în procesul de elaborare și adoptare a deciziilor, strategiilor și reglementărilor privind activitățile din sectorul serviciului de salubrizare;</w:t>
      </w:r>
    </w:p>
    <w:p w14:paraId="2F47C71F" w14:textId="77777777" w:rsidR="006633E6" w:rsidRPr="00DD198D" w:rsidRDefault="00000000">
      <w:pPr>
        <w:ind w:left="425"/>
        <w:jc w:val="both"/>
        <w:rPr>
          <w:lang w:val="it-CH"/>
        </w:rPr>
      </w:pPr>
      <w:r w:rsidRPr="00DD198D">
        <w:rPr>
          <w:color w:val="000000"/>
          <w:lang w:val="it-CH"/>
        </w:rPr>
        <w:t>g) să se adreseze, individual ori colectiv, prin intermediul unor asociații reprezentative, autorității administrației publice locale sau centrale ori instanțelor judecătorești, în vederea prevenirii sau reparării unui prejudiciu direct ori indirect.</w:t>
      </w:r>
    </w:p>
    <w:p w14:paraId="6FAEBD96" w14:textId="77777777" w:rsidR="006633E6" w:rsidRPr="00DD198D" w:rsidRDefault="00000000">
      <w:pPr>
        <w:ind w:left="425"/>
        <w:jc w:val="both"/>
        <w:rPr>
          <w:lang w:val="it-CH"/>
        </w:rPr>
      </w:pPr>
      <w:r w:rsidRPr="00DD198D">
        <w:rPr>
          <w:color w:val="000000"/>
          <w:lang w:val="it-CH"/>
        </w:rPr>
        <w:t>h) să li se presteze serviciul de salubrizare în condițiile actelor normative în vigoare, la nivelurile stabilite în contract;</w:t>
      </w:r>
    </w:p>
    <w:p w14:paraId="1DAC0EB8" w14:textId="77777777" w:rsidR="006633E6" w:rsidRPr="00DD198D" w:rsidRDefault="00000000">
      <w:pPr>
        <w:ind w:left="425"/>
        <w:jc w:val="both"/>
        <w:rPr>
          <w:lang w:val="it-CH"/>
        </w:rPr>
      </w:pPr>
      <w:r w:rsidRPr="00DD198D">
        <w:rPr>
          <w:color w:val="000000"/>
          <w:lang w:val="it-CH"/>
        </w:rPr>
        <w:t>i) să conteste facturile când constată încălcarea prevederilor contractuale;</w:t>
      </w:r>
    </w:p>
    <w:p w14:paraId="6CBD599F" w14:textId="77777777" w:rsidR="006633E6" w:rsidRPr="00DD198D" w:rsidRDefault="00000000">
      <w:pPr>
        <w:ind w:left="425"/>
        <w:jc w:val="both"/>
        <w:rPr>
          <w:lang w:val="it-CH"/>
        </w:rPr>
      </w:pPr>
      <w:r w:rsidRPr="00DD198D">
        <w:rPr>
          <w:color w:val="000000"/>
          <w:lang w:val="it-CH"/>
        </w:rPr>
        <w:t>j) să primească răspuns în maximum 30 de zile la sesizările adresate operatorului sau autorității administrației publice locale și centrale cu privire la neîndeplinirea unor condiții contractuale;</w:t>
      </w:r>
    </w:p>
    <w:p w14:paraId="37240C1E" w14:textId="77777777" w:rsidR="006633E6" w:rsidRPr="00DD198D" w:rsidRDefault="00000000">
      <w:pPr>
        <w:ind w:left="425"/>
        <w:jc w:val="both"/>
        <w:rPr>
          <w:lang w:val="pt-PT"/>
        </w:rPr>
      </w:pPr>
      <w:r w:rsidRPr="00DD198D">
        <w:rPr>
          <w:color w:val="000000"/>
          <w:lang w:val="pt-PT"/>
        </w:rPr>
        <w:t>k) să fie dotați de operator sau de autoritatea administrației publice locale, în condițiile prezentului regulament, cu recipiente de colectare adecvate mijloacelor de încărcare și de transport ale acestora;</w:t>
      </w:r>
    </w:p>
    <w:p w14:paraId="7CF1AF57" w14:textId="77777777" w:rsidR="006633E6" w:rsidRPr="00DD198D" w:rsidRDefault="00000000">
      <w:pPr>
        <w:ind w:left="425"/>
        <w:jc w:val="both"/>
        <w:rPr>
          <w:lang w:val="pt-PT"/>
        </w:rPr>
      </w:pPr>
      <w:r w:rsidRPr="00DD198D">
        <w:rPr>
          <w:color w:val="000000"/>
          <w:lang w:val="pt-PT"/>
        </w:rPr>
        <w:t>l) alte drepturi prevăzute în Legea nr. 51/2006, republicată, cu modificările și completările ulterioare, precum și în Legea nr. 101/2006, republicată, cu modificările și completările ulterioare.</w:t>
      </w:r>
    </w:p>
    <w:p w14:paraId="5EE091A4" w14:textId="77777777" w:rsidR="006633E6" w:rsidRDefault="00000000">
      <w:pPr>
        <w:keepNext/>
        <w:spacing w:before="120"/>
      </w:pPr>
      <w:r>
        <w:rPr>
          <w:b/>
          <w:color w:val="000000"/>
        </w:rPr>
        <w:t xml:space="preserve">ART. </w:t>
      </w:r>
      <w:r w:rsidR="00DD198D">
        <w:rPr>
          <w:b/>
          <w:color w:val="000000"/>
        </w:rPr>
        <w:t>94</w:t>
      </w:r>
    </w:p>
    <w:p w14:paraId="6840364A" w14:textId="77777777" w:rsidR="006633E6" w:rsidRDefault="00000000">
      <w:pPr>
        <w:jc w:val="both"/>
      </w:pPr>
      <w:proofErr w:type="spellStart"/>
      <w:r>
        <w:rPr>
          <w:color w:val="000000"/>
        </w:rPr>
        <w:t>Utilizatorii</w:t>
      </w:r>
      <w:proofErr w:type="spellEnd"/>
      <w:r>
        <w:rPr>
          <w:color w:val="000000"/>
        </w:rPr>
        <w:t xml:space="preserve"> au, </w:t>
      </w:r>
      <w:proofErr w:type="spellStart"/>
      <w:r>
        <w:rPr>
          <w:color w:val="000000"/>
        </w:rPr>
        <w:t>în</w:t>
      </w:r>
      <w:proofErr w:type="spellEnd"/>
      <w:r>
        <w:rPr>
          <w:color w:val="000000"/>
        </w:rPr>
        <w:t xml:space="preserve"> principal, </w:t>
      </w:r>
      <w:proofErr w:type="spellStart"/>
      <w:r>
        <w:rPr>
          <w:color w:val="000000"/>
        </w:rPr>
        <w:t>următoarele</w:t>
      </w:r>
      <w:proofErr w:type="spellEnd"/>
      <w:r>
        <w:rPr>
          <w:color w:val="000000"/>
        </w:rPr>
        <w:t xml:space="preserve"> </w:t>
      </w:r>
      <w:proofErr w:type="spellStart"/>
      <w:r>
        <w:rPr>
          <w:color w:val="000000"/>
        </w:rPr>
        <w:t>obligații</w:t>
      </w:r>
      <w:proofErr w:type="spellEnd"/>
      <w:r>
        <w:rPr>
          <w:color w:val="000000"/>
        </w:rPr>
        <w:t>:</w:t>
      </w:r>
    </w:p>
    <w:p w14:paraId="026F9C70" w14:textId="77777777" w:rsidR="006633E6" w:rsidRPr="00DD198D" w:rsidRDefault="00000000">
      <w:pPr>
        <w:ind w:left="425"/>
        <w:jc w:val="both"/>
        <w:rPr>
          <w:lang w:val="pt-PT"/>
        </w:rPr>
      </w:pPr>
      <w:r w:rsidRPr="00DD198D">
        <w:rPr>
          <w:color w:val="000000"/>
          <w:lang w:val="pt-PT"/>
        </w:rPr>
        <w:t>a) să achite, în termenul legal, contravaloarea serviciului de salubrizare, indiferent de modalitatea de plată aplicată, prin taxă sau tarif;</w:t>
      </w:r>
    </w:p>
    <w:p w14:paraId="0ED12937" w14:textId="77777777" w:rsidR="006633E6" w:rsidRPr="00DD198D" w:rsidRDefault="00000000">
      <w:pPr>
        <w:ind w:left="425"/>
        <w:jc w:val="both"/>
        <w:rPr>
          <w:lang w:val="pt-PT"/>
        </w:rPr>
      </w:pPr>
      <w:r w:rsidRPr="00DD198D">
        <w:rPr>
          <w:color w:val="000000"/>
          <w:lang w:val="pt-PT"/>
        </w:rPr>
        <w:t>b) să achite, în cazul în care nu este implementat instrumentul economic "plătește pentru cât arunci”, contravaloarea serviciului de salubrizare, inclusiv în situația în care nu prezintă spre colectare recipientele/sacii, pe domeniul public, în fața proprietății, conform programului de colectare al fracțiilor de deșeuri, aprobat de către autoritatea administrației publice locale/asociația de dezvoltare intercomunitară;</w:t>
      </w:r>
    </w:p>
    <w:p w14:paraId="0926E320" w14:textId="77777777" w:rsidR="006633E6" w:rsidRPr="00DD198D" w:rsidRDefault="00000000">
      <w:pPr>
        <w:ind w:left="425"/>
        <w:jc w:val="both"/>
        <w:rPr>
          <w:lang w:val="pt-PT"/>
        </w:rPr>
      </w:pPr>
      <w:r w:rsidRPr="00DD198D">
        <w:rPr>
          <w:color w:val="000000"/>
          <w:lang w:val="pt-PT"/>
        </w:rPr>
        <w:t>c) să declare numărul corect de persoane beneficiare ale serviciului de salubrizare;</w:t>
      </w:r>
    </w:p>
    <w:p w14:paraId="33E3F953" w14:textId="77777777" w:rsidR="006633E6" w:rsidRPr="00DD198D" w:rsidRDefault="00000000">
      <w:pPr>
        <w:ind w:left="425"/>
        <w:jc w:val="both"/>
        <w:rPr>
          <w:lang w:val="pt-PT"/>
        </w:rPr>
      </w:pPr>
      <w:r w:rsidRPr="00DD198D">
        <w:rPr>
          <w:color w:val="000000"/>
          <w:lang w:val="pt-PT"/>
        </w:rPr>
        <w:t>d) să asigure colectarea separată a deșeurilor pe care le-au generat în propria gospodărie sau ca urmare a activităților lucrative pe care le desfășoară, în recipientele distinct inscripționate, amplasate în punctele de colectare și/sau ridicate din fața proprietății în zilele de colectare;</w:t>
      </w:r>
    </w:p>
    <w:p w14:paraId="4BE0AF8E" w14:textId="77777777" w:rsidR="006633E6" w:rsidRPr="00DD198D" w:rsidRDefault="00000000">
      <w:pPr>
        <w:ind w:left="425"/>
        <w:jc w:val="both"/>
        <w:rPr>
          <w:lang w:val="pt-PT"/>
        </w:rPr>
      </w:pPr>
      <w:r w:rsidRPr="00DD198D">
        <w:rPr>
          <w:color w:val="000000"/>
          <w:lang w:val="pt-PT"/>
        </w:rPr>
        <w:t>e) să respecte măsurile stabilite de către autoritatea administrației publice locale și/sau de direcția de sănătate publică județeană cu privire la condițiile de realizare a tratamentelor de dezinsecție, dezinfecție și deratizare;</w:t>
      </w:r>
    </w:p>
    <w:p w14:paraId="05BBC297" w14:textId="77777777" w:rsidR="006633E6" w:rsidRPr="00DD198D" w:rsidRDefault="00000000">
      <w:pPr>
        <w:ind w:left="425"/>
        <w:jc w:val="both"/>
        <w:rPr>
          <w:lang w:val="pt-PT"/>
        </w:rPr>
      </w:pPr>
      <w:r w:rsidRPr="00DD198D">
        <w:rPr>
          <w:color w:val="000000"/>
          <w:lang w:val="pt-PT"/>
        </w:rPr>
        <w:lastRenderedPageBreak/>
        <w:t>f) să accepte limitarea temporară a prestării serviciului ca urmare a execuției unor lucrări prevăzute în programele de reabilitare, extindere și modernizare a infrastructurii tehnico-edilitare;</w:t>
      </w:r>
    </w:p>
    <w:p w14:paraId="0F24D2D5" w14:textId="77777777" w:rsidR="006633E6" w:rsidRPr="00DD198D" w:rsidRDefault="00000000">
      <w:pPr>
        <w:ind w:left="425"/>
        <w:jc w:val="both"/>
        <w:rPr>
          <w:lang w:val="pt-PT"/>
        </w:rPr>
      </w:pPr>
      <w:r w:rsidRPr="00DD198D">
        <w:rPr>
          <w:color w:val="000000"/>
          <w:lang w:val="pt-PT"/>
        </w:rPr>
        <w:t>g) să respecte normele de igienă și sănătate publică stabilite prin actele normative în vigoare;</w:t>
      </w:r>
    </w:p>
    <w:p w14:paraId="12B8DCCB" w14:textId="77777777" w:rsidR="006633E6" w:rsidRPr="00DD198D" w:rsidRDefault="00000000">
      <w:pPr>
        <w:ind w:left="425"/>
        <w:jc w:val="both"/>
        <w:rPr>
          <w:lang w:val="pt-PT"/>
        </w:rPr>
      </w:pPr>
      <w:r w:rsidRPr="00DD198D">
        <w:rPr>
          <w:color w:val="000000"/>
          <w:lang w:val="pt-PT"/>
        </w:rPr>
        <w:t>h) să încheie contracte pentru prestarea unei activități a serviciului de salubrizare numai cu operatorul căruia unitatea/subdiviziunea administrativ-teritorială i-a atribuit, individual sau în asociere cu alte unități/subdiviziuni administrativ-teritoriale, activitatea respectivă;</w:t>
      </w:r>
    </w:p>
    <w:p w14:paraId="58FB200D" w14:textId="77777777" w:rsidR="006633E6" w:rsidRPr="00DD198D" w:rsidRDefault="00000000">
      <w:pPr>
        <w:ind w:left="425"/>
        <w:jc w:val="both"/>
        <w:rPr>
          <w:lang w:val="pt-PT"/>
        </w:rPr>
      </w:pPr>
      <w:r w:rsidRPr="00DD198D">
        <w:rPr>
          <w:color w:val="000000"/>
          <w:lang w:val="pt-PT"/>
        </w:rPr>
        <w:t>i) să mențină în stare de curățenie spațiile în care se face colectarea, precum și recipientele în care se depozitează deșeurile municipale în vederea colectării;</w:t>
      </w:r>
    </w:p>
    <w:p w14:paraId="3509776D" w14:textId="77777777" w:rsidR="006633E6" w:rsidRPr="00DD198D" w:rsidRDefault="00000000">
      <w:pPr>
        <w:ind w:left="425"/>
        <w:jc w:val="both"/>
        <w:rPr>
          <w:lang w:val="pt-PT"/>
        </w:rPr>
      </w:pPr>
      <w:r w:rsidRPr="00DD198D">
        <w:rPr>
          <w:color w:val="000000"/>
          <w:lang w:val="pt-PT"/>
        </w:rPr>
        <w:t>j) să execute operațiunea de deversare/debarasare a deșeurilor în recipientele de colectare în condiții de maximă siguranță din punctul de vedere al sănătății populației și al protecției mediului, astfel încât să nu producă poluare fonică, miros neplăcut și răspândirea de deșeuri;</w:t>
      </w:r>
    </w:p>
    <w:p w14:paraId="47376F3B" w14:textId="77777777" w:rsidR="006633E6" w:rsidRPr="00DD198D" w:rsidRDefault="00000000">
      <w:pPr>
        <w:ind w:left="425"/>
        <w:jc w:val="both"/>
        <w:rPr>
          <w:lang w:val="pt-PT"/>
        </w:rPr>
      </w:pPr>
      <w:r w:rsidRPr="00DD198D">
        <w:rPr>
          <w:color w:val="000000"/>
          <w:lang w:val="pt-PT"/>
        </w:rPr>
        <w:t>k) să nu introducă în recipientele specifice fracției de deșeuri colectată separat alte tipuri/categorii de deșeuri;</w:t>
      </w:r>
    </w:p>
    <w:p w14:paraId="34B31415" w14:textId="77777777" w:rsidR="006633E6" w:rsidRPr="00DD198D" w:rsidRDefault="00000000">
      <w:pPr>
        <w:ind w:left="425"/>
        <w:jc w:val="both"/>
        <w:rPr>
          <w:lang w:val="pt-PT"/>
        </w:rPr>
      </w:pPr>
      <w:r w:rsidRPr="00DD198D">
        <w:rPr>
          <w:color w:val="000000"/>
          <w:lang w:val="pt-PT"/>
        </w:rPr>
        <w:t>l) să asigure curățenia incintelor proprii, precum și a zonelor cuprinse între imobil și domeniul public, până la limita de proprietate;</w:t>
      </w:r>
    </w:p>
    <w:p w14:paraId="551647D0" w14:textId="77777777" w:rsidR="006633E6" w:rsidRPr="00DD198D" w:rsidRDefault="00000000">
      <w:pPr>
        <w:ind w:left="425"/>
        <w:jc w:val="both"/>
        <w:rPr>
          <w:lang w:val="pt-PT"/>
        </w:rPr>
      </w:pPr>
      <w:r w:rsidRPr="00DD198D">
        <w:rPr>
          <w:color w:val="000000"/>
          <w:lang w:val="pt-PT"/>
        </w:rPr>
        <w:t>m) să asigure curățenia locurilor de parcare pe care le au în folosință din domeniul public, dacă este cazul, și să nu efectueze reparații care pot produce scurgerea uleiurilor, carburanților și lubrifianților sau de lichide rezultate din spălarea autovehiculelor;</w:t>
      </w:r>
    </w:p>
    <w:p w14:paraId="52CDDCC4" w14:textId="77777777" w:rsidR="006633E6" w:rsidRPr="00DD198D" w:rsidRDefault="00000000">
      <w:pPr>
        <w:ind w:left="425"/>
        <w:jc w:val="both"/>
        <w:rPr>
          <w:lang w:val="pt-PT"/>
        </w:rPr>
      </w:pPr>
      <w:r w:rsidRPr="00DD198D">
        <w:rPr>
          <w:color w:val="000000"/>
          <w:lang w:val="pt-PT"/>
        </w:rPr>
        <w:t>n) să nu arunce deșeuri și obiecte de uz casnic pe străzi, în parcuri, pe terenuri virane sau în locuri publice;</w:t>
      </w:r>
    </w:p>
    <w:p w14:paraId="3E9B1BC0" w14:textId="77777777" w:rsidR="006633E6" w:rsidRPr="00DD198D" w:rsidRDefault="00000000">
      <w:pPr>
        <w:ind w:left="425"/>
        <w:jc w:val="both"/>
        <w:rPr>
          <w:lang w:val="pt-PT"/>
        </w:rPr>
      </w:pPr>
      <w:r w:rsidRPr="005E15BF">
        <w:rPr>
          <w:color w:val="000000"/>
          <w:lang w:val="pt-PT"/>
        </w:rPr>
        <w:t>n^1) să nu ardă și să nu îngroape deșeuri de orice fel, inclusiv frunze, crengi și alte resturi vegetale, în curți, în grădini sau pe domeniul public, și să predea deșeurile verzi operatorului, în condițiile art. 21^1;</w:t>
      </w:r>
    </w:p>
    <w:p w14:paraId="5F8478B4" w14:textId="77777777" w:rsidR="006633E6" w:rsidRPr="00DD198D" w:rsidRDefault="00000000">
      <w:pPr>
        <w:ind w:left="425"/>
        <w:jc w:val="both"/>
        <w:rPr>
          <w:lang w:val="pt-PT"/>
        </w:rPr>
      </w:pPr>
      <w:r w:rsidRPr="00DD198D">
        <w:rPr>
          <w:color w:val="000000"/>
          <w:lang w:val="pt-PT"/>
        </w:rPr>
        <w:t>o) să depună hârtiile și resturile mărunte de ambalaje care se produc cu ocazia utilizării mijloacelor de transport și a activității desfășurate pe străzile localității în coșurile stradale amplasate de operator de-a lungul străzilor și în alte asemenea locuri;</w:t>
      </w:r>
    </w:p>
    <w:p w14:paraId="78177711" w14:textId="77777777" w:rsidR="006633E6" w:rsidRPr="00DD198D" w:rsidRDefault="00000000">
      <w:pPr>
        <w:ind w:left="425"/>
        <w:jc w:val="both"/>
        <w:rPr>
          <w:lang w:val="pt-PT"/>
        </w:rPr>
      </w:pPr>
      <w:r w:rsidRPr="00DD198D">
        <w:rPr>
          <w:color w:val="000000"/>
          <w:lang w:val="pt-PT"/>
        </w:rPr>
        <w:t>p) să mențină curățenia pe trotuare, pe porțiunea din dreptul condominiului, gospodăriei;</w:t>
      </w:r>
    </w:p>
    <w:p w14:paraId="373FB3AC" w14:textId="77777777" w:rsidR="006633E6" w:rsidRPr="00DD198D" w:rsidRDefault="00000000">
      <w:pPr>
        <w:ind w:left="425"/>
        <w:jc w:val="both"/>
        <w:rPr>
          <w:lang w:val="pt-PT"/>
        </w:rPr>
      </w:pPr>
      <w:r w:rsidRPr="00DD198D">
        <w:rPr>
          <w:color w:val="000000"/>
          <w:lang w:val="pt-PT"/>
        </w:rPr>
        <w:t>r) să îndepărteze zăpada și gheața de pe trotuarele din dreptul imobilelor în care locuiesc;</w:t>
      </w:r>
    </w:p>
    <w:p w14:paraId="21DCA7ED" w14:textId="77777777" w:rsidR="006633E6" w:rsidRPr="00DD198D" w:rsidRDefault="00000000">
      <w:pPr>
        <w:ind w:left="425"/>
        <w:jc w:val="both"/>
        <w:rPr>
          <w:lang w:val="pt-PT"/>
        </w:rPr>
      </w:pPr>
      <w:r w:rsidRPr="00DD198D">
        <w:rPr>
          <w:color w:val="000000"/>
          <w:lang w:val="pt-PT"/>
        </w:rPr>
        <w:t>s) să păstreze curățenia pe arterele de circulație, în piețe, târguri și oboare, în parcuri, locuri de joacă pentru copii și în alte locuri publice;</w:t>
      </w:r>
    </w:p>
    <w:p w14:paraId="2922EBCB" w14:textId="77777777" w:rsidR="006633E6" w:rsidRPr="00DD198D" w:rsidRDefault="00000000">
      <w:pPr>
        <w:ind w:left="425"/>
        <w:jc w:val="both"/>
        <w:rPr>
          <w:lang w:val="pt-PT"/>
        </w:rPr>
      </w:pPr>
      <w:r w:rsidRPr="00DD198D">
        <w:rPr>
          <w:color w:val="000000"/>
          <w:lang w:val="pt-PT"/>
        </w:rPr>
        <w:t>t) alte obligații prevăzute în Legea nr. 51/2006, republicată, cu modificările și completările ulterioare, care fac referire la serviciul de salubrizare, precum și în Legea nr. 101/2006, republicată, cu modificările și completările ulterioare.</w:t>
      </w:r>
    </w:p>
    <w:p w14:paraId="3BBC832B" w14:textId="77777777" w:rsidR="006633E6" w:rsidRPr="00DD198D" w:rsidRDefault="00000000">
      <w:pPr>
        <w:keepNext/>
        <w:spacing w:before="120"/>
        <w:rPr>
          <w:lang w:val="pt-PT"/>
        </w:rPr>
      </w:pPr>
      <w:r w:rsidRPr="00DD198D">
        <w:rPr>
          <w:b/>
          <w:color w:val="000000"/>
          <w:lang w:val="pt-PT"/>
        </w:rPr>
        <w:t xml:space="preserve">ART. </w:t>
      </w:r>
      <w:r w:rsidR="00DD198D">
        <w:rPr>
          <w:b/>
          <w:color w:val="000000"/>
          <w:lang w:val="pt-PT"/>
        </w:rPr>
        <w:t>95</w:t>
      </w:r>
    </w:p>
    <w:p w14:paraId="4A00D9D8" w14:textId="77777777" w:rsidR="006633E6" w:rsidRPr="00DD198D" w:rsidRDefault="00000000">
      <w:pPr>
        <w:ind w:firstLine="425"/>
        <w:jc w:val="both"/>
        <w:rPr>
          <w:lang w:val="pt-PT"/>
        </w:rPr>
      </w:pPr>
      <w:r w:rsidRPr="00DD198D">
        <w:rPr>
          <w:color w:val="000000"/>
          <w:lang w:val="pt-PT"/>
        </w:rPr>
        <w:t>(1) În modalitatea de plată a contravalorii serviciului de salubrizare prin tarif, utilizatorii au obligația de a încheia contracte de prestări servicii cu operatorul căruia unitatea administrativ-teritorială i-a atribuit, individual sau în asociere cu alte unități administrativ-teritoriale, activitatea de colectare separată și transport separat al deșeurilor menajere și al deșeurilor similare provenind din activități comerciale din industrie și instituții, inclusiv fracții colectate separat.</w:t>
      </w:r>
    </w:p>
    <w:p w14:paraId="1DB2096A" w14:textId="77777777" w:rsidR="006633E6" w:rsidRPr="00DD198D" w:rsidRDefault="00000000">
      <w:pPr>
        <w:ind w:firstLine="425"/>
        <w:jc w:val="both"/>
        <w:rPr>
          <w:lang w:val="pt-PT"/>
        </w:rPr>
      </w:pPr>
      <w:r w:rsidRPr="00DD198D">
        <w:rPr>
          <w:color w:val="000000"/>
          <w:lang w:val="pt-PT"/>
        </w:rPr>
        <w:t>(2) Contractele de prestări servicii se vor încheia cu următoarele categorii de utilizatori:</w:t>
      </w:r>
    </w:p>
    <w:p w14:paraId="521FE818" w14:textId="77777777" w:rsidR="006633E6" w:rsidRPr="00DD198D" w:rsidRDefault="00000000">
      <w:pPr>
        <w:ind w:left="425"/>
        <w:jc w:val="both"/>
        <w:rPr>
          <w:lang w:val="pt-PT"/>
        </w:rPr>
      </w:pPr>
      <w:r w:rsidRPr="00DD198D">
        <w:rPr>
          <w:color w:val="000000"/>
          <w:lang w:val="pt-PT"/>
        </w:rPr>
        <w:t>a) proprietari de gospodării individuale sau reprezentanți ai acestora;</w:t>
      </w:r>
    </w:p>
    <w:p w14:paraId="2D17D097" w14:textId="77777777" w:rsidR="006633E6" w:rsidRPr="00DD198D" w:rsidRDefault="00000000">
      <w:pPr>
        <w:ind w:left="425"/>
        <w:jc w:val="both"/>
        <w:rPr>
          <w:lang w:val="pt-PT"/>
        </w:rPr>
      </w:pPr>
      <w:r w:rsidRPr="00DD198D">
        <w:rPr>
          <w:color w:val="000000"/>
          <w:lang w:val="pt-PT"/>
        </w:rPr>
        <w:lastRenderedPageBreak/>
        <w:t>b) asociații de proprietari/locatari, prin reprezentanții acestora;</w:t>
      </w:r>
    </w:p>
    <w:p w14:paraId="05A9EB9A" w14:textId="77777777" w:rsidR="006633E6" w:rsidRPr="00DD198D" w:rsidRDefault="00000000">
      <w:pPr>
        <w:ind w:left="425"/>
        <w:jc w:val="both"/>
        <w:rPr>
          <w:lang w:val="pt-PT"/>
        </w:rPr>
      </w:pPr>
      <w:r w:rsidRPr="00DD198D">
        <w:rPr>
          <w:color w:val="000000"/>
          <w:lang w:val="pt-PT"/>
        </w:rPr>
        <w:t>c) persoane juridice.</w:t>
      </w:r>
    </w:p>
    <w:p w14:paraId="62C03601" w14:textId="77777777" w:rsidR="006633E6" w:rsidRPr="00DD198D" w:rsidRDefault="00000000">
      <w:pPr>
        <w:ind w:firstLine="425"/>
        <w:jc w:val="both"/>
        <w:rPr>
          <w:lang w:val="pt-PT"/>
        </w:rPr>
      </w:pPr>
      <w:r w:rsidRPr="00DD198D">
        <w:rPr>
          <w:color w:val="000000"/>
          <w:lang w:val="pt-PT"/>
        </w:rPr>
        <w:t>(3) În cazul în care instrumentul economic "plătește pentru cât arunci” nu este implementat în aria de operare, utilizatorii casnici, inclusiv asociațiile de proprietari/locatari, încheie contractul de prestări servicii pentru numărul total de persoane care locuiesc în imobil, la aceeași adresă, iar persoanele juridice pentru volumul recipientelor necesare colectării cantităților de deșeuri similare generate din activitatea desfășurată. În situația în care cantitatea de deșeuri menajere colectată depășește cantitatea corespunzătoare numărului de persoane declarat de utilizator, determinată conform indicelui de generare a deșeurilor menajere la nivelul unității administrativ-teritoriale, operatorul va sesiza autoritatea administrației publice locale în vederea verificării numărului real de persoane care beneficiază de serviciul de salubrizare la adresa respectivă și, dacă este cazul, luării măsurilor care se impun pentru normalizarea situației.</w:t>
      </w:r>
    </w:p>
    <w:p w14:paraId="02E4B403" w14:textId="77777777" w:rsidR="006633E6" w:rsidRPr="00DD198D" w:rsidRDefault="00000000">
      <w:pPr>
        <w:ind w:firstLine="425"/>
        <w:jc w:val="both"/>
        <w:rPr>
          <w:lang w:val="it-CH"/>
        </w:rPr>
      </w:pPr>
      <w:r w:rsidRPr="00DD198D">
        <w:rPr>
          <w:color w:val="000000"/>
          <w:lang w:val="pt-PT"/>
        </w:rPr>
        <w:t xml:space="preserve">(4) La încheierea contractului de prestări servicii, se vor menționa obligatoriu frecvența și zilele de colectare aferente fiecărei fracții de deșeuri, precum și tarifele aplicate de operator la data semnării contractului. Utilizatorii au obligația să achite ulterior orice tarif aprobat, fără a fi necesară încheierea vreunui act adițional la contract, în conformitate cu dispozițiile art. 47 alin. </w:t>
      </w:r>
      <w:r w:rsidRPr="00DD198D">
        <w:rPr>
          <w:color w:val="000000"/>
          <w:lang w:val="it-CH"/>
        </w:rPr>
        <w:t>(1) din Legea nr. 101/2006, republicată, cu modificările și completările ulterioare.</w:t>
      </w:r>
    </w:p>
    <w:p w14:paraId="1ADA7CEE" w14:textId="77777777" w:rsidR="006633E6" w:rsidRPr="00DD198D" w:rsidRDefault="00000000">
      <w:pPr>
        <w:keepNext/>
        <w:spacing w:before="120"/>
        <w:rPr>
          <w:lang w:val="it-CH"/>
        </w:rPr>
      </w:pPr>
      <w:r w:rsidRPr="00DD198D">
        <w:rPr>
          <w:b/>
          <w:color w:val="000000"/>
          <w:lang w:val="it-CH"/>
        </w:rPr>
        <w:t xml:space="preserve">ART. </w:t>
      </w:r>
      <w:r w:rsidR="00F37B17">
        <w:rPr>
          <w:b/>
          <w:color w:val="000000"/>
          <w:lang w:val="it-CH"/>
        </w:rPr>
        <w:t>96</w:t>
      </w:r>
    </w:p>
    <w:p w14:paraId="4AF785E3" w14:textId="77777777" w:rsidR="006633E6" w:rsidRPr="00DD198D" w:rsidRDefault="00000000">
      <w:pPr>
        <w:jc w:val="both"/>
        <w:rPr>
          <w:lang w:val="it-CH"/>
        </w:rPr>
      </w:pPr>
      <w:r w:rsidRPr="00DD198D">
        <w:rPr>
          <w:color w:val="000000"/>
          <w:lang w:val="it-CH"/>
        </w:rPr>
        <w:t>Utilizatorii care beneficiază individual de prestarea serviciului de salubrizare fără contract încheiat cu operatorul, vor plăti către primărie o taxă de salubrizare de până la de 3 ori mai mare decât valoarea facturii plătită de utilizatorii cu contract, instituită și aprobată de către consiliul local în conformitate cu dispozițiile art. 51 din Legea nr. 101/2006, republicată, cu modificările și completările ulterioare.</w:t>
      </w:r>
    </w:p>
    <w:p w14:paraId="14D834A0" w14:textId="77777777" w:rsidR="006633E6" w:rsidRPr="00F37B17" w:rsidRDefault="00000000">
      <w:pPr>
        <w:keepNext/>
        <w:spacing w:before="280" w:after="120"/>
        <w:jc w:val="center"/>
        <w:rPr>
          <w:lang w:val="it-CH"/>
        </w:rPr>
      </w:pPr>
      <w:r w:rsidRPr="00F37B17">
        <w:rPr>
          <w:b/>
          <w:color w:val="000000"/>
          <w:lang w:val="it-CH"/>
        </w:rPr>
        <w:t>CAP. VI Determinarea cantităților și volumului de lucrări prestate</w:t>
      </w:r>
    </w:p>
    <w:p w14:paraId="4567ABD3" w14:textId="77777777" w:rsidR="006633E6" w:rsidRPr="00F37B17" w:rsidRDefault="00000000">
      <w:pPr>
        <w:keepNext/>
        <w:spacing w:before="120"/>
        <w:rPr>
          <w:lang w:val="it-CH"/>
        </w:rPr>
      </w:pPr>
      <w:r w:rsidRPr="00F37B17">
        <w:rPr>
          <w:b/>
          <w:color w:val="000000"/>
          <w:lang w:val="it-CH"/>
        </w:rPr>
        <w:t xml:space="preserve">ART. </w:t>
      </w:r>
      <w:r w:rsidR="00F37B17">
        <w:rPr>
          <w:b/>
          <w:color w:val="000000"/>
          <w:lang w:val="it-CH"/>
        </w:rPr>
        <w:t>97</w:t>
      </w:r>
    </w:p>
    <w:p w14:paraId="3537A55B" w14:textId="77777777" w:rsidR="006633E6" w:rsidRPr="00DD198D" w:rsidRDefault="00000000">
      <w:pPr>
        <w:ind w:firstLine="425"/>
        <w:jc w:val="both"/>
        <w:rPr>
          <w:lang w:val="it-CH"/>
        </w:rPr>
      </w:pPr>
      <w:r w:rsidRPr="00F37B17">
        <w:rPr>
          <w:color w:val="000000"/>
          <w:lang w:val="it-CH"/>
        </w:rPr>
        <w:t>(1) În vederea</w:t>
      </w:r>
      <w:r w:rsidRPr="00DD198D">
        <w:rPr>
          <w:color w:val="000000"/>
          <w:lang w:val="it-CH"/>
        </w:rPr>
        <w:t xml:space="preserve"> dotării punctelor de colectare cu recipiente pentru colectarea separată a deșeurilor menajere provenite de la utilizatorii casnici, operatorii împreună cu autoritatea administrației publice a unității administrativ-teritoriale sau, după caz, cu asociația de dezvoltare intercomunitară vor stabili pe bază de determinări indicele de generare al acestor deșeuri.</w:t>
      </w:r>
    </w:p>
    <w:p w14:paraId="32CF5685" w14:textId="77777777" w:rsidR="006633E6" w:rsidRPr="00DD198D" w:rsidRDefault="00000000">
      <w:pPr>
        <w:ind w:firstLine="425"/>
        <w:jc w:val="both"/>
        <w:rPr>
          <w:lang w:val="it-CH"/>
        </w:rPr>
      </w:pPr>
      <w:r w:rsidRPr="00DD198D">
        <w:rPr>
          <w:color w:val="000000"/>
          <w:lang w:val="it-CH"/>
        </w:rPr>
        <w:t>(2) Determinarea cantităților de deșeuri primite la instalațiile de tratare, respectiv eliminare se face numai prin cântărire.</w:t>
      </w:r>
    </w:p>
    <w:p w14:paraId="57370A93" w14:textId="77777777" w:rsidR="006633E6" w:rsidRPr="00DD198D" w:rsidRDefault="00000000">
      <w:pPr>
        <w:ind w:firstLine="425"/>
        <w:jc w:val="both"/>
        <w:rPr>
          <w:lang w:val="it-CH"/>
        </w:rPr>
      </w:pPr>
      <w:r w:rsidRPr="00DD198D">
        <w:rPr>
          <w:color w:val="000000"/>
          <w:lang w:val="it-CH"/>
        </w:rPr>
        <w:t>(3) Pentru deșeurile din construcții provenite de la populație, determinarea volumului acestora se va face estimativ.</w:t>
      </w:r>
    </w:p>
    <w:p w14:paraId="759D9692" w14:textId="77777777" w:rsidR="006633E6" w:rsidRPr="00DD198D" w:rsidRDefault="00000000">
      <w:pPr>
        <w:keepNext/>
        <w:spacing w:before="120"/>
        <w:rPr>
          <w:lang w:val="it-CH"/>
        </w:rPr>
      </w:pPr>
      <w:r w:rsidRPr="00DD198D">
        <w:rPr>
          <w:b/>
          <w:color w:val="000000"/>
          <w:lang w:val="it-CH"/>
        </w:rPr>
        <w:t xml:space="preserve">ART. </w:t>
      </w:r>
      <w:r w:rsidR="00F37B17">
        <w:rPr>
          <w:b/>
          <w:color w:val="000000"/>
          <w:lang w:val="it-CH"/>
        </w:rPr>
        <w:t>98</w:t>
      </w:r>
    </w:p>
    <w:p w14:paraId="39A651D4" w14:textId="77777777" w:rsidR="006633E6" w:rsidRPr="00DD198D" w:rsidRDefault="00000000">
      <w:pPr>
        <w:ind w:firstLine="425"/>
        <w:jc w:val="both"/>
        <w:rPr>
          <w:lang w:val="it-CH"/>
        </w:rPr>
      </w:pPr>
      <w:r w:rsidRPr="00DD198D">
        <w:rPr>
          <w:color w:val="000000"/>
          <w:lang w:val="it-CH"/>
        </w:rPr>
        <w:t>(1) Pentru măturatul, spălatul și stropitul căilor publice, suprafețele aferente fiecărei prestații se stabilesc pe baza suprafețelor tuturor căilor publice pe care se efectuează prestația și a frecvenței de execuție, așa cum acestea sunt trecute în caietul de sarcini. Pentru colectarea deșeurilor din coșurile stradale, cantitatea se stabilește pe baza datelor istorice sau pe baza numărului de coșuri stradale și a capacității acestora.</w:t>
      </w:r>
    </w:p>
    <w:p w14:paraId="3C9E1658" w14:textId="77777777" w:rsidR="00A8160A" w:rsidRPr="00F37B17" w:rsidRDefault="00000000">
      <w:pPr>
        <w:spacing w:after="120"/>
        <w:jc w:val="both"/>
        <w:rPr>
          <w:rFonts w:cs="Times New Roman"/>
          <w:szCs w:val="24"/>
          <w:lang w:val="it-CH"/>
        </w:rPr>
      </w:pPr>
      <w:r w:rsidRPr="00F37B17">
        <w:rPr>
          <w:rFonts w:cs="Times New Roman"/>
          <w:szCs w:val="24"/>
          <w:lang w:val="it-CH"/>
        </w:rPr>
        <w:t xml:space="preserve">Suprafețele programate sunt: 355.475 mp pe săptămână și 16.351.850 mp pe an la măturatul mecanizat și la stropit, pe 46 de străzi, timp de 46 de săptămâni de sezon; 216.762 mp la o spălare și 3.251.430 mp pe an la spălatul căilor publice, la 15 spălări pe an, începând cu al doilea an de operare; 32.041 mp la o răzuire și 96.123 mp pe an la răzuitul rigolelor și bordurilor, la trei răzuiri pe an, pe o </w:t>
      </w:r>
      <w:r w:rsidRPr="00F37B17">
        <w:rPr>
          <w:rFonts w:cs="Times New Roman"/>
          <w:szCs w:val="24"/>
          <w:lang w:val="it-CH"/>
        </w:rPr>
        <w:lastRenderedPageBreak/>
        <w:t>lungime cumulată de 42.708 m. Cantitatea anuală de deșeuri stradale de pământ și pietre este de 411,11 tone, din care 261,63 tone din măturatul mecanizat și 149,48 tone din răzuitul rigolelor.</w:t>
      </w:r>
    </w:p>
    <w:p w14:paraId="17CC1021" w14:textId="77777777" w:rsidR="006633E6" w:rsidRPr="00F37B17" w:rsidRDefault="00000000">
      <w:pPr>
        <w:ind w:firstLine="425"/>
        <w:jc w:val="both"/>
        <w:rPr>
          <w:lang w:val="it-CH"/>
        </w:rPr>
      </w:pPr>
      <w:r w:rsidRPr="00F37B17">
        <w:rPr>
          <w:color w:val="000000"/>
          <w:lang w:val="it-CH"/>
        </w:rPr>
        <w:t>(2) Pentru curățarea și transportul zăpezii și al gheții de pe căile publice și menținerea în funcțiune a acestora pe timp de polei sau de îngheț, calculul se realizează pe baza suprafețelor degajate, a cantităților calculate și a rețetei de tratament preventiv împotriva depunerii zăpezii și a formării poleiului.</w:t>
      </w:r>
    </w:p>
    <w:p w14:paraId="0A937385" w14:textId="77777777" w:rsidR="006633E6" w:rsidRPr="00DD198D" w:rsidRDefault="00000000">
      <w:pPr>
        <w:ind w:firstLine="425"/>
        <w:jc w:val="both"/>
        <w:rPr>
          <w:lang w:val="it-CH"/>
        </w:rPr>
      </w:pPr>
      <w:r w:rsidRPr="00F37B17">
        <w:rPr>
          <w:color w:val="000000"/>
          <w:lang w:val="it-CH"/>
        </w:rPr>
        <w:t>(3) Reprezentantul autorității administrației publice locale verifică, periodic și/sau ca urmare a sesizărilor venite din partea populației, activitatea depusă de operator, iar în cazul în care rezultă neconformități se încheie un proces-verbal de constatare privind neefectuarea</w:t>
      </w:r>
      <w:r w:rsidRPr="00DD198D">
        <w:rPr>
          <w:color w:val="000000"/>
          <w:lang w:val="it-CH"/>
        </w:rPr>
        <w:t xml:space="preserve"> lucrării sau calitatea necorespunzătoare a acesteia.</w:t>
      </w:r>
    </w:p>
    <w:p w14:paraId="55C36B44" w14:textId="77777777" w:rsidR="006633E6" w:rsidRPr="00DD198D" w:rsidRDefault="00000000">
      <w:pPr>
        <w:ind w:firstLine="425"/>
        <w:jc w:val="both"/>
        <w:rPr>
          <w:lang w:val="it-CH"/>
        </w:rPr>
      </w:pPr>
      <w:r w:rsidRPr="00DD198D">
        <w:rPr>
          <w:color w:val="000000"/>
          <w:lang w:val="it-CH"/>
        </w:rPr>
        <w:t>(4) Pe baza procesului-verbal de constatare, autoritatea administrației publice locale sau asociația de dezvoltare intercomunitară, după caz, aplică penalitățile menționate în contractul de delegare a gestiunii încheiat cu operatorul.</w:t>
      </w:r>
    </w:p>
    <w:p w14:paraId="44F6E126" w14:textId="77777777" w:rsidR="006633E6" w:rsidRPr="00DD198D" w:rsidRDefault="00000000">
      <w:pPr>
        <w:keepNext/>
        <w:spacing w:before="120"/>
        <w:rPr>
          <w:lang w:val="it-CH"/>
        </w:rPr>
      </w:pPr>
      <w:r w:rsidRPr="00DD198D">
        <w:rPr>
          <w:b/>
          <w:color w:val="000000"/>
          <w:lang w:val="it-CH"/>
        </w:rPr>
        <w:t xml:space="preserve">ART. </w:t>
      </w:r>
      <w:r w:rsidR="00F37B17">
        <w:rPr>
          <w:b/>
          <w:color w:val="000000"/>
          <w:lang w:val="it-CH"/>
        </w:rPr>
        <w:t>99</w:t>
      </w:r>
    </w:p>
    <w:p w14:paraId="4E2859A7" w14:textId="77777777" w:rsidR="006633E6" w:rsidRPr="00F37B17" w:rsidRDefault="00000000">
      <w:pPr>
        <w:jc w:val="both"/>
        <w:rPr>
          <w:lang w:val="it-CH"/>
        </w:rPr>
      </w:pPr>
      <w:r w:rsidRPr="00F37B17">
        <w:rPr>
          <w:color w:val="000000"/>
          <w:lang w:val="it-CH"/>
        </w:rPr>
        <w:t>Pentru activitatea de dezinsecție, dezinfecție și deratizare tratamentele se realizează pe suprafața totală aferentă terenurilor și clădirilor din domeniul public și privat al unității administrativ-teritoriale, inclusiv a instituțiilor publice din subordinea consiliului local, precum și în spațiile comune închise din imobilele de tip condominiu aparținând asociațiilor de proprietari/locatari, iar cantitățile de produse biocide utilizate pentru efectuarea prestațiilor se determină în funcție de doza și de rețeta utilizată pe unitatea de suprafață sau de volum, conform specificațiilor producătorului.</w:t>
      </w:r>
    </w:p>
    <w:p w14:paraId="7D043641" w14:textId="77777777" w:rsidR="006633E6" w:rsidRPr="00DD198D" w:rsidRDefault="00000000">
      <w:pPr>
        <w:keepNext/>
        <w:spacing w:before="280" w:after="120"/>
        <w:jc w:val="center"/>
        <w:rPr>
          <w:lang w:val="it-CH"/>
        </w:rPr>
      </w:pPr>
      <w:r w:rsidRPr="00F37B17">
        <w:rPr>
          <w:b/>
          <w:color w:val="000000"/>
          <w:lang w:val="it-CH"/>
        </w:rPr>
        <w:t>CAP. VII Indicatori de performanță ai serviciului de salubrizare</w:t>
      </w:r>
    </w:p>
    <w:p w14:paraId="25A24C9B" w14:textId="77777777" w:rsidR="006633E6" w:rsidRPr="00DD198D" w:rsidRDefault="00000000">
      <w:pPr>
        <w:keepNext/>
        <w:spacing w:before="120"/>
        <w:rPr>
          <w:lang w:val="it-CH"/>
        </w:rPr>
      </w:pPr>
      <w:r w:rsidRPr="00DD198D">
        <w:rPr>
          <w:b/>
          <w:color w:val="000000"/>
          <w:lang w:val="it-CH"/>
        </w:rPr>
        <w:t>ART.</w:t>
      </w:r>
      <w:r w:rsidR="00F37B17">
        <w:rPr>
          <w:b/>
          <w:color w:val="000000"/>
          <w:lang w:val="it-CH"/>
        </w:rPr>
        <w:t xml:space="preserve"> 100</w:t>
      </w:r>
    </w:p>
    <w:p w14:paraId="5E61ACD9" w14:textId="77777777" w:rsidR="006633E6" w:rsidRPr="00F37B17" w:rsidRDefault="00000000">
      <w:pPr>
        <w:jc w:val="both"/>
        <w:rPr>
          <w:lang w:val="it-CH"/>
        </w:rPr>
      </w:pPr>
      <w:r w:rsidRPr="00F37B17">
        <w:rPr>
          <w:color w:val="000000"/>
          <w:lang w:val="it-CH"/>
        </w:rPr>
        <w:t>Indicatorii de performanță ai serviciului de salubrizare cuprind două categorii:</w:t>
      </w:r>
    </w:p>
    <w:p w14:paraId="6430F92A" w14:textId="77777777" w:rsidR="006633E6" w:rsidRPr="00F37B17" w:rsidRDefault="00000000">
      <w:pPr>
        <w:ind w:left="425"/>
        <w:jc w:val="both"/>
        <w:rPr>
          <w:lang w:val="it-CH"/>
        </w:rPr>
      </w:pPr>
      <w:r w:rsidRPr="00F37B17">
        <w:rPr>
          <w:color w:val="000000"/>
          <w:lang w:val="it-CH"/>
        </w:rPr>
        <w:t>a) indicatorii tehnici și de calitate cu penalități, corelați cu țintele/obiectivele asumate la nivel național; aceștia vor fi cuprinși obligatoriu în hotărârea de dare în administrare/contractul de delegare – Anexa nr. 1, Tabelul I;</w:t>
      </w:r>
    </w:p>
    <w:p w14:paraId="45D3B585" w14:textId="77777777" w:rsidR="006633E6" w:rsidRPr="00DD198D" w:rsidRDefault="00000000">
      <w:pPr>
        <w:ind w:left="425"/>
        <w:jc w:val="both"/>
        <w:rPr>
          <w:lang w:val="it-CH"/>
        </w:rPr>
      </w:pPr>
      <w:r w:rsidRPr="00F37B17">
        <w:rPr>
          <w:color w:val="000000"/>
          <w:lang w:val="it-CH"/>
        </w:rPr>
        <w:t>b) indicatorii de performanță privind calitatea serviciului de salubrizare, cuprinși în Anexa nr. 1 la regulamentul serviciului – Tabelul II.</w:t>
      </w:r>
    </w:p>
    <w:p w14:paraId="65E7936B" w14:textId="77777777" w:rsidR="006633E6" w:rsidRPr="00DD198D" w:rsidRDefault="00000000">
      <w:pPr>
        <w:keepNext/>
        <w:spacing w:before="120"/>
        <w:rPr>
          <w:lang w:val="it-CH"/>
        </w:rPr>
      </w:pPr>
      <w:r w:rsidRPr="00DD198D">
        <w:rPr>
          <w:b/>
          <w:color w:val="000000"/>
          <w:lang w:val="it-CH"/>
        </w:rPr>
        <w:t>ART. 1</w:t>
      </w:r>
      <w:r w:rsidR="00F37B17">
        <w:rPr>
          <w:b/>
          <w:color w:val="000000"/>
          <w:lang w:val="it-CH"/>
        </w:rPr>
        <w:t>01</w:t>
      </w:r>
    </w:p>
    <w:p w14:paraId="000F637D" w14:textId="77777777" w:rsidR="006633E6" w:rsidRPr="00DD198D" w:rsidRDefault="00000000">
      <w:pPr>
        <w:ind w:firstLine="425"/>
        <w:jc w:val="both"/>
        <w:rPr>
          <w:lang w:val="it-CH"/>
        </w:rPr>
      </w:pPr>
      <w:r w:rsidRPr="00DD198D">
        <w:rPr>
          <w:color w:val="000000"/>
          <w:lang w:val="it-CH"/>
        </w:rPr>
        <w:t>(1) Indicatorii tehnici corelați cu țintele/obiectivele asumate la nivel național cuprind cel puțin indicatorii impuși de lege, la care pot fi adăugați și alți indicatori care implementează obligații de atingere a unor ținte clar definite de cadrul legal. Valorile minime ale acestor indicatori vor fi cele prevăzute de lege pentru atingerea țintelor de colectare și tratare a deșeurilor municipale aferente fiecărui flux de deșeuri identificat de dispozițiile legale.</w:t>
      </w:r>
    </w:p>
    <w:p w14:paraId="6968704C" w14:textId="77777777" w:rsidR="006633E6" w:rsidRPr="00DD198D" w:rsidRDefault="00000000">
      <w:pPr>
        <w:ind w:firstLine="425"/>
        <w:jc w:val="both"/>
        <w:rPr>
          <w:lang w:val="it-CH"/>
        </w:rPr>
      </w:pPr>
      <w:r w:rsidRPr="00DD198D">
        <w:rPr>
          <w:color w:val="000000"/>
          <w:lang w:val="it-CH"/>
        </w:rPr>
        <w:t>(2) Costurile cu contribuția pentru economia circulară, inclusiv cheltuielile cu depozitarea deșeurilor care depășesc cantitățile rezultate din aplicarea acestor indicatori de performanță vor fi suportate de către operatori sub formă de penalități, conform legii.</w:t>
      </w:r>
    </w:p>
    <w:p w14:paraId="66A91529" w14:textId="77777777" w:rsidR="006633E6" w:rsidRPr="00DD198D" w:rsidRDefault="00000000">
      <w:pPr>
        <w:keepNext/>
        <w:spacing w:before="120"/>
        <w:rPr>
          <w:lang w:val="it-CH"/>
        </w:rPr>
      </w:pPr>
      <w:r w:rsidRPr="00DD198D">
        <w:rPr>
          <w:b/>
          <w:color w:val="000000"/>
          <w:lang w:val="it-CH"/>
        </w:rPr>
        <w:t>ART. 1</w:t>
      </w:r>
      <w:r w:rsidR="00F37B17">
        <w:rPr>
          <w:b/>
          <w:color w:val="000000"/>
          <w:lang w:val="it-CH"/>
        </w:rPr>
        <w:t>02</w:t>
      </w:r>
    </w:p>
    <w:p w14:paraId="7F9DAF8A" w14:textId="77777777" w:rsidR="006633E6" w:rsidRPr="00F37B17" w:rsidRDefault="00000000">
      <w:pPr>
        <w:ind w:firstLine="425"/>
        <w:jc w:val="both"/>
        <w:rPr>
          <w:rFonts w:cs="Times New Roman"/>
          <w:szCs w:val="24"/>
          <w:lang w:val="it-CH"/>
        </w:rPr>
      </w:pPr>
      <w:r w:rsidRPr="00F37B17">
        <w:rPr>
          <w:rFonts w:cs="Times New Roman"/>
          <w:szCs w:val="24"/>
          <w:lang w:val="it-CH"/>
        </w:rPr>
        <w:t>(1) Indicatorii de performanță privind calitatea serviciului de salubrizare sunt prevăzuți în Anexa nr. 1 la prezentul regulament. Aceștia se corelează cu anexa nr. 17 la caietul de sarcini, care cuprinde indicatorii aplicabili activităților date în administrare, precum și cu hotărârea de dare în administrare.</w:t>
      </w:r>
    </w:p>
    <w:p w14:paraId="5F6445AE" w14:textId="77777777" w:rsidR="006633E6" w:rsidRPr="00DD198D" w:rsidRDefault="00000000">
      <w:pPr>
        <w:ind w:firstLine="425"/>
        <w:jc w:val="both"/>
        <w:rPr>
          <w:lang w:val="it-CH"/>
        </w:rPr>
      </w:pPr>
      <w:r w:rsidRPr="00DD198D">
        <w:rPr>
          <w:color w:val="000000"/>
          <w:lang w:val="it-CH"/>
        </w:rPr>
        <w:lastRenderedPageBreak/>
        <w:t>(2) Stabilirea de către autoritățile administrației publice locale sau, după caz, asociația de dezvoltare intercomunitară a nivelurilor indicatorilor de performanță care privesc calitatea serviciului, ce trebuie îndeplinite de operatori, se face astfel încât să se asigure atingerea și realizarea țintelor de reciclare prevăzute în legislația în vigoare din domeniul gestionării deșeurilor.</w:t>
      </w:r>
    </w:p>
    <w:p w14:paraId="24D20A7D" w14:textId="77777777" w:rsidR="006633E6" w:rsidRPr="00DD198D" w:rsidRDefault="00000000">
      <w:pPr>
        <w:ind w:firstLine="425"/>
        <w:jc w:val="both"/>
        <w:rPr>
          <w:lang w:val="it-CH"/>
        </w:rPr>
      </w:pPr>
      <w:r w:rsidRPr="00DD198D">
        <w:rPr>
          <w:color w:val="000000"/>
          <w:lang w:val="it-CH"/>
        </w:rPr>
        <w:t>(3) Autoritățile administrației publice locale sau asociațiile de dezvoltare intercomunitară, după caz, aplică operatorului penalitățile contractuale în cazul în care nu îndeplinește indicatorii de performanță care privesc calitatea serviciului.</w:t>
      </w:r>
    </w:p>
    <w:p w14:paraId="28E934EE" w14:textId="77777777" w:rsidR="006633E6" w:rsidRPr="00DD198D" w:rsidRDefault="00000000">
      <w:pPr>
        <w:keepNext/>
        <w:spacing w:before="120"/>
        <w:rPr>
          <w:lang w:val="it-CH"/>
        </w:rPr>
      </w:pPr>
      <w:r w:rsidRPr="00DD198D">
        <w:rPr>
          <w:b/>
          <w:color w:val="000000"/>
          <w:lang w:val="it-CH"/>
        </w:rPr>
        <w:t xml:space="preserve">ART. </w:t>
      </w:r>
      <w:r w:rsidR="00F37B17">
        <w:rPr>
          <w:b/>
          <w:color w:val="000000"/>
          <w:lang w:val="it-CH"/>
        </w:rPr>
        <w:t>103</w:t>
      </w:r>
    </w:p>
    <w:p w14:paraId="15A047EF" w14:textId="77777777" w:rsidR="006633E6" w:rsidRPr="00DD198D" w:rsidRDefault="00000000">
      <w:pPr>
        <w:jc w:val="both"/>
        <w:rPr>
          <w:lang w:val="it-CH"/>
        </w:rPr>
      </w:pPr>
      <w:r w:rsidRPr="00DD198D">
        <w:rPr>
          <w:color w:val="000000"/>
          <w:lang w:val="it-CH"/>
        </w:rPr>
        <w:t>Indicatorii de performanță ai serviciului de salubrizare stabilesc condițiile ce trebuie respectate de către operatori, cu privire la:</w:t>
      </w:r>
    </w:p>
    <w:p w14:paraId="40F45B83" w14:textId="77777777" w:rsidR="006633E6" w:rsidRPr="00DD198D" w:rsidRDefault="00000000">
      <w:pPr>
        <w:ind w:left="425"/>
        <w:jc w:val="both"/>
        <w:rPr>
          <w:lang w:val="it-CH"/>
        </w:rPr>
      </w:pPr>
      <w:r w:rsidRPr="00DD198D">
        <w:rPr>
          <w:color w:val="000000"/>
          <w:lang w:val="it-CH"/>
        </w:rPr>
        <w:t>a) continuitatea serviciului din punct de vedere cantitativ și calitativ;</w:t>
      </w:r>
    </w:p>
    <w:p w14:paraId="79679990" w14:textId="77777777" w:rsidR="006633E6" w:rsidRPr="00DD198D" w:rsidRDefault="00000000">
      <w:pPr>
        <w:ind w:left="425"/>
        <w:jc w:val="both"/>
        <w:rPr>
          <w:lang w:val="it-CH"/>
        </w:rPr>
      </w:pPr>
      <w:r w:rsidRPr="00DD198D">
        <w:rPr>
          <w:color w:val="000000"/>
          <w:lang w:val="it-CH"/>
        </w:rPr>
        <w:t>b) atingerea obiectivelor și țintelor pentru care autoritatea administrației publice locale/asociația de dezvoltare intercomunitară sunt responsabile;</w:t>
      </w:r>
    </w:p>
    <w:p w14:paraId="167B1583" w14:textId="77777777" w:rsidR="006633E6" w:rsidRPr="00DD198D" w:rsidRDefault="00000000">
      <w:pPr>
        <w:ind w:left="425"/>
        <w:jc w:val="both"/>
        <w:rPr>
          <w:lang w:val="it-CH"/>
        </w:rPr>
      </w:pPr>
      <w:r w:rsidRPr="00DD198D">
        <w:rPr>
          <w:color w:val="000000"/>
          <w:lang w:val="it-CH"/>
        </w:rPr>
        <w:t>c) prestarea serviciului pentru toți utilizatorii din aria sa de responsabilitate;</w:t>
      </w:r>
    </w:p>
    <w:p w14:paraId="0AF50129" w14:textId="77777777" w:rsidR="006633E6" w:rsidRPr="00DD198D" w:rsidRDefault="00000000">
      <w:pPr>
        <w:ind w:left="425"/>
        <w:jc w:val="both"/>
        <w:rPr>
          <w:lang w:val="it-CH"/>
        </w:rPr>
      </w:pPr>
      <w:r w:rsidRPr="00DD198D">
        <w:rPr>
          <w:color w:val="000000"/>
          <w:lang w:val="it-CH"/>
        </w:rPr>
        <w:t>d) adaptarea permanentă la cerințele utilizatorilor;</w:t>
      </w:r>
    </w:p>
    <w:p w14:paraId="743A28B4" w14:textId="77777777" w:rsidR="006633E6" w:rsidRPr="00DD198D" w:rsidRDefault="00000000">
      <w:pPr>
        <w:ind w:left="425"/>
        <w:jc w:val="both"/>
        <w:rPr>
          <w:lang w:val="it-CH"/>
        </w:rPr>
      </w:pPr>
      <w:r w:rsidRPr="00DD198D">
        <w:rPr>
          <w:color w:val="000000"/>
          <w:lang w:val="it-CH"/>
        </w:rPr>
        <w:t>e) excluderea oricărei discriminări privind accesul la serviciile de salubrizare;</w:t>
      </w:r>
    </w:p>
    <w:p w14:paraId="76388509" w14:textId="77777777" w:rsidR="006633E6" w:rsidRPr="00DD198D" w:rsidRDefault="00000000">
      <w:pPr>
        <w:ind w:left="425"/>
        <w:jc w:val="both"/>
        <w:rPr>
          <w:lang w:val="it-CH"/>
        </w:rPr>
      </w:pPr>
      <w:r w:rsidRPr="00DD198D">
        <w:rPr>
          <w:color w:val="000000"/>
          <w:lang w:val="it-CH"/>
        </w:rPr>
        <w:t>f) respectarea reglementărilor specifice din domeniul protecției mediului și al sănătății populației;</w:t>
      </w:r>
    </w:p>
    <w:p w14:paraId="7154B004" w14:textId="77777777" w:rsidR="006633E6" w:rsidRPr="00DD198D" w:rsidRDefault="00000000">
      <w:pPr>
        <w:ind w:left="425"/>
        <w:jc w:val="both"/>
        <w:rPr>
          <w:lang w:val="it-CH"/>
        </w:rPr>
      </w:pPr>
      <w:r w:rsidRPr="00DD198D">
        <w:rPr>
          <w:color w:val="000000"/>
          <w:lang w:val="it-CH"/>
        </w:rPr>
        <w:t>g) implementarea unor sisteme de management al calității, al mediului și al sănătății și securității muncii.</w:t>
      </w:r>
    </w:p>
    <w:p w14:paraId="58F16C22" w14:textId="77777777" w:rsidR="006633E6" w:rsidRPr="00DD198D" w:rsidRDefault="00000000">
      <w:pPr>
        <w:keepNext/>
        <w:spacing w:before="120"/>
        <w:rPr>
          <w:lang w:val="it-CH"/>
        </w:rPr>
      </w:pPr>
      <w:r w:rsidRPr="00DD198D">
        <w:rPr>
          <w:b/>
          <w:color w:val="000000"/>
          <w:lang w:val="it-CH"/>
        </w:rPr>
        <w:t>ART. 1</w:t>
      </w:r>
      <w:r w:rsidR="00F37B17">
        <w:rPr>
          <w:b/>
          <w:color w:val="000000"/>
          <w:lang w:val="it-CH"/>
        </w:rPr>
        <w:t>04</w:t>
      </w:r>
    </w:p>
    <w:p w14:paraId="40CE36BC" w14:textId="77777777" w:rsidR="006633E6" w:rsidRPr="00DD198D" w:rsidRDefault="00000000">
      <w:pPr>
        <w:jc w:val="both"/>
        <w:rPr>
          <w:lang w:val="it-CH"/>
        </w:rPr>
      </w:pPr>
      <w:r w:rsidRPr="00DD198D">
        <w:rPr>
          <w:color w:val="000000"/>
          <w:lang w:val="it-CH"/>
        </w:rPr>
        <w:t>Indicatorii de performanță trebuie să asigure evaluarea continuă a operatorului cu privire la următoarele activități:</w:t>
      </w:r>
    </w:p>
    <w:p w14:paraId="421690BB" w14:textId="77777777" w:rsidR="006633E6" w:rsidRPr="00DD198D" w:rsidRDefault="00000000">
      <w:pPr>
        <w:ind w:left="425"/>
        <w:jc w:val="both"/>
        <w:rPr>
          <w:lang w:val="it-CH"/>
        </w:rPr>
      </w:pPr>
      <w:r w:rsidRPr="00DD198D">
        <w:rPr>
          <w:color w:val="000000"/>
          <w:lang w:val="it-CH"/>
        </w:rPr>
        <w:t>a) contractarea serviciului de salubrizare;</w:t>
      </w:r>
    </w:p>
    <w:p w14:paraId="76BB25E1" w14:textId="77777777" w:rsidR="006633E6" w:rsidRPr="00DD198D" w:rsidRDefault="00000000">
      <w:pPr>
        <w:ind w:left="425"/>
        <w:jc w:val="both"/>
        <w:rPr>
          <w:lang w:val="it-CH"/>
        </w:rPr>
      </w:pPr>
      <w:r w:rsidRPr="00DD198D">
        <w:rPr>
          <w:color w:val="000000"/>
          <w:lang w:val="it-CH"/>
        </w:rPr>
        <w:t>b) măsurarea, facturarea și încasarea contravalorii serviciilor efectuate;</w:t>
      </w:r>
    </w:p>
    <w:p w14:paraId="04A921AD" w14:textId="77777777" w:rsidR="006633E6" w:rsidRPr="00DD198D" w:rsidRDefault="00000000">
      <w:pPr>
        <w:ind w:left="425"/>
        <w:jc w:val="both"/>
        <w:rPr>
          <w:lang w:val="it-CH"/>
        </w:rPr>
      </w:pPr>
      <w:r w:rsidRPr="00DD198D">
        <w:rPr>
          <w:color w:val="000000"/>
          <w:lang w:val="it-CH"/>
        </w:rPr>
        <w:t>c) îndeplinirea prevederilor din contract cu privire la calitatea serviciilor efectuate;</w:t>
      </w:r>
    </w:p>
    <w:p w14:paraId="677DA3EA" w14:textId="77777777" w:rsidR="006633E6" w:rsidRPr="00DD198D" w:rsidRDefault="00000000">
      <w:pPr>
        <w:ind w:left="425"/>
        <w:jc w:val="both"/>
        <w:rPr>
          <w:lang w:val="it-CH"/>
        </w:rPr>
      </w:pPr>
      <w:r w:rsidRPr="00DD198D">
        <w:rPr>
          <w:color w:val="000000"/>
          <w:lang w:val="it-CH"/>
        </w:rPr>
        <w:t>d) menținerea unor relații echitabile între operator și utilizator prin rezolvarea rapidă și obiectivă a problemelor, cu respectarea drepturilor și obligațiilor care revin fiecărei părți;</w:t>
      </w:r>
    </w:p>
    <w:p w14:paraId="5A063F71" w14:textId="77777777" w:rsidR="006633E6" w:rsidRPr="00F37B17" w:rsidRDefault="00000000">
      <w:pPr>
        <w:ind w:left="425"/>
        <w:jc w:val="both"/>
        <w:rPr>
          <w:lang w:val="it-CH"/>
        </w:rPr>
      </w:pPr>
      <w:r w:rsidRPr="00F37B17">
        <w:rPr>
          <w:color w:val="000000"/>
          <w:lang w:val="it-CH"/>
        </w:rPr>
        <w:t>e) soluționarea în timp util a reclamațiilor utilizatorilor referitoare la serviciile de salubrizare;</w:t>
      </w:r>
    </w:p>
    <w:p w14:paraId="3CBCC06C" w14:textId="77777777" w:rsidR="006633E6" w:rsidRPr="00F37B17" w:rsidRDefault="00000000">
      <w:pPr>
        <w:ind w:left="425"/>
        <w:jc w:val="both"/>
        <w:rPr>
          <w:lang w:val="it-CH"/>
        </w:rPr>
      </w:pPr>
      <w:r w:rsidRPr="00F37B17">
        <w:rPr>
          <w:color w:val="000000"/>
          <w:lang w:val="it-CH"/>
        </w:rPr>
        <w:t>f) prestarea serviciului de salubrizare pentru toți utilizatorii din raza unității administrativ-teritoriale pentru care are hotărâre de dare în administrare sau contract de delegare a gestiunii;</w:t>
      </w:r>
    </w:p>
    <w:p w14:paraId="302EB811" w14:textId="77777777" w:rsidR="006633E6" w:rsidRPr="00DD198D" w:rsidRDefault="00000000">
      <w:pPr>
        <w:ind w:left="425"/>
        <w:jc w:val="both"/>
        <w:rPr>
          <w:lang w:val="pt-PT"/>
        </w:rPr>
      </w:pPr>
      <w:r w:rsidRPr="00F37B17">
        <w:rPr>
          <w:color w:val="000000"/>
          <w:lang w:val="pt-PT"/>
        </w:rPr>
        <w:t>g) prestarea de servicii conexe serviciului</w:t>
      </w:r>
      <w:r w:rsidRPr="00DD198D">
        <w:rPr>
          <w:color w:val="000000"/>
          <w:lang w:val="pt-PT"/>
        </w:rPr>
        <w:t xml:space="preserve"> de salubrizare;</w:t>
      </w:r>
    </w:p>
    <w:p w14:paraId="0B582CEF" w14:textId="77777777" w:rsidR="006633E6" w:rsidRPr="00DD198D" w:rsidRDefault="00000000">
      <w:pPr>
        <w:ind w:left="425"/>
        <w:jc w:val="both"/>
        <w:rPr>
          <w:lang w:val="pt-PT"/>
        </w:rPr>
      </w:pPr>
      <w:r w:rsidRPr="00DD198D">
        <w:rPr>
          <w:color w:val="000000"/>
          <w:lang w:val="pt-PT"/>
        </w:rPr>
        <w:t>h) atingerea țintelor privind gestionarea deșeurilor.</w:t>
      </w:r>
    </w:p>
    <w:p w14:paraId="50C08E9C" w14:textId="77777777" w:rsidR="006633E6" w:rsidRPr="00DD198D" w:rsidRDefault="00000000">
      <w:pPr>
        <w:keepNext/>
        <w:spacing w:before="120"/>
        <w:rPr>
          <w:lang w:val="pt-PT"/>
        </w:rPr>
      </w:pPr>
      <w:r w:rsidRPr="00DD198D">
        <w:rPr>
          <w:b/>
          <w:color w:val="000000"/>
          <w:lang w:val="pt-PT"/>
        </w:rPr>
        <w:t>ART. 1</w:t>
      </w:r>
      <w:r w:rsidR="00F37B17">
        <w:rPr>
          <w:b/>
          <w:color w:val="000000"/>
          <w:lang w:val="pt-PT"/>
        </w:rPr>
        <w:t>05</w:t>
      </w:r>
    </w:p>
    <w:p w14:paraId="062BE2F2" w14:textId="77777777" w:rsidR="006633E6" w:rsidRPr="00DD198D" w:rsidRDefault="00000000">
      <w:pPr>
        <w:jc w:val="both"/>
        <w:rPr>
          <w:lang w:val="pt-PT"/>
        </w:rPr>
      </w:pPr>
      <w:r w:rsidRPr="00DD198D">
        <w:rPr>
          <w:color w:val="000000"/>
          <w:lang w:val="pt-PT"/>
        </w:rPr>
        <w:t>În vederea urmăririi respectării indicatorilor de performanță, operatorul de salubrizare trebuie să asigure:</w:t>
      </w:r>
    </w:p>
    <w:p w14:paraId="5CAE2372" w14:textId="77777777" w:rsidR="006633E6" w:rsidRPr="00DD198D" w:rsidRDefault="00000000">
      <w:pPr>
        <w:ind w:left="425"/>
        <w:jc w:val="both"/>
        <w:rPr>
          <w:lang w:val="pt-PT"/>
        </w:rPr>
      </w:pPr>
      <w:r w:rsidRPr="00DD198D">
        <w:rPr>
          <w:color w:val="000000"/>
          <w:lang w:val="pt-PT"/>
        </w:rPr>
        <w:t>a) gestiunea serviciului de salubrizare conform prevederilor contractuale;</w:t>
      </w:r>
    </w:p>
    <w:p w14:paraId="1F92BBD6" w14:textId="77777777" w:rsidR="006633E6" w:rsidRPr="00DD198D" w:rsidRDefault="00000000">
      <w:pPr>
        <w:ind w:left="425"/>
        <w:jc w:val="both"/>
        <w:rPr>
          <w:lang w:val="pt-PT"/>
        </w:rPr>
      </w:pPr>
      <w:r w:rsidRPr="00DD198D">
        <w:rPr>
          <w:color w:val="000000"/>
          <w:lang w:val="pt-PT"/>
        </w:rPr>
        <w:t>b) gradul asigurării colectării separate a deșeurilor menajere și similare;</w:t>
      </w:r>
    </w:p>
    <w:p w14:paraId="5B3CB80A" w14:textId="77777777" w:rsidR="006633E6" w:rsidRPr="00DD198D" w:rsidRDefault="00000000">
      <w:pPr>
        <w:ind w:left="425"/>
        <w:jc w:val="both"/>
        <w:rPr>
          <w:lang w:val="pt-PT"/>
        </w:rPr>
      </w:pPr>
      <w:r w:rsidRPr="00DD198D">
        <w:rPr>
          <w:color w:val="000000"/>
          <w:lang w:val="pt-PT"/>
        </w:rPr>
        <w:t>c) gradul asigurării cu recipiente de colectare a producătorilor de deșeuri;</w:t>
      </w:r>
    </w:p>
    <w:p w14:paraId="436D336C" w14:textId="77777777" w:rsidR="006633E6" w:rsidRPr="00DD198D" w:rsidRDefault="00000000">
      <w:pPr>
        <w:ind w:left="425"/>
        <w:jc w:val="both"/>
        <w:rPr>
          <w:lang w:val="pt-PT"/>
        </w:rPr>
      </w:pPr>
      <w:r w:rsidRPr="00DD198D">
        <w:rPr>
          <w:color w:val="000000"/>
          <w:lang w:val="pt-PT"/>
        </w:rPr>
        <w:t>d) evidența clară și corectă a utilizatorilor;</w:t>
      </w:r>
    </w:p>
    <w:p w14:paraId="4F5A7D44" w14:textId="77777777" w:rsidR="006633E6" w:rsidRPr="00DD198D" w:rsidRDefault="00000000">
      <w:pPr>
        <w:ind w:left="425"/>
        <w:jc w:val="both"/>
        <w:rPr>
          <w:lang w:val="pt-PT"/>
        </w:rPr>
      </w:pPr>
      <w:r w:rsidRPr="00DD198D">
        <w:rPr>
          <w:color w:val="000000"/>
          <w:lang w:val="pt-PT"/>
        </w:rPr>
        <w:lastRenderedPageBreak/>
        <w:t>e) înregistrarea activităților privind măsurarea prestațiilor, facturarea și încasarea contravalorii serviciilor efectuate;</w:t>
      </w:r>
    </w:p>
    <w:p w14:paraId="5D847B09" w14:textId="77777777" w:rsidR="006633E6" w:rsidRPr="00DD198D" w:rsidRDefault="00000000">
      <w:pPr>
        <w:ind w:left="425"/>
        <w:jc w:val="both"/>
        <w:rPr>
          <w:lang w:val="pt-PT"/>
        </w:rPr>
      </w:pPr>
      <w:r w:rsidRPr="00DD198D">
        <w:rPr>
          <w:color w:val="000000"/>
          <w:lang w:val="pt-PT"/>
        </w:rPr>
        <w:t>f) înregistrarea reclamațiilor și sesizărilor utilizatorilor și modul de soluționare a acestora.</w:t>
      </w:r>
    </w:p>
    <w:p w14:paraId="3E70E03C" w14:textId="77777777" w:rsidR="006633E6" w:rsidRPr="00F37B17" w:rsidRDefault="00000000">
      <w:pPr>
        <w:keepNext/>
        <w:spacing w:before="280" w:after="120"/>
        <w:jc w:val="center"/>
        <w:rPr>
          <w:lang w:val="it-CH"/>
        </w:rPr>
      </w:pPr>
      <w:r w:rsidRPr="00F37B17">
        <w:rPr>
          <w:b/>
          <w:color w:val="000000"/>
          <w:lang w:val="it-CH"/>
        </w:rPr>
        <w:t>CAP. VIII Dispoziții tranzitorii și finale</w:t>
      </w:r>
    </w:p>
    <w:p w14:paraId="0B574115" w14:textId="77777777" w:rsidR="006633E6" w:rsidRPr="00F37B17" w:rsidRDefault="00000000">
      <w:pPr>
        <w:keepNext/>
        <w:spacing w:before="120"/>
        <w:rPr>
          <w:lang w:val="it-CH"/>
        </w:rPr>
      </w:pPr>
      <w:r w:rsidRPr="00F37B17">
        <w:rPr>
          <w:b/>
          <w:color w:val="000000"/>
          <w:lang w:val="it-CH"/>
        </w:rPr>
        <w:t>ART. 1</w:t>
      </w:r>
      <w:r w:rsidR="00F37B17">
        <w:rPr>
          <w:b/>
          <w:color w:val="000000"/>
          <w:lang w:val="it-CH"/>
        </w:rPr>
        <w:t>06</w:t>
      </w:r>
    </w:p>
    <w:p w14:paraId="2D686998" w14:textId="77777777" w:rsidR="006633E6" w:rsidRPr="00F37B17" w:rsidRDefault="00000000">
      <w:pPr>
        <w:ind w:firstLine="425"/>
        <w:jc w:val="both"/>
        <w:rPr>
          <w:lang w:val="it-CH"/>
        </w:rPr>
      </w:pPr>
      <w:r w:rsidRPr="00F37B17">
        <w:rPr>
          <w:color w:val="000000"/>
          <w:lang w:val="it-CH"/>
        </w:rPr>
        <w:t>(1) Prevederile prezentului regulament vor fi actualizate în funcție de modificările de natură tehnică, tehnologică și legislativă și aprobate prin hotărâri ale Consiliului Local al orașului Buhuși.</w:t>
      </w:r>
    </w:p>
    <w:p w14:paraId="19A7B115" w14:textId="77777777" w:rsidR="006633E6" w:rsidRPr="00F37B17" w:rsidRDefault="00000000">
      <w:pPr>
        <w:ind w:firstLine="425"/>
        <w:jc w:val="both"/>
        <w:rPr>
          <w:lang w:val="it-CH"/>
        </w:rPr>
      </w:pPr>
      <w:r w:rsidRPr="00F37B17">
        <w:rPr>
          <w:color w:val="000000"/>
          <w:lang w:val="it-CH"/>
        </w:rPr>
        <w:t>(2) Prevederile prezentului Regulament intră în vigoare la data adoptării prin hotărâre de către consiliul local.</w:t>
      </w:r>
    </w:p>
    <w:p w14:paraId="51412355" w14:textId="77777777" w:rsidR="006633E6" w:rsidRPr="00DD198D" w:rsidRDefault="00000000">
      <w:pPr>
        <w:ind w:firstLine="425"/>
        <w:jc w:val="both"/>
        <w:rPr>
          <w:lang w:val="it-CH"/>
        </w:rPr>
      </w:pPr>
      <w:r w:rsidRPr="00F37B17">
        <w:rPr>
          <w:color w:val="000000"/>
          <w:lang w:val="it-CH"/>
        </w:rPr>
        <w:t xml:space="preserve">(3) Anexele nr. 1–6 fac parte integrantă din prezentul </w:t>
      </w:r>
      <w:r w:rsidRPr="005E15BF">
        <w:rPr>
          <w:color w:val="000000"/>
          <w:lang w:val="it-CH"/>
        </w:rPr>
        <w:t>regulament.</w:t>
      </w:r>
    </w:p>
    <w:p w14:paraId="4AF55044" w14:textId="77777777" w:rsidR="006633E6" w:rsidRPr="00DD198D" w:rsidRDefault="00000000">
      <w:pPr>
        <w:keepNext/>
        <w:spacing w:before="120"/>
        <w:rPr>
          <w:lang w:val="it-CH"/>
        </w:rPr>
      </w:pPr>
      <w:r w:rsidRPr="00DD198D">
        <w:rPr>
          <w:b/>
          <w:color w:val="000000"/>
          <w:lang w:val="it-CH"/>
        </w:rPr>
        <w:t>ART. 1</w:t>
      </w:r>
      <w:r w:rsidR="00F37B17">
        <w:rPr>
          <w:b/>
          <w:color w:val="000000"/>
          <w:lang w:val="it-CH"/>
        </w:rPr>
        <w:t>07</w:t>
      </w:r>
    </w:p>
    <w:p w14:paraId="4015191E" w14:textId="77777777" w:rsidR="006633E6" w:rsidRPr="00DD198D" w:rsidRDefault="00000000">
      <w:pPr>
        <w:ind w:firstLine="425"/>
        <w:jc w:val="both"/>
        <w:rPr>
          <w:lang w:val="it-CH"/>
        </w:rPr>
      </w:pPr>
      <w:r w:rsidRPr="00DD198D">
        <w:rPr>
          <w:color w:val="000000"/>
          <w:lang w:val="it-CH"/>
        </w:rPr>
        <w:t>(1) Contravențiile în domeniul serviciului de salubrizare pentru operator și pentru utilizatori precum și cuantumul amenzilor aplicabile acestora sunt cele stabilite prin Legea nr. 51/2006, Legea serviciilor comunitare de utilități publice cu modificările și completările ulterioare și Legea nr. 101/2006, republicată cu modificările și completările ulterioare, a serviciului de salubrizare a localităților cu modificările și completările ulterioare.</w:t>
      </w:r>
    </w:p>
    <w:p w14:paraId="04717AA1" w14:textId="77777777" w:rsidR="006633E6" w:rsidRPr="00DD198D" w:rsidRDefault="00000000">
      <w:pPr>
        <w:ind w:firstLine="425"/>
        <w:jc w:val="both"/>
        <w:rPr>
          <w:lang w:val="it-CH"/>
        </w:rPr>
      </w:pPr>
      <w:r w:rsidRPr="00DD198D">
        <w:rPr>
          <w:color w:val="000000"/>
          <w:lang w:val="it-CH"/>
        </w:rPr>
        <w:t>(2) Contravențiile în domeniul legislației deșeurilor, precum și cuantumul amenzilor aplicabil acestora sunt cele stabilite prin art.16 alin.1 și 2, respectiv art.62, alin.1 lit. a din OUG nr. 92/2021 privind regimul deșeurilor.</w:t>
      </w:r>
    </w:p>
    <w:p w14:paraId="107A2717" w14:textId="77777777" w:rsidR="006633E6" w:rsidRPr="00DD198D" w:rsidRDefault="00000000">
      <w:pPr>
        <w:ind w:firstLine="425"/>
        <w:jc w:val="both"/>
        <w:rPr>
          <w:lang w:val="it-CH"/>
        </w:rPr>
      </w:pPr>
      <w:r w:rsidRPr="00DD198D">
        <w:rPr>
          <w:color w:val="000000"/>
          <w:lang w:val="it-CH"/>
        </w:rPr>
        <w:t>(3) Contravențiile în domeniul serviciului de salubrizare și a regimului deșeurilor pentru utilizatori și operator, precum și cuantumul amenzilor aplicabile sunt cele prezentate în Anexa nr. 2.</w:t>
      </w:r>
    </w:p>
    <w:p w14:paraId="393A6477" w14:textId="77777777" w:rsidR="006633E6" w:rsidRPr="00DD198D" w:rsidRDefault="00000000">
      <w:pPr>
        <w:ind w:firstLine="425"/>
        <w:jc w:val="both"/>
        <w:rPr>
          <w:lang w:val="it-CH"/>
        </w:rPr>
      </w:pPr>
      <w:r w:rsidRPr="00DD198D">
        <w:rPr>
          <w:color w:val="000000"/>
          <w:lang w:val="it-CH"/>
        </w:rPr>
        <w:t>(4) Constatarea contravențiilor și aplicarea sancțiunilor se face de către persoanele împuternicite din cadrul UAT orașul Buhuși, respectiv compartimentul de specialitate și Serviciul Poliția Locală Buhuși.</w:t>
      </w:r>
    </w:p>
    <w:p w14:paraId="102CEB2C" w14:textId="77777777" w:rsidR="006633E6" w:rsidRPr="00DD198D" w:rsidRDefault="00000000">
      <w:pPr>
        <w:keepNext/>
        <w:spacing w:before="120"/>
        <w:rPr>
          <w:lang w:val="it-CH"/>
        </w:rPr>
      </w:pPr>
      <w:r w:rsidRPr="00DD198D">
        <w:rPr>
          <w:b/>
          <w:color w:val="000000"/>
          <w:lang w:val="it-CH"/>
        </w:rPr>
        <w:t>ART. 1</w:t>
      </w:r>
      <w:r w:rsidR="00F37B17">
        <w:rPr>
          <w:b/>
          <w:color w:val="000000"/>
          <w:lang w:val="it-CH"/>
        </w:rPr>
        <w:t>08</w:t>
      </w:r>
    </w:p>
    <w:p w14:paraId="2646A478" w14:textId="77777777" w:rsidR="006633E6" w:rsidRPr="00DD198D" w:rsidRDefault="00000000">
      <w:pPr>
        <w:ind w:firstLine="425"/>
        <w:jc w:val="both"/>
        <w:rPr>
          <w:lang w:val="it-CH"/>
        </w:rPr>
      </w:pPr>
      <w:r w:rsidRPr="00DD198D">
        <w:rPr>
          <w:color w:val="000000"/>
          <w:lang w:val="it-CH"/>
        </w:rPr>
        <w:t>(1) Autoritatea Națională de Reglementare pentru Serviciile Comunitare de Utilități Publice va monitoriza aplicarea prevederilor prezentului regulament.</w:t>
      </w:r>
    </w:p>
    <w:p w14:paraId="7F204CE2" w14:textId="77777777" w:rsidR="006633E6" w:rsidRPr="00DD198D" w:rsidRDefault="00000000">
      <w:pPr>
        <w:keepNext/>
        <w:spacing w:before="120"/>
        <w:rPr>
          <w:lang w:val="it-CH"/>
        </w:rPr>
      </w:pPr>
      <w:r w:rsidRPr="00DD198D">
        <w:rPr>
          <w:b/>
          <w:color w:val="000000"/>
          <w:lang w:val="it-CH"/>
        </w:rPr>
        <w:t>ART. 1</w:t>
      </w:r>
      <w:r w:rsidR="00F37B17">
        <w:rPr>
          <w:b/>
          <w:color w:val="000000"/>
          <w:lang w:val="it-CH"/>
        </w:rPr>
        <w:t>09</w:t>
      </w:r>
    </w:p>
    <w:p w14:paraId="15326A46" w14:textId="77777777" w:rsidR="006633E6" w:rsidRPr="00DD198D" w:rsidRDefault="00000000">
      <w:pPr>
        <w:ind w:firstLine="425"/>
        <w:jc w:val="both"/>
        <w:rPr>
          <w:lang w:val="it-CH"/>
        </w:rPr>
      </w:pPr>
      <w:r w:rsidRPr="00DD198D">
        <w:rPr>
          <w:color w:val="000000"/>
          <w:lang w:val="it-CH"/>
        </w:rPr>
        <w:t>(1) În cadrul contractelor de delegare și a actelor adiționale încheiate se vor stipula standardele, normativele și tarifele legale, valabile la data încheierii acestora. De asemenea, se vor face trimiteri și la actele normative care trebuie respectate din punct de vedere al protecției mediului și al sănătății publice;</w:t>
      </w:r>
    </w:p>
    <w:p w14:paraId="4A23AFC2" w14:textId="77777777" w:rsidR="006633E6" w:rsidRPr="00DD198D" w:rsidRDefault="00000000">
      <w:pPr>
        <w:ind w:firstLine="425"/>
        <w:jc w:val="both"/>
        <w:rPr>
          <w:lang w:val="it-CH"/>
        </w:rPr>
      </w:pPr>
      <w:r w:rsidRPr="00DD198D">
        <w:rPr>
          <w:color w:val="000000"/>
          <w:lang w:val="it-CH"/>
        </w:rPr>
        <w:t>(</w:t>
      </w:r>
      <w:r w:rsidRPr="00F37B17">
        <w:rPr>
          <w:color w:val="000000"/>
          <w:lang w:val="it-CH"/>
        </w:rPr>
        <w:t>2) Contractele de prestări servicii separate se vor încheia numai pentru colectarea deșeurilor din construcții și demolări, pentru deșeurile vegetale din curți și grădini, deșeurile voluminoase și DEEE-urile solicitate</w:t>
      </w:r>
      <w:r w:rsidRPr="00DD198D">
        <w:rPr>
          <w:color w:val="000000"/>
          <w:lang w:val="it-CH"/>
        </w:rPr>
        <w:t xml:space="preserve"> a fi colectate în afara campaniilor stabilite de operator în colaborare cu autoritatea locală.</w:t>
      </w:r>
    </w:p>
    <w:p w14:paraId="561A8562" w14:textId="77777777" w:rsidR="006633E6" w:rsidRPr="00702E60" w:rsidRDefault="00000000">
      <w:pPr>
        <w:rPr>
          <w:lang w:val="it-CH"/>
        </w:rPr>
      </w:pPr>
      <w:r w:rsidRPr="00702E60">
        <w:rPr>
          <w:lang w:val="it-CH"/>
        </w:rPr>
        <w:br w:type="page"/>
      </w:r>
    </w:p>
    <w:p w14:paraId="527BED9F" w14:textId="77777777" w:rsidR="006633E6" w:rsidRPr="005E15BF" w:rsidRDefault="00000000">
      <w:pPr>
        <w:keepNext/>
        <w:spacing w:before="160"/>
        <w:jc w:val="center"/>
        <w:rPr>
          <w:lang w:val="it-CH"/>
        </w:rPr>
      </w:pPr>
      <w:r w:rsidRPr="005E15BF">
        <w:rPr>
          <w:b/>
          <w:color w:val="000000"/>
          <w:lang w:val="it-CH"/>
        </w:rPr>
        <w:lastRenderedPageBreak/>
        <w:t>Anexa nr. 1 la Regulamentul serviciului de salubrizare al orașului Buhuși</w:t>
      </w:r>
    </w:p>
    <w:p w14:paraId="7757D19D" w14:textId="77777777" w:rsidR="00081F51" w:rsidRPr="005E15BF" w:rsidRDefault="00000000">
      <w:pPr>
        <w:spacing w:after="120"/>
        <w:jc w:val="center"/>
        <w:rPr>
          <w:lang w:val="it-CH"/>
        </w:rPr>
      </w:pPr>
      <w:r w:rsidRPr="005E15BF">
        <w:rPr>
          <w:rFonts w:ascii="Calibri" w:hAnsi="Calibri"/>
          <w:b/>
          <w:sz w:val="26"/>
          <w:lang w:val="it-CH"/>
        </w:rPr>
        <w:t>INDICATORII DE PERFORMANȚĂ ȘI DE EVALUARE ai serviciului public de salubrizare al orașului Buhuși</w:t>
      </w:r>
    </w:p>
    <w:p w14:paraId="7F11609A" w14:textId="77777777" w:rsidR="00081F51" w:rsidRPr="005E15BF" w:rsidRDefault="00000000">
      <w:pPr>
        <w:spacing w:after="120"/>
        <w:jc w:val="both"/>
        <w:rPr>
          <w:lang w:val="it-CH"/>
        </w:rPr>
      </w:pPr>
      <w:r w:rsidRPr="005E15BF">
        <w:rPr>
          <w:rFonts w:ascii="Calibri" w:hAnsi="Calibri"/>
          <w:b/>
          <w:sz w:val="22"/>
          <w:lang w:val="it-CH"/>
        </w:rPr>
        <w:t>a) Colectarea separată a deșeurilor municipale prevăzute la art. 17 alin. (5) lit. a) din O.U.G. nr. 92/2021 (hârtie, metal, plastic și sticlă din deșeurile municipale colectate separat)</w:t>
      </w:r>
    </w:p>
    <w:p w14:paraId="58B3FBCA" w14:textId="77777777" w:rsidR="00081F51" w:rsidRPr="005E15BF" w:rsidRDefault="00000000">
      <w:pPr>
        <w:spacing w:after="120"/>
        <w:jc w:val="both"/>
        <w:rPr>
          <w:lang w:val="it-CH"/>
        </w:rPr>
      </w:pPr>
      <w:r w:rsidRPr="005E15BF">
        <w:rPr>
          <w:rFonts w:ascii="Calibri" w:hAnsi="Calibri"/>
          <w:sz w:val="22"/>
          <w:lang w:val="it-CH"/>
        </w:rPr>
        <w:t>Cantitatea de deșeuri de hârtie, metal, plastic și sticlă din deșeurile municipale, colectate separat, ca procentaj din cantitatea totală generată* de deșeuri de hârtie, metal, plastic și sticlă din deșeurile municipale – indicator 80%, peste minimul de 70% prevăzut în anexa nr. 5 la O.U.G. nr. 92/2021. Din cantitatea totală generată de 1.432 tone pe an rezultă o cantitate programată de 1.145,60 tone pe an, care constituie baza de calcul a tarifului de colectare separată și transport separat al deșeurilor reciclabile, potrivit art. 30 alin. (2) din Ordinul președintelui A.N.R.S.C. nr. 640/2022.</w:t>
      </w:r>
    </w:p>
    <w:p w14:paraId="0BCF5A5D" w14:textId="77777777" w:rsidR="00081F51" w:rsidRPr="005E15BF" w:rsidRDefault="00000000">
      <w:pPr>
        <w:spacing w:after="120"/>
        <w:jc w:val="both"/>
        <w:rPr>
          <w:lang w:val="it-CH"/>
        </w:rPr>
      </w:pPr>
      <w:r w:rsidRPr="005E15BF">
        <w:rPr>
          <w:rFonts w:ascii="Calibri" w:hAnsi="Calibri"/>
          <w:i/>
          <w:sz w:val="18"/>
          <w:lang w:val="it-CH"/>
        </w:rPr>
        <w:t>*Cantitatea totală generată de deșeuri de hârtie, metal, plastic și sticlă din deșeurile municipale se calculează pe baza determinărilor de compoziție realizate de către operatorul de salubrizare. În lipsa determinărilor de compoziție a deșeurilor municipale, cantitatea de deșeuri de hârtie, metal, plastic și sticlă din deșeurile municipale se consideră a fi 33%.</w:t>
      </w:r>
    </w:p>
    <w:p w14:paraId="2CCA5D6E" w14:textId="77777777" w:rsidR="00081F51" w:rsidRPr="005E15BF" w:rsidRDefault="00000000">
      <w:pPr>
        <w:spacing w:after="120"/>
        <w:jc w:val="both"/>
        <w:rPr>
          <w:lang w:val="it-CH"/>
        </w:rPr>
      </w:pPr>
      <w:r w:rsidRPr="005E15BF">
        <w:rPr>
          <w:rFonts w:ascii="Calibri" w:hAnsi="Calibri"/>
          <w:sz w:val="22"/>
          <w:lang w:val="it-CH"/>
        </w:rPr>
        <w:t>Pentru neîndeplinirea indicatorilor de performanță, operatorul de colectare și transport va suporta ca penalitate contravaloarea tarifului operatorului depozitului, inclusiv contribuția pentru economia circulară, pentru cantitățile încredințate operatorului depozitului în vederea eliminării finale prin depozitare, care depășesc cantitățile rezultate prin aplicarea indicatorilor de performanță.</w:t>
      </w:r>
    </w:p>
    <w:p w14:paraId="6A6F0EEA" w14:textId="77777777" w:rsidR="00081F51" w:rsidRPr="005E15BF" w:rsidRDefault="00000000">
      <w:pPr>
        <w:spacing w:after="120"/>
        <w:jc w:val="both"/>
        <w:rPr>
          <w:lang w:val="it-CH"/>
        </w:rPr>
      </w:pPr>
      <w:r w:rsidRPr="005E15BF">
        <w:rPr>
          <w:rFonts w:ascii="Calibri" w:hAnsi="Calibri"/>
          <w:b/>
          <w:sz w:val="22"/>
          <w:lang w:val="it-CH"/>
        </w:rPr>
        <w:t>b) Colectarea separată a biodeșeurilor</w:t>
      </w:r>
    </w:p>
    <w:p w14:paraId="419C0B90" w14:textId="77777777" w:rsidR="00081F51" w:rsidRPr="005E15BF" w:rsidRDefault="00000000">
      <w:pPr>
        <w:spacing w:after="120"/>
        <w:jc w:val="both"/>
        <w:rPr>
          <w:lang w:val="it-CH"/>
        </w:rPr>
      </w:pPr>
      <w:r w:rsidRPr="005E15BF">
        <w:rPr>
          <w:rFonts w:ascii="Calibri" w:hAnsi="Calibri"/>
          <w:sz w:val="22"/>
          <w:lang w:val="it-CH"/>
        </w:rPr>
        <w:t>Cantitatea de biodeșeuri colectată separat, ca procentaj din cantitatea totală de deșeuri biodegradabile generată* în aria de operare – indicator 51,5% în 2026 (anul 1), 60% în 2027 (anul 2), 70% în 2028 (anul 3) și 80% începând cu 2029 (anul 4). Indicatorul pentru primul an corespunde colectării integrale a biodeșeurilor din zona de locuințe colective, respectiv 1.484 tone din cele 2.881 tone generate, în zona de locuințe individuale fiind practicată compostarea individuală.</w:t>
      </w:r>
    </w:p>
    <w:p w14:paraId="1A746403" w14:textId="77777777" w:rsidR="00081F51" w:rsidRPr="005E15BF" w:rsidRDefault="00000000">
      <w:pPr>
        <w:spacing w:after="120"/>
        <w:jc w:val="both"/>
        <w:rPr>
          <w:lang w:val="it-CH"/>
        </w:rPr>
      </w:pPr>
      <w:r w:rsidRPr="005E15BF">
        <w:rPr>
          <w:rFonts w:ascii="Calibri" w:hAnsi="Calibri"/>
          <w:i/>
          <w:sz w:val="18"/>
          <w:lang w:val="it-CH"/>
        </w:rPr>
        <w:t>* Cantitatea totală generată de deșeuri biodegradabile în aria de operare, respectiv în mediul urban, se calculează pe baza determinărilor de compoziție realizate de către operatorul de salubrizare. În lipsa determinărilor de compoziție a deșeurilor municipale, cantitatea de deșeuri biodegradabile generată în aria de operare se consideră a fi 57,82% din cantitatea de deșeuri menajere și similare, conform analizei de compoziție pentru categoria „urban mic” prevăzută în tabelul nr. 31 din studiul de oportunitate, potrivit determinării de compoziție din anul 2020.</w:t>
      </w:r>
    </w:p>
    <w:p w14:paraId="7E2D929D" w14:textId="77777777" w:rsidR="00081F51" w:rsidRPr="005E15BF" w:rsidRDefault="00000000">
      <w:pPr>
        <w:spacing w:after="120"/>
        <w:jc w:val="both"/>
        <w:rPr>
          <w:lang w:val="it-CH"/>
        </w:rPr>
      </w:pPr>
      <w:r w:rsidRPr="005E15BF">
        <w:rPr>
          <w:rFonts w:ascii="Calibri" w:hAnsi="Calibri"/>
          <w:sz w:val="22"/>
          <w:lang w:val="it-CH"/>
        </w:rPr>
        <w:t>Pentru neîndeplinirea indicatorilor de performanță, operatorul de colectare și transport va suporta ca penalitate contravaloarea tarifului operatorului depozitului, inclusiv contribuția pentru economia circulară, pentru cantitățile încredințate operatorului depozitului în vederea eliminării finale prin depozitare, care depășesc cantitățile rezultate prin aplicarea indicatorilor de performanță.</w:t>
      </w:r>
    </w:p>
    <w:p w14:paraId="355E94D6" w14:textId="77777777" w:rsidR="00081F51" w:rsidRPr="005E15BF" w:rsidRDefault="00000000">
      <w:pPr>
        <w:spacing w:after="120"/>
        <w:jc w:val="both"/>
        <w:rPr>
          <w:lang w:val="pt-PT"/>
        </w:rPr>
      </w:pPr>
      <w:r w:rsidRPr="005E15BF">
        <w:rPr>
          <w:rFonts w:ascii="Calibri" w:hAnsi="Calibri"/>
          <w:b/>
          <w:sz w:val="22"/>
          <w:lang w:val="pt-PT"/>
        </w:rPr>
        <w:t>c) Colectarea separată a deșeurilor de echipamente electrice și electronice</w:t>
      </w:r>
    </w:p>
    <w:p w14:paraId="08809CB4" w14:textId="77777777" w:rsidR="00081F51" w:rsidRPr="005E15BF" w:rsidRDefault="00000000">
      <w:pPr>
        <w:spacing w:after="120"/>
        <w:jc w:val="both"/>
        <w:rPr>
          <w:lang w:val="pt-PT"/>
        </w:rPr>
      </w:pPr>
      <w:r w:rsidRPr="005E15BF">
        <w:rPr>
          <w:rFonts w:ascii="Calibri" w:hAnsi="Calibri"/>
          <w:sz w:val="22"/>
          <w:lang w:val="pt-PT"/>
        </w:rPr>
        <w:t>Cantitatea de deșeuri de echipamente electrice și electronice colectată separat, ca procentaj din potențialul anual de generare* – indicator 35%. Potențialul de generare este de 6 kg pe locuitor și an, potrivit Ordonanței de urgență a Guvernului nr. 5/2015, rezultând 87,37 tone pe an, din care se colectează prin serviciul public 30,58 tone pe an, în cadrul celor patru campanii anuale. Restul se colectează prin distribuitori, în sistemul de preluare la achiziționarea unui echipament nou, și prin colectori autorizați.</w:t>
      </w:r>
    </w:p>
    <w:p w14:paraId="49085964" w14:textId="77777777" w:rsidR="00081F51" w:rsidRPr="005E15BF" w:rsidRDefault="00000000">
      <w:pPr>
        <w:spacing w:after="120"/>
        <w:jc w:val="both"/>
        <w:rPr>
          <w:lang w:val="pt-PT"/>
        </w:rPr>
      </w:pPr>
      <w:r w:rsidRPr="005E15BF">
        <w:rPr>
          <w:rFonts w:ascii="Calibri" w:hAnsi="Calibri"/>
          <w:sz w:val="22"/>
          <w:lang w:val="pt-PT"/>
        </w:rPr>
        <w:t>Pentru neîndeplinirea indicatorilor de performanță, operatorul de colectare și transport va suporta ca penalitate contravaloarea tarifului operatorului depozitului, inclusiv contribuția pentru economia circulară, pentru cantitățile încredințate operatorului depozitului în vederea eliminării finale prin depozitare, care depășesc cantitățile rezultate prin aplicarea indicatorilor de performanță.</w:t>
      </w:r>
    </w:p>
    <w:p w14:paraId="605A2D6A" w14:textId="36E787B8" w:rsidR="00081F51" w:rsidRPr="005E15BF" w:rsidRDefault="00000000">
      <w:pPr>
        <w:spacing w:after="120"/>
        <w:jc w:val="both"/>
      </w:pPr>
      <w:r w:rsidRPr="005E15BF">
        <w:rPr>
          <w:rFonts w:ascii="Calibri" w:hAnsi="Calibri"/>
          <w:b/>
          <w:sz w:val="20"/>
        </w:rPr>
        <w:t xml:space="preserve">Tabel </w:t>
      </w:r>
      <w:r w:rsidR="005E15BF">
        <w:rPr>
          <w:rFonts w:ascii="Calibri" w:hAnsi="Calibri"/>
          <w:b/>
          <w:sz w:val="20"/>
        </w:rPr>
        <w:t>-</w:t>
      </w:r>
      <w:r w:rsidRPr="005E15BF">
        <w:rPr>
          <w:rFonts w:ascii="Calibri" w:hAnsi="Calibri"/>
          <w:b/>
          <w:sz w:val="20"/>
        </w:rPr>
        <w:t xml:space="preserve"> </w:t>
      </w:r>
      <w:proofErr w:type="spellStart"/>
      <w:r w:rsidRPr="005E15BF">
        <w:rPr>
          <w:rFonts w:ascii="Calibri" w:hAnsi="Calibri"/>
          <w:b/>
          <w:sz w:val="20"/>
        </w:rPr>
        <w:t>Indicatorii</w:t>
      </w:r>
      <w:proofErr w:type="spellEnd"/>
      <w:r w:rsidRPr="005E15BF">
        <w:rPr>
          <w:rFonts w:ascii="Calibri" w:hAnsi="Calibri"/>
          <w:b/>
          <w:sz w:val="20"/>
        </w:rPr>
        <w:t xml:space="preserve"> de </w:t>
      </w:r>
      <w:proofErr w:type="spellStart"/>
      <w:r w:rsidRPr="005E15BF">
        <w:rPr>
          <w:rFonts w:ascii="Calibri" w:hAnsi="Calibri"/>
          <w:b/>
          <w:sz w:val="20"/>
        </w:rPr>
        <w:t>performanță</w:t>
      </w:r>
      <w:proofErr w:type="spellEnd"/>
      <w:r w:rsidRPr="005E15BF">
        <w:rPr>
          <w:rFonts w:ascii="Calibri" w:hAnsi="Calibri"/>
          <w:b/>
          <w:sz w:val="20"/>
        </w:rPr>
        <w:t xml:space="preserve"> </w:t>
      </w:r>
      <w:proofErr w:type="spellStart"/>
      <w:r w:rsidRPr="005E15BF">
        <w:rPr>
          <w:rFonts w:ascii="Calibri" w:hAnsi="Calibri"/>
          <w:b/>
          <w:sz w:val="20"/>
        </w:rPr>
        <w:t>pentru</w:t>
      </w:r>
      <w:proofErr w:type="spellEnd"/>
      <w:r w:rsidRPr="005E15BF">
        <w:rPr>
          <w:rFonts w:ascii="Calibri" w:hAnsi="Calibri"/>
          <w:b/>
          <w:sz w:val="20"/>
        </w:rPr>
        <w:t xml:space="preserve"> </w:t>
      </w:r>
      <w:proofErr w:type="spellStart"/>
      <w:r w:rsidRPr="005E15BF">
        <w:rPr>
          <w:rFonts w:ascii="Calibri" w:hAnsi="Calibri"/>
          <w:b/>
          <w:sz w:val="20"/>
        </w:rPr>
        <w:t>colectarea</w:t>
      </w:r>
      <w:proofErr w:type="spellEnd"/>
      <w:r w:rsidRPr="005E15BF">
        <w:rPr>
          <w:rFonts w:ascii="Calibri" w:hAnsi="Calibri"/>
          <w:b/>
          <w:sz w:val="20"/>
        </w:rPr>
        <w:t xml:space="preserve"> </w:t>
      </w:r>
      <w:proofErr w:type="spellStart"/>
      <w:r w:rsidRPr="005E15BF">
        <w:rPr>
          <w:rFonts w:ascii="Calibri" w:hAnsi="Calibri"/>
          <w:b/>
          <w:sz w:val="20"/>
        </w:rPr>
        <w:t>separată</w:t>
      </w:r>
      <w:proofErr w:type="spellEnd"/>
      <w:r w:rsidRPr="005E15BF">
        <w:rPr>
          <w:rFonts w:ascii="Calibri" w:hAnsi="Calibri"/>
          <w:b/>
          <w:sz w:val="20"/>
        </w:rPr>
        <w:t xml:space="preserve"> </w:t>
      </w:r>
      <w:proofErr w:type="spellStart"/>
      <w:r w:rsidRPr="005E15BF">
        <w:rPr>
          <w:rFonts w:ascii="Calibri" w:hAnsi="Calibri"/>
          <w:b/>
          <w:sz w:val="20"/>
        </w:rPr>
        <w:t>și</w:t>
      </w:r>
      <w:proofErr w:type="spellEnd"/>
      <w:r w:rsidRPr="005E15BF">
        <w:rPr>
          <w:rFonts w:ascii="Calibri" w:hAnsi="Calibri"/>
          <w:b/>
          <w:sz w:val="20"/>
        </w:rPr>
        <w:t xml:space="preserve"> </w:t>
      </w:r>
      <w:proofErr w:type="spellStart"/>
      <w:r w:rsidRPr="005E15BF">
        <w:rPr>
          <w:rFonts w:ascii="Calibri" w:hAnsi="Calibri"/>
          <w:b/>
          <w:sz w:val="20"/>
        </w:rPr>
        <w:t>cantitățile</w:t>
      </w:r>
      <w:proofErr w:type="spellEnd"/>
      <w:r w:rsidRPr="005E15BF">
        <w:rPr>
          <w:rFonts w:ascii="Calibri" w:hAnsi="Calibri"/>
          <w:b/>
          <w:sz w:val="20"/>
        </w:rPr>
        <w:t xml:space="preserve"> </w:t>
      </w:r>
      <w:proofErr w:type="spellStart"/>
      <w:r w:rsidRPr="005E15BF">
        <w:rPr>
          <w:rFonts w:ascii="Calibri" w:hAnsi="Calibri"/>
          <w:b/>
          <w:sz w:val="20"/>
        </w:rPr>
        <w:t>programate</w:t>
      </w:r>
      <w:proofErr w:type="spellEnd"/>
      <w:r w:rsidRPr="005E15BF">
        <w:rPr>
          <w:rFonts w:ascii="Calibri" w:hAnsi="Calibri"/>
          <w:b/>
          <w:sz w:val="20"/>
        </w:rPr>
        <w:t xml:space="preserve"> </w:t>
      </w:r>
      <w:proofErr w:type="spellStart"/>
      <w:r w:rsidRPr="005E15BF">
        <w:rPr>
          <w:rFonts w:ascii="Calibri" w:hAnsi="Calibri"/>
          <w:b/>
          <w:sz w:val="20"/>
        </w:rPr>
        <w:t>rezultate</w:t>
      </w:r>
      <w:proofErr w:type="spellEnd"/>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7"/>
        <w:gridCol w:w="1927"/>
        <w:gridCol w:w="1928"/>
        <w:gridCol w:w="1928"/>
        <w:gridCol w:w="1928"/>
      </w:tblGrid>
      <w:tr w:rsidR="00081F51" w:rsidRPr="005E15BF" w14:paraId="78C60447" w14:textId="77777777">
        <w:trPr>
          <w:cantSplit/>
          <w:tblHeader/>
          <w:jc w:val="center"/>
        </w:trPr>
        <w:tc>
          <w:tcPr>
            <w:tcW w:w="1317" w:type="dxa"/>
            <w:shd w:val="clear" w:color="auto" w:fill="D9D9D9"/>
          </w:tcPr>
          <w:p w14:paraId="7E8D1E69" w14:textId="77777777" w:rsidR="00081F51" w:rsidRPr="005E15BF" w:rsidRDefault="00000000">
            <w:pPr>
              <w:spacing w:before="20" w:after="20"/>
            </w:pPr>
            <w:proofErr w:type="spellStart"/>
            <w:r w:rsidRPr="005E15BF">
              <w:rPr>
                <w:rFonts w:ascii="Calibri" w:hAnsi="Calibri"/>
                <w:b/>
                <w:sz w:val="18"/>
              </w:rPr>
              <w:lastRenderedPageBreak/>
              <w:t>Fluxul</w:t>
            </w:r>
            <w:proofErr w:type="spellEnd"/>
            <w:r w:rsidRPr="005E15BF">
              <w:rPr>
                <w:rFonts w:ascii="Calibri" w:hAnsi="Calibri"/>
                <w:b/>
                <w:sz w:val="18"/>
              </w:rPr>
              <w:t xml:space="preserve"> de </w:t>
            </w:r>
            <w:proofErr w:type="spellStart"/>
            <w:r w:rsidRPr="005E15BF">
              <w:rPr>
                <w:rFonts w:ascii="Calibri" w:hAnsi="Calibri"/>
                <w:b/>
                <w:sz w:val="18"/>
              </w:rPr>
              <w:t>deșeuri</w:t>
            </w:r>
            <w:proofErr w:type="spellEnd"/>
          </w:p>
        </w:tc>
        <w:tc>
          <w:tcPr>
            <w:tcW w:w="1317" w:type="dxa"/>
            <w:shd w:val="clear" w:color="auto" w:fill="D9D9D9"/>
          </w:tcPr>
          <w:p w14:paraId="06D4995C" w14:textId="77777777" w:rsidR="00081F51" w:rsidRPr="005E15BF" w:rsidRDefault="00000000">
            <w:pPr>
              <w:spacing w:before="20" w:after="20"/>
            </w:pPr>
            <w:proofErr w:type="spellStart"/>
            <w:r w:rsidRPr="005E15BF">
              <w:rPr>
                <w:rFonts w:ascii="Calibri" w:hAnsi="Calibri"/>
                <w:b/>
                <w:sz w:val="18"/>
              </w:rPr>
              <w:t>Indicatorul</w:t>
            </w:r>
            <w:proofErr w:type="spellEnd"/>
            <w:r w:rsidRPr="005E15BF">
              <w:rPr>
                <w:rFonts w:ascii="Calibri" w:hAnsi="Calibri"/>
                <w:b/>
                <w:sz w:val="18"/>
              </w:rPr>
              <w:t xml:space="preserve"> de </w:t>
            </w:r>
            <w:proofErr w:type="spellStart"/>
            <w:r w:rsidRPr="005E15BF">
              <w:rPr>
                <w:rFonts w:ascii="Calibri" w:hAnsi="Calibri"/>
                <w:b/>
                <w:sz w:val="18"/>
              </w:rPr>
              <w:t>performanță</w:t>
            </w:r>
            <w:proofErr w:type="spellEnd"/>
          </w:p>
        </w:tc>
        <w:tc>
          <w:tcPr>
            <w:tcW w:w="1317" w:type="dxa"/>
            <w:shd w:val="clear" w:color="auto" w:fill="D9D9D9"/>
          </w:tcPr>
          <w:p w14:paraId="250C119A" w14:textId="77777777" w:rsidR="00081F51" w:rsidRPr="005E15BF" w:rsidRDefault="00000000">
            <w:pPr>
              <w:spacing w:before="20" w:after="20"/>
              <w:jc w:val="center"/>
            </w:pPr>
            <w:proofErr w:type="spellStart"/>
            <w:r w:rsidRPr="005E15BF">
              <w:rPr>
                <w:rFonts w:ascii="Calibri" w:hAnsi="Calibri"/>
                <w:b/>
                <w:sz w:val="18"/>
              </w:rPr>
              <w:t>Cantitate</w:t>
            </w:r>
            <w:proofErr w:type="spellEnd"/>
            <w:r w:rsidRPr="005E15BF">
              <w:rPr>
                <w:rFonts w:ascii="Calibri" w:hAnsi="Calibri"/>
                <w:b/>
                <w:sz w:val="18"/>
              </w:rPr>
              <w:t xml:space="preserve"> </w:t>
            </w:r>
            <w:proofErr w:type="spellStart"/>
            <w:r w:rsidRPr="005E15BF">
              <w:rPr>
                <w:rFonts w:ascii="Calibri" w:hAnsi="Calibri"/>
                <w:b/>
                <w:sz w:val="18"/>
              </w:rPr>
              <w:t>generată</w:t>
            </w:r>
            <w:proofErr w:type="spellEnd"/>
            <w:r w:rsidRPr="005E15BF">
              <w:rPr>
                <w:rFonts w:ascii="Calibri" w:hAnsi="Calibri"/>
                <w:b/>
                <w:sz w:val="18"/>
              </w:rPr>
              <w:t xml:space="preserve"> (tone/an)</w:t>
            </w:r>
          </w:p>
        </w:tc>
        <w:tc>
          <w:tcPr>
            <w:tcW w:w="1317" w:type="dxa"/>
            <w:shd w:val="clear" w:color="auto" w:fill="D9D9D9"/>
          </w:tcPr>
          <w:p w14:paraId="5B0BF6BE" w14:textId="77777777" w:rsidR="00081F51" w:rsidRPr="005E15BF" w:rsidRDefault="00000000">
            <w:pPr>
              <w:spacing w:before="20" w:after="20"/>
              <w:jc w:val="center"/>
            </w:pPr>
            <w:proofErr w:type="spellStart"/>
            <w:r w:rsidRPr="005E15BF">
              <w:rPr>
                <w:rFonts w:ascii="Calibri" w:hAnsi="Calibri"/>
                <w:b/>
                <w:sz w:val="18"/>
              </w:rPr>
              <w:t>Cantitate</w:t>
            </w:r>
            <w:proofErr w:type="spellEnd"/>
            <w:r w:rsidRPr="005E15BF">
              <w:rPr>
                <w:rFonts w:ascii="Calibri" w:hAnsi="Calibri"/>
                <w:b/>
                <w:sz w:val="18"/>
              </w:rPr>
              <w:t xml:space="preserve"> </w:t>
            </w:r>
            <w:proofErr w:type="spellStart"/>
            <w:r w:rsidRPr="005E15BF">
              <w:rPr>
                <w:rFonts w:ascii="Calibri" w:hAnsi="Calibri"/>
                <w:b/>
                <w:sz w:val="18"/>
              </w:rPr>
              <w:t>programată</w:t>
            </w:r>
            <w:proofErr w:type="spellEnd"/>
            <w:r w:rsidRPr="005E15BF">
              <w:rPr>
                <w:rFonts w:ascii="Calibri" w:hAnsi="Calibri"/>
                <w:b/>
                <w:sz w:val="18"/>
              </w:rPr>
              <w:t xml:space="preserve"> (tone/an)</w:t>
            </w:r>
          </w:p>
        </w:tc>
        <w:tc>
          <w:tcPr>
            <w:tcW w:w="1317" w:type="dxa"/>
            <w:shd w:val="clear" w:color="auto" w:fill="D9D9D9"/>
          </w:tcPr>
          <w:p w14:paraId="7505C0E5" w14:textId="77777777" w:rsidR="00081F51" w:rsidRPr="005E15BF" w:rsidRDefault="00000000">
            <w:pPr>
              <w:spacing w:before="20" w:after="20"/>
              <w:jc w:val="center"/>
            </w:pPr>
            <w:proofErr w:type="spellStart"/>
            <w:r w:rsidRPr="005E15BF">
              <w:rPr>
                <w:rFonts w:ascii="Calibri" w:hAnsi="Calibri"/>
                <w:b/>
                <w:sz w:val="18"/>
              </w:rPr>
              <w:t>Observație</w:t>
            </w:r>
            <w:proofErr w:type="spellEnd"/>
          </w:p>
        </w:tc>
      </w:tr>
      <w:tr w:rsidR="00081F51" w:rsidRPr="001F0542" w14:paraId="2AC41B3B" w14:textId="77777777">
        <w:trPr>
          <w:cantSplit/>
          <w:jc w:val="center"/>
        </w:trPr>
        <w:tc>
          <w:tcPr>
            <w:tcW w:w="1317" w:type="dxa"/>
          </w:tcPr>
          <w:p w14:paraId="5F9F17FE" w14:textId="77777777" w:rsidR="00081F51" w:rsidRPr="005E15BF" w:rsidRDefault="00000000">
            <w:pPr>
              <w:spacing w:before="20" w:after="20"/>
              <w:rPr>
                <w:lang w:val="it-CH"/>
              </w:rPr>
            </w:pPr>
            <w:r w:rsidRPr="005E15BF">
              <w:rPr>
                <w:rFonts w:ascii="Calibri" w:hAnsi="Calibri"/>
                <w:sz w:val="18"/>
                <w:lang w:val="it-CH"/>
              </w:rPr>
              <w:t>Deșeuri de hârtie, metal, plastic și sticlă</w:t>
            </w:r>
          </w:p>
        </w:tc>
        <w:tc>
          <w:tcPr>
            <w:tcW w:w="1317" w:type="dxa"/>
          </w:tcPr>
          <w:p w14:paraId="75686361" w14:textId="77777777" w:rsidR="00081F51" w:rsidRPr="005E15BF" w:rsidRDefault="00000000">
            <w:pPr>
              <w:spacing w:before="20" w:after="20"/>
            </w:pPr>
            <w:r w:rsidRPr="005E15BF">
              <w:rPr>
                <w:rFonts w:ascii="Calibri" w:hAnsi="Calibri"/>
                <w:sz w:val="18"/>
              </w:rPr>
              <w:t>80%</w:t>
            </w:r>
          </w:p>
        </w:tc>
        <w:tc>
          <w:tcPr>
            <w:tcW w:w="1317" w:type="dxa"/>
          </w:tcPr>
          <w:p w14:paraId="40B986F6" w14:textId="77777777" w:rsidR="00081F51" w:rsidRPr="005E15BF" w:rsidRDefault="00000000">
            <w:pPr>
              <w:spacing w:before="20" w:after="20"/>
              <w:jc w:val="center"/>
            </w:pPr>
            <w:r w:rsidRPr="005E15BF">
              <w:rPr>
                <w:rFonts w:ascii="Calibri" w:hAnsi="Calibri"/>
                <w:sz w:val="18"/>
              </w:rPr>
              <w:t>1.432,00</w:t>
            </w:r>
          </w:p>
        </w:tc>
        <w:tc>
          <w:tcPr>
            <w:tcW w:w="1317" w:type="dxa"/>
          </w:tcPr>
          <w:p w14:paraId="287B559F" w14:textId="77777777" w:rsidR="00081F51" w:rsidRPr="005E15BF" w:rsidRDefault="00000000">
            <w:pPr>
              <w:spacing w:before="20" w:after="20"/>
              <w:jc w:val="center"/>
            </w:pPr>
            <w:r w:rsidRPr="005E15BF">
              <w:rPr>
                <w:rFonts w:ascii="Calibri" w:hAnsi="Calibri"/>
                <w:sz w:val="18"/>
              </w:rPr>
              <w:t>1.145,60</w:t>
            </w:r>
          </w:p>
        </w:tc>
        <w:tc>
          <w:tcPr>
            <w:tcW w:w="1317" w:type="dxa"/>
          </w:tcPr>
          <w:p w14:paraId="1E908ED4" w14:textId="77777777" w:rsidR="00081F51" w:rsidRPr="005E15BF" w:rsidRDefault="00000000">
            <w:pPr>
              <w:spacing w:before="20" w:after="20"/>
              <w:jc w:val="center"/>
              <w:rPr>
                <w:lang w:val="pt-PT"/>
              </w:rPr>
            </w:pPr>
            <w:r w:rsidRPr="005E15BF">
              <w:rPr>
                <w:rFonts w:ascii="Calibri" w:hAnsi="Calibri"/>
                <w:sz w:val="18"/>
                <w:lang w:val="pt-PT"/>
              </w:rPr>
              <w:t>baza de calcul a tarifului de reciclabile</w:t>
            </w:r>
          </w:p>
        </w:tc>
      </w:tr>
      <w:tr w:rsidR="00081F51" w:rsidRPr="001F0542" w14:paraId="4FFC6CCF" w14:textId="77777777">
        <w:trPr>
          <w:cantSplit/>
          <w:jc w:val="center"/>
        </w:trPr>
        <w:tc>
          <w:tcPr>
            <w:tcW w:w="1317" w:type="dxa"/>
          </w:tcPr>
          <w:p w14:paraId="40557376" w14:textId="77777777" w:rsidR="00081F51" w:rsidRPr="005E15BF" w:rsidRDefault="00000000">
            <w:pPr>
              <w:spacing w:before="20" w:after="20"/>
            </w:pPr>
            <w:proofErr w:type="spellStart"/>
            <w:r w:rsidRPr="005E15BF">
              <w:rPr>
                <w:rFonts w:ascii="Calibri" w:hAnsi="Calibri"/>
                <w:sz w:val="18"/>
              </w:rPr>
              <w:t>Biodeșeuri</w:t>
            </w:r>
            <w:proofErr w:type="spellEnd"/>
          </w:p>
        </w:tc>
        <w:tc>
          <w:tcPr>
            <w:tcW w:w="1317" w:type="dxa"/>
          </w:tcPr>
          <w:p w14:paraId="293B4538" w14:textId="77777777" w:rsidR="00081F51" w:rsidRPr="005E15BF" w:rsidRDefault="00000000">
            <w:pPr>
              <w:spacing w:before="20" w:after="20"/>
            </w:pPr>
            <w:r w:rsidRPr="005E15BF">
              <w:rPr>
                <w:rFonts w:ascii="Calibri" w:hAnsi="Calibri"/>
                <w:sz w:val="18"/>
              </w:rPr>
              <w:t xml:space="preserve">51,5% </w:t>
            </w:r>
            <w:proofErr w:type="spellStart"/>
            <w:r w:rsidRPr="005E15BF">
              <w:rPr>
                <w:rFonts w:ascii="Calibri" w:hAnsi="Calibri"/>
                <w:sz w:val="18"/>
              </w:rPr>
              <w:t>în</w:t>
            </w:r>
            <w:proofErr w:type="spellEnd"/>
            <w:r w:rsidRPr="005E15BF">
              <w:rPr>
                <w:rFonts w:ascii="Calibri" w:hAnsi="Calibri"/>
                <w:sz w:val="18"/>
              </w:rPr>
              <w:t xml:space="preserve"> </w:t>
            </w:r>
            <w:proofErr w:type="spellStart"/>
            <w:r w:rsidRPr="005E15BF">
              <w:rPr>
                <w:rFonts w:ascii="Calibri" w:hAnsi="Calibri"/>
                <w:sz w:val="18"/>
              </w:rPr>
              <w:t>anul</w:t>
            </w:r>
            <w:proofErr w:type="spellEnd"/>
            <w:r w:rsidRPr="005E15BF">
              <w:rPr>
                <w:rFonts w:ascii="Calibri" w:hAnsi="Calibri"/>
                <w:sz w:val="18"/>
              </w:rPr>
              <w:t xml:space="preserve"> 1</w:t>
            </w:r>
          </w:p>
        </w:tc>
        <w:tc>
          <w:tcPr>
            <w:tcW w:w="1317" w:type="dxa"/>
          </w:tcPr>
          <w:p w14:paraId="61DB3688" w14:textId="77777777" w:rsidR="00081F51" w:rsidRPr="005E15BF" w:rsidRDefault="00000000">
            <w:pPr>
              <w:spacing w:before="20" w:after="20"/>
              <w:jc w:val="center"/>
            </w:pPr>
            <w:r w:rsidRPr="005E15BF">
              <w:rPr>
                <w:rFonts w:ascii="Calibri" w:hAnsi="Calibri"/>
                <w:sz w:val="18"/>
              </w:rPr>
              <w:t>2.881,00</w:t>
            </w:r>
          </w:p>
        </w:tc>
        <w:tc>
          <w:tcPr>
            <w:tcW w:w="1317" w:type="dxa"/>
          </w:tcPr>
          <w:p w14:paraId="31C7DA4C" w14:textId="77777777" w:rsidR="00081F51" w:rsidRPr="005E15BF" w:rsidRDefault="00000000">
            <w:pPr>
              <w:spacing w:before="20" w:after="20"/>
              <w:jc w:val="center"/>
            </w:pPr>
            <w:r w:rsidRPr="005E15BF">
              <w:rPr>
                <w:rFonts w:ascii="Calibri" w:hAnsi="Calibri"/>
                <w:sz w:val="18"/>
              </w:rPr>
              <w:t>1.484,00</w:t>
            </w:r>
          </w:p>
        </w:tc>
        <w:tc>
          <w:tcPr>
            <w:tcW w:w="1317" w:type="dxa"/>
          </w:tcPr>
          <w:p w14:paraId="5B0E55BF" w14:textId="77777777" w:rsidR="00081F51" w:rsidRPr="005E15BF" w:rsidRDefault="00000000">
            <w:pPr>
              <w:spacing w:before="20" w:after="20"/>
              <w:jc w:val="center"/>
              <w:rPr>
                <w:lang w:val="pt-PT"/>
              </w:rPr>
            </w:pPr>
            <w:r w:rsidRPr="005E15BF">
              <w:rPr>
                <w:rFonts w:ascii="Calibri" w:hAnsi="Calibri"/>
                <w:sz w:val="18"/>
                <w:lang w:val="pt-PT"/>
              </w:rPr>
              <w:t>colectare integrală în zona de locuințe colective</w:t>
            </w:r>
          </w:p>
        </w:tc>
      </w:tr>
      <w:tr w:rsidR="00081F51" w:rsidRPr="005E15BF" w14:paraId="59031E37" w14:textId="77777777">
        <w:trPr>
          <w:cantSplit/>
          <w:jc w:val="center"/>
        </w:trPr>
        <w:tc>
          <w:tcPr>
            <w:tcW w:w="1317" w:type="dxa"/>
          </w:tcPr>
          <w:p w14:paraId="21E714AC" w14:textId="77777777" w:rsidR="00081F51" w:rsidRPr="005E15BF" w:rsidRDefault="00000000">
            <w:pPr>
              <w:spacing w:before="20" w:after="20"/>
            </w:pPr>
            <w:proofErr w:type="spellStart"/>
            <w:r w:rsidRPr="005E15BF">
              <w:rPr>
                <w:rFonts w:ascii="Calibri" w:hAnsi="Calibri"/>
                <w:sz w:val="18"/>
              </w:rPr>
              <w:t>Deșeuri</w:t>
            </w:r>
            <w:proofErr w:type="spellEnd"/>
            <w:r w:rsidRPr="005E15BF">
              <w:rPr>
                <w:rFonts w:ascii="Calibri" w:hAnsi="Calibri"/>
                <w:sz w:val="18"/>
              </w:rPr>
              <w:t xml:space="preserve"> textile</w:t>
            </w:r>
          </w:p>
        </w:tc>
        <w:tc>
          <w:tcPr>
            <w:tcW w:w="1317" w:type="dxa"/>
          </w:tcPr>
          <w:p w14:paraId="3910CB4C" w14:textId="77777777" w:rsidR="00081F51" w:rsidRPr="005E15BF" w:rsidRDefault="00000000">
            <w:pPr>
              <w:spacing w:before="20" w:after="20"/>
            </w:pPr>
            <w:r w:rsidRPr="005E15BF">
              <w:rPr>
                <w:rFonts w:ascii="Calibri" w:hAnsi="Calibri"/>
                <w:sz w:val="18"/>
              </w:rPr>
              <w:t>100%</w:t>
            </w:r>
          </w:p>
        </w:tc>
        <w:tc>
          <w:tcPr>
            <w:tcW w:w="1317" w:type="dxa"/>
          </w:tcPr>
          <w:p w14:paraId="54540105" w14:textId="77777777" w:rsidR="00081F51" w:rsidRPr="005E15BF" w:rsidRDefault="00000000">
            <w:pPr>
              <w:spacing w:before="20" w:after="20"/>
              <w:jc w:val="center"/>
            </w:pPr>
            <w:r w:rsidRPr="005E15BF">
              <w:rPr>
                <w:rFonts w:ascii="Calibri" w:hAnsi="Calibri"/>
                <w:sz w:val="18"/>
              </w:rPr>
              <w:t>141,00</w:t>
            </w:r>
          </w:p>
        </w:tc>
        <w:tc>
          <w:tcPr>
            <w:tcW w:w="1317" w:type="dxa"/>
          </w:tcPr>
          <w:p w14:paraId="35B7F190" w14:textId="77777777" w:rsidR="00081F51" w:rsidRPr="005E15BF" w:rsidRDefault="00000000">
            <w:pPr>
              <w:spacing w:before="20" w:after="20"/>
              <w:jc w:val="center"/>
            </w:pPr>
            <w:r w:rsidRPr="005E15BF">
              <w:rPr>
                <w:rFonts w:ascii="Calibri" w:hAnsi="Calibri"/>
                <w:sz w:val="18"/>
              </w:rPr>
              <w:t>141,00</w:t>
            </w:r>
          </w:p>
        </w:tc>
        <w:tc>
          <w:tcPr>
            <w:tcW w:w="1317" w:type="dxa"/>
          </w:tcPr>
          <w:p w14:paraId="6CBAE57F" w14:textId="77777777" w:rsidR="00081F51" w:rsidRPr="005E15BF" w:rsidRDefault="00000000">
            <w:pPr>
              <w:spacing w:before="20" w:after="20"/>
              <w:jc w:val="center"/>
            </w:pPr>
            <w:proofErr w:type="spellStart"/>
            <w:r w:rsidRPr="005E15BF">
              <w:rPr>
                <w:rFonts w:ascii="Calibri" w:hAnsi="Calibri"/>
                <w:sz w:val="18"/>
              </w:rPr>
              <w:t>valorificare</w:t>
            </w:r>
            <w:proofErr w:type="spellEnd"/>
            <w:r w:rsidRPr="005E15BF">
              <w:rPr>
                <w:rFonts w:ascii="Calibri" w:hAnsi="Calibri"/>
                <w:sz w:val="18"/>
              </w:rPr>
              <w:t xml:space="preserve"> </w:t>
            </w:r>
            <w:proofErr w:type="spellStart"/>
            <w:r w:rsidRPr="005E15BF">
              <w:rPr>
                <w:rFonts w:ascii="Calibri" w:hAnsi="Calibri"/>
                <w:sz w:val="18"/>
              </w:rPr>
              <w:t>prin</w:t>
            </w:r>
            <w:proofErr w:type="spellEnd"/>
            <w:r w:rsidRPr="005E15BF">
              <w:rPr>
                <w:rFonts w:ascii="Calibri" w:hAnsi="Calibri"/>
                <w:sz w:val="18"/>
              </w:rPr>
              <w:t xml:space="preserve"> </w:t>
            </w:r>
            <w:proofErr w:type="spellStart"/>
            <w:r w:rsidRPr="005E15BF">
              <w:rPr>
                <w:rFonts w:ascii="Calibri" w:hAnsi="Calibri"/>
                <w:sz w:val="18"/>
              </w:rPr>
              <w:t>reciclare</w:t>
            </w:r>
            <w:proofErr w:type="spellEnd"/>
          </w:p>
        </w:tc>
      </w:tr>
      <w:tr w:rsidR="00081F51" w:rsidRPr="005E15BF" w14:paraId="56FBDCBC" w14:textId="77777777">
        <w:trPr>
          <w:cantSplit/>
          <w:jc w:val="center"/>
        </w:trPr>
        <w:tc>
          <w:tcPr>
            <w:tcW w:w="1317" w:type="dxa"/>
          </w:tcPr>
          <w:p w14:paraId="67AAFF2B" w14:textId="77777777" w:rsidR="00081F51" w:rsidRPr="005E15BF" w:rsidRDefault="00000000">
            <w:pPr>
              <w:spacing w:before="20" w:after="20"/>
              <w:rPr>
                <w:lang w:val="pt-PT"/>
              </w:rPr>
            </w:pPr>
            <w:r w:rsidRPr="005E15BF">
              <w:rPr>
                <w:rFonts w:ascii="Calibri" w:hAnsi="Calibri"/>
                <w:sz w:val="18"/>
                <w:lang w:val="pt-PT"/>
              </w:rPr>
              <w:t>Deșeuri de echipamente electrice și electronice</w:t>
            </w:r>
          </w:p>
        </w:tc>
        <w:tc>
          <w:tcPr>
            <w:tcW w:w="1317" w:type="dxa"/>
          </w:tcPr>
          <w:p w14:paraId="260BF0A3" w14:textId="77777777" w:rsidR="00081F51" w:rsidRPr="005E15BF" w:rsidRDefault="00000000">
            <w:pPr>
              <w:spacing w:before="20" w:after="20"/>
            </w:pPr>
            <w:r w:rsidRPr="005E15BF">
              <w:rPr>
                <w:rFonts w:ascii="Calibri" w:hAnsi="Calibri"/>
                <w:sz w:val="18"/>
              </w:rPr>
              <w:t>35%</w:t>
            </w:r>
          </w:p>
        </w:tc>
        <w:tc>
          <w:tcPr>
            <w:tcW w:w="1317" w:type="dxa"/>
          </w:tcPr>
          <w:p w14:paraId="331B52CA" w14:textId="77777777" w:rsidR="00081F51" w:rsidRPr="005E15BF" w:rsidRDefault="00000000">
            <w:pPr>
              <w:spacing w:before="20" w:after="20"/>
              <w:jc w:val="center"/>
            </w:pPr>
            <w:r w:rsidRPr="005E15BF">
              <w:rPr>
                <w:rFonts w:ascii="Calibri" w:hAnsi="Calibri"/>
                <w:sz w:val="18"/>
              </w:rPr>
              <w:t>87,37</w:t>
            </w:r>
          </w:p>
        </w:tc>
        <w:tc>
          <w:tcPr>
            <w:tcW w:w="1317" w:type="dxa"/>
          </w:tcPr>
          <w:p w14:paraId="3A43E45A" w14:textId="77777777" w:rsidR="00081F51" w:rsidRPr="005E15BF" w:rsidRDefault="00000000">
            <w:pPr>
              <w:spacing w:before="20" w:after="20"/>
              <w:jc w:val="center"/>
            </w:pPr>
            <w:r w:rsidRPr="005E15BF">
              <w:rPr>
                <w:rFonts w:ascii="Calibri" w:hAnsi="Calibri"/>
                <w:sz w:val="18"/>
              </w:rPr>
              <w:t>30,58</w:t>
            </w:r>
          </w:p>
        </w:tc>
        <w:tc>
          <w:tcPr>
            <w:tcW w:w="1317" w:type="dxa"/>
          </w:tcPr>
          <w:p w14:paraId="599C29C9" w14:textId="77777777" w:rsidR="00081F51" w:rsidRPr="005E15BF" w:rsidRDefault="00000000">
            <w:pPr>
              <w:spacing w:before="20" w:after="20"/>
              <w:jc w:val="center"/>
            </w:pPr>
            <w:r w:rsidRPr="005E15BF">
              <w:rPr>
                <w:rFonts w:ascii="Calibri" w:hAnsi="Calibri"/>
                <w:sz w:val="18"/>
              </w:rPr>
              <w:t xml:space="preserve">4 </w:t>
            </w:r>
            <w:proofErr w:type="spellStart"/>
            <w:r w:rsidRPr="005E15BF">
              <w:rPr>
                <w:rFonts w:ascii="Calibri" w:hAnsi="Calibri"/>
                <w:sz w:val="18"/>
              </w:rPr>
              <w:t>campanii</w:t>
            </w:r>
            <w:proofErr w:type="spellEnd"/>
            <w:r w:rsidRPr="005E15BF">
              <w:rPr>
                <w:rFonts w:ascii="Calibri" w:hAnsi="Calibri"/>
                <w:sz w:val="18"/>
              </w:rPr>
              <w:t xml:space="preserve"> </w:t>
            </w:r>
            <w:proofErr w:type="spellStart"/>
            <w:r w:rsidRPr="005E15BF">
              <w:rPr>
                <w:rFonts w:ascii="Calibri" w:hAnsi="Calibri"/>
                <w:sz w:val="18"/>
              </w:rPr>
              <w:t>anuale</w:t>
            </w:r>
            <w:proofErr w:type="spellEnd"/>
          </w:p>
        </w:tc>
      </w:tr>
      <w:tr w:rsidR="00081F51" w:rsidRPr="005E15BF" w14:paraId="1A099A4E" w14:textId="77777777">
        <w:trPr>
          <w:cantSplit/>
          <w:jc w:val="center"/>
        </w:trPr>
        <w:tc>
          <w:tcPr>
            <w:tcW w:w="1317" w:type="dxa"/>
          </w:tcPr>
          <w:p w14:paraId="174FF489" w14:textId="77777777" w:rsidR="00081F51" w:rsidRPr="005E15BF" w:rsidRDefault="00000000">
            <w:pPr>
              <w:spacing w:before="20" w:after="20"/>
            </w:pPr>
            <w:proofErr w:type="spellStart"/>
            <w:r w:rsidRPr="005E15BF">
              <w:rPr>
                <w:rFonts w:ascii="Calibri" w:hAnsi="Calibri"/>
                <w:sz w:val="18"/>
              </w:rPr>
              <w:t>Deșeuri</w:t>
            </w:r>
            <w:proofErr w:type="spellEnd"/>
            <w:r w:rsidRPr="005E15BF">
              <w:rPr>
                <w:rFonts w:ascii="Calibri" w:hAnsi="Calibri"/>
                <w:sz w:val="18"/>
              </w:rPr>
              <w:t xml:space="preserve"> </w:t>
            </w:r>
            <w:proofErr w:type="spellStart"/>
            <w:r w:rsidRPr="005E15BF">
              <w:rPr>
                <w:rFonts w:ascii="Calibri" w:hAnsi="Calibri"/>
                <w:sz w:val="18"/>
              </w:rPr>
              <w:t>reziduale</w:t>
            </w:r>
            <w:proofErr w:type="spellEnd"/>
          </w:p>
        </w:tc>
        <w:tc>
          <w:tcPr>
            <w:tcW w:w="1317" w:type="dxa"/>
          </w:tcPr>
          <w:p w14:paraId="7164F63F" w14:textId="77777777" w:rsidR="00081F51" w:rsidRPr="005E15BF" w:rsidRDefault="00000000">
            <w:pPr>
              <w:spacing w:before="20" w:after="20"/>
            </w:pPr>
            <w:r w:rsidRPr="005E15BF">
              <w:rPr>
                <w:rFonts w:ascii="Calibri" w:hAnsi="Calibri"/>
                <w:sz w:val="18"/>
              </w:rPr>
              <w:t>–</w:t>
            </w:r>
          </w:p>
        </w:tc>
        <w:tc>
          <w:tcPr>
            <w:tcW w:w="1317" w:type="dxa"/>
          </w:tcPr>
          <w:p w14:paraId="4947BDDB" w14:textId="77777777" w:rsidR="00081F51" w:rsidRPr="005E15BF" w:rsidRDefault="00000000">
            <w:pPr>
              <w:spacing w:before="20" w:after="20"/>
              <w:jc w:val="center"/>
            </w:pPr>
            <w:r w:rsidRPr="005E15BF">
              <w:rPr>
                <w:rFonts w:ascii="Calibri" w:hAnsi="Calibri"/>
                <w:sz w:val="18"/>
              </w:rPr>
              <w:t>–</w:t>
            </w:r>
          </w:p>
        </w:tc>
        <w:tc>
          <w:tcPr>
            <w:tcW w:w="1317" w:type="dxa"/>
          </w:tcPr>
          <w:p w14:paraId="604B54D8" w14:textId="77777777" w:rsidR="00081F51" w:rsidRPr="005E15BF" w:rsidRDefault="00000000">
            <w:pPr>
              <w:spacing w:before="20" w:after="20"/>
              <w:jc w:val="center"/>
            </w:pPr>
            <w:r w:rsidRPr="005E15BF">
              <w:rPr>
                <w:rFonts w:ascii="Calibri" w:hAnsi="Calibri"/>
                <w:sz w:val="18"/>
              </w:rPr>
              <w:t>2.571,40</w:t>
            </w:r>
          </w:p>
        </w:tc>
        <w:tc>
          <w:tcPr>
            <w:tcW w:w="1317" w:type="dxa"/>
          </w:tcPr>
          <w:p w14:paraId="4502DDF3" w14:textId="77777777" w:rsidR="00081F51" w:rsidRPr="005E15BF" w:rsidRDefault="00000000">
            <w:pPr>
              <w:spacing w:before="20" w:after="20"/>
              <w:jc w:val="center"/>
            </w:pPr>
            <w:r w:rsidRPr="005E15BF">
              <w:rPr>
                <w:rFonts w:ascii="Calibri" w:hAnsi="Calibri"/>
                <w:sz w:val="18"/>
              </w:rPr>
              <w:t>5.201 − 1.484 − 1.145,60</w:t>
            </w:r>
          </w:p>
        </w:tc>
      </w:tr>
    </w:tbl>
    <w:p w14:paraId="7D7172CE" w14:textId="77777777" w:rsidR="00081F51" w:rsidRPr="005E15BF" w:rsidRDefault="00000000">
      <w:pPr>
        <w:spacing w:after="120"/>
        <w:jc w:val="both"/>
      </w:pPr>
      <w:r w:rsidRPr="005E15BF">
        <w:rPr>
          <w:rFonts w:ascii="Calibri" w:hAnsi="Calibri"/>
          <w:sz w:val="22"/>
        </w:rPr>
        <w:t xml:space="preserve">a) </w:t>
      </w:r>
      <w:proofErr w:type="spellStart"/>
      <w:r w:rsidRPr="005E15BF">
        <w:rPr>
          <w:rFonts w:ascii="Calibri" w:hAnsi="Calibri"/>
          <w:sz w:val="22"/>
        </w:rPr>
        <w:t>Indicatorii</w:t>
      </w:r>
      <w:proofErr w:type="spellEnd"/>
      <w:r w:rsidRPr="005E15BF">
        <w:rPr>
          <w:rFonts w:ascii="Calibri" w:hAnsi="Calibri"/>
          <w:sz w:val="22"/>
        </w:rPr>
        <w:t xml:space="preserve"> de </w:t>
      </w:r>
      <w:proofErr w:type="spellStart"/>
      <w:r w:rsidRPr="005E15BF">
        <w:rPr>
          <w:rFonts w:ascii="Calibri" w:hAnsi="Calibri"/>
          <w:sz w:val="22"/>
        </w:rPr>
        <w:t>performanță</w:t>
      </w:r>
      <w:proofErr w:type="spellEnd"/>
      <w:r w:rsidRPr="005E15BF">
        <w:rPr>
          <w:rFonts w:ascii="Calibri" w:hAnsi="Calibri"/>
          <w:sz w:val="22"/>
        </w:rPr>
        <w:t xml:space="preserve"> </w:t>
      </w:r>
      <w:proofErr w:type="spellStart"/>
      <w:r w:rsidRPr="005E15BF">
        <w:rPr>
          <w:rFonts w:ascii="Calibri" w:hAnsi="Calibri"/>
          <w:sz w:val="22"/>
        </w:rPr>
        <w:t>privind</w:t>
      </w:r>
      <w:proofErr w:type="spellEnd"/>
      <w:r w:rsidRPr="005E15BF">
        <w:rPr>
          <w:rFonts w:ascii="Calibri" w:hAnsi="Calibri"/>
          <w:sz w:val="22"/>
        </w:rPr>
        <w:t xml:space="preserve"> </w:t>
      </w:r>
      <w:proofErr w:type="spellStart"/>
      <w:r w:rsidRPr="005E15BF">
        <w:rPr>
          <w:rFonts w:ascii="Calibri" w:hAnsi="Calibri"/>
          <w:sz w:val="22"/>
        </w:rPr>
        <w:t>calitatea</w:t>
      </w:r>
      <w:proofErr w:type="spellEnd"/>
      <w:r w:rsidRPr="005E15BF">
        <w:rPr>
          <w:rFonts w:ascii="Calibri" w:hAnsi="Calibri"/>
          <w:sz w:val="22"/>
        </w:rPr>
        <w:t xml:space="preserve"> </w:t>
      </w:r>
      <w:proofErr w:type="spellStart"/>
      <w:r w:rsidRPr="005E15BF">
        <w:rPr>
          <w:rFonts w:ascii="Calibri" w:hAnsi="Calibri"/>
          <w:sz w:val="22"/>
        </w:rPr>
        <w:t>prestării</w:t>
      </w:r>
      <w:proofErr w:type="spellEnd"/>
      <w:r w:rsidRPr="005E15BF">
        <w:rPr>
          <w:rFonts w:ascii="Calibri" w:hAnsi="Calibri"/>
          <w:sz w:val="22"/>
        </w:rPr>
        <w:t xml:space="preserve"> </w:t>
      </w:r>
      <w:proofErr w:type="spellStart"/>
      <w:r w:rsidRPr="005E15BF">
        <w:rPr>
          <w:rFonts w:ascii="Calibri" w:hAnsi="Calibri"/>
          <w:sz w:val="22"/>
        </w:rPr>
        <w:t>activității</w:t>
      </w:r>
      <w:proofErr w:type="spellEnd"/>
      <w:r w:rsidRPr="005E15BF">
        <w:rPr>
          <w:rFonts w:ascii="Calibri" w:hAnsi="Calibri"/>
          <w:sz w:val="22"/>
        </w:rPr>
        <w:t xml:space="preserve"> de </w:t>
      </w:r>
      <w:proofErr w:type="spellStart"/>
      <w:r w:rsidRPr="005E15BF">
        <w:rPr>
          <w:rFonts w:ascii="Calibri" w:hAnsi="Calibri"/>
          <w:sz w:val="22"/>
        </w:rPr>
        <w:t>colectare</w:t>
      </w:r>
      <w:proofErr w:type="spellEnd"/>
      <w:r w:rsidRPr="005E15BF">
        <w:rPr>
          <w:rFonts w:ascii="Calibri" w:hAnsi="Calibri"/>
          <w:sz w:val="22"/>
        </w:rPr>
        <w:t xml:space="preserve"> </w:t>
      </w:r>
      <w:proofErr w:type="spellStart"/>
      <w:r w:rsidRPr="005E15BF">
        <w:rPr>
          <w:rFonts w:ascii="Calibri" w:hAnsi="Calibri"/>
          <w:sz w:val="22"/>
        </w:rPr>
        <w:t>separată</w:t>
      </w:r>
      <w:proofErr w:type="spellEnd"/>
      <w:r w:rsidRPr="005E15BF">
        <w:rPr>
          <w:rFonts w:ascii="Calibri" w:hAnsi="Calibri"/>
          <w:sz w:val="22"/>
        </w:rPr>
        <w:t xml:space="preserve"> </w:t>
      </w:r>
      <w:proofErr w:type="spellStart"/>
      <w:r w:rsidRPr="005E15BF">
        <w:rPr>
          <w:rFonts w:ascii="Calibri" w:hAnsi="Calibri"/>
          <w:sz w:val="22"/>
        </w:rPr>
        <w:t>și</w:t>
      </w:r>
      <w:proofErr w:type="spellEnd"/>
      <w:r w:rsidRPr="005E15BF">
        <w:rPr>
          <w:rFonts w:ascii="Calibri" w:hAnsi="Calibri"/>
          <w:sz w:val="22"/>
        </w:rPr>
        <w:t xml:space="preserve"> transport </w:t>
      </w:r>
      <w:proofErr w:type="spellStart"/>
      <w:r w:rsidRPr="005E15BF">
        <w:rPr>
          <w:rFonts w:ascii="Calibri" w:hAnsi="Calibri"/>
          <w:sz w:val="22"/>
        </w:rPr>
        <w:t>separat</w:t>
      </w:r>
      <w:proofErr w:type="spellEnd"/>
      <w:r w:rsidRPr="005E15BF">
        <w:rPr>
          <w:rFonts w:ascii="Calibri" w:hAnsi="Calibri"/>
          <w:sz w:val="22"/>
        </w:rPr>
        <w:t xml:space="preserve"> al </w:t>
      </w:r>
      <w:proofErr w:type="spellStart"/>
      <w:r w:rsidRPr="005E15BF">
        <w:rPr>
          <w:rFonts w:ascii="Calibri" w:hAnsi="Calibri"/>
          <w:sz w:val="22"/>
        </w:rPr>
        <w:t>deșeurilor</w:t>
      </w:r>
      <w:proofErr w:type="spellEnd"/>
      <w:r w:rsidRPr="005E15BF">
        <w:rPr>
          <w:rFonts w:ascii="Calibri" w:hAnsi="Calibri"/>
          <w:sz w:val="22"/>
        </w:rPr>
        <w:t xml:space="preserve"> </w:t>
      </w:r>
      <w:proofErr w:type="spellStart"/>
      <w:r w:rsidRPr="005E15BF">
        <w:rPr>
          <w:rFonts w:ascii="Calibri" w:hAnsi="Calibri"/>
          <w:sz w:val="22"/>
        </w:rPr>
        <w:t>menajere</w:t>
      </w:r>
      <w:proofErr w:type="spellEnd"/>
      <w:r w:rsidRPr="005E15BF">
        <w:rPr>
          <w:rFonts w:ascii="Calibri" w:hAnsi="Calibri"/>
          <w:sz w:val="22"/>
        </w:rPr>
        <w:t xml:space="preserve"> </w:t>
      </w:r>
      <w:proofErr w:type="spellStart"/>
      <w:r w:rsidRPr="005E15BF">
        <w:rPr>
          <w:rFonts w:ascii="Calibri" w:hAnsi="Calibri"/>
          <w:sz w:val="22"/>
        </w:rPr>
        <w:t>și</w:t>
      </w:r>
      <w:proofErr w:type="spellEnd"/>
      <w:r w:rsidRPr="005E15BF">
        <w:rPr>
          <w:rFonts w:ascii="Calibri" w:hAnsi="Calibri"/>
          <w:sz w:val="22"/>
        </w:rPr>
        <w:t xml:space="preserve"> al </w:t>
      </w:r>
      <w:proofErr w:type="spellStart"/>
      <w:r w:rsidRPr="005E15BF">
        <w:rPr>
          <w:rFonts w:ascii="Calibri" w:hAnsi="Calibri"/>
          <w:sz w:val="22"/>
        </w:rPr>
        <w:t>deșeurilor</w:t>
      </w:r>
      <w:proofErr w:type="spellEnd"/>
      <w:r w:rsidRPr="005E15BF">
        <w:rPr>
          <w:rFonts w:ascii="Calibri" w:hAnsi="Calibri"/>
          <w:sz w:val="22"/>
        </w:rPr>
        <w:t xml:space="preserve"> </w:t>
      </w:r>
      <w:proofErr w:type="spellStart"/>
      <w:r w:rsidRPr="005E15BF">
        <w:rPr>
          <w:rFonts w:ascii="Calibri" w:hAnsi="Calibri"/>
          <w:sz w:val="22"/>
        </w:rPr>
        <w:t>similare</w:t>
      </w:r>
      <w:proofErr w:type="spellEnd"/>
      <w:r w:rsidRPr="005E15BF">
        <w:rPr>
          <w:rFonts w:ascii="Calibri" w:hAnsi="Calibri"/>
          <w:sz w:val="22"/>
        </w:rPr>
        <w:t xml:space="preserve"> </w:t>
      </w:r>
      <w:proofErr w:type="spellStart"/>
      <w:r w:rsidRPr="005E15BF">
        <w:rPr>
          <w:rFonts w:ascii="Calibri" w:hAnsi="Calibri"/>
          <w:sz w:val="22"/>
        </w:rPr>
        <w:t>provenind</w:t>
      </w:r>
      <w:proofErr w:type="spellEnd"/>
      <w:r w:rsidRPr="005E15BF">
        <w:rPr>
          <w:rFonts w:ascii="Calibri" w:hAnsi="Calibri"/>
          <w:sz w:val="22"/>
        </w:rPr>
        <w:t xml:space="preserve"> din </w:t>
      </w:r>
      <w:proofErr w:type="spellStart"/>
      <w:r w:rsidRPr="005E15BF">
        <w:rPr>
          <w:rFonts w:ascii="Calibri" w:hAnsi="Calibri"/>
          <w:sz w:val="22"/>
        </w:rPr>
        <w:t>activități</w:t>
      </w:r>
      <w:proofErr w:type="spellEnd"/>
      <w:r w:rsidRPr="005E15BF">
        <w:rPr>
          <w:rFonts w:ascii="Calibri" w:hAnsi="Calibri"/>
          <w:sz w:val="22"/>
        </w:rPr>
        <w:t xml:space="preserve"> </w:t>
      </w:r>
      <w:proofErr w:type="spellStart"/>
      <w:r w:rsidRPr="005E15BF">
        <w:rPr>
          <w:rFonts w:ascii="Calibri" w:hAnsi="Calibri"/>
          <w:sz w:val="22"/>
        </w:rPr>
        <w:t>comerciale</w:t>
      </w:r>
      <w:proofErr w:type="spellEnd"/>
      <w:r w:rsidRPr="005E15BF">
        <w:rPr>
          <w:rFonts w:ascii="Calibri" w:hAnsi="Calibri"/>
          <w:sz w:val="22"/>
        </w:rPr>
        <w:t xml:space="preserve"> din </w:t>
      </w:r>
      <w:proofErr w:type="spellStart"/>
      <w:r w:rsidRPr="005E15BF">
        <w:rPr>
          <w:rFonts w:ascii="Calibri" w:hAnsi="Calibri"/>
          <w:sz w:val="22"/>
        </w:rPr>
        <w:t>industrie</w:t>
      </w:r>
      <w:proofErr w:type="spellEnd"/>
      <w:r w:rsidRPr="005E15BF">
        <w:rPr>
          <w:rFonts w:ascii="Calibri" w:hAnsi="Calibri"/>
          <w:sz w:val="22"/>
        </w:rPr>
        <w:t xml:space="preserve"> </w:t>
      </w:r>
      <w:proofErr w:type="spellStart"/>
      <w:r w:rsidRPr="005E15BF">
        <w:rPr>
          <w:rFonts w:ascii="Calibri" w:hAnsi="Calibri"/>
          <w:sz w:val="22"/>
        </w:rPr>
        <w:t>și</w:t>
      </w:r>
      <w:proofErr w:type="spellEnd"/>
      <w:r w:rsidRPr="005E15BF">
        <w:rPr>
          <w:rFonts w:ascii="Calibri" w:hAnsi="Calibri"/>
          <w:sz w:val="22"/>
        </w:rPr>
        <w:t xml:space="preserve"> </w:t>
      </w:r>
      <w:proofErr w:type="spellStart"/>
      <w:r w:rsidRPr="005E15BF">
        <w:rPr>
          <w:rFonts w:ascii="Calibri" w:hAnsi="Calibri"/>
          <w:sz w:val="22"/>
        </w:rPr>
        <w:t>instituții</w:t>
      </w:r>
      <w:proofErr w:type="spellEnd"/>
      <w:r w:rsidRPr="005E15BF">
        <w:rPr>
          <w:rFonts w:ascii="Calibri" w:hAnsi="Calibri"/>
          <w:sz w:val="22"/>
        </w:rPr>
        <w:t xml:space="preserve">, </w:t>
      </w:r>
      <w:proofErr w:type="spellStart"/>
      <w:r w:rsidRPr="005E15BF">
        <w:rPr>
          <w:rFonts w:ascii="Calibri" w:hAnsi="Calibri"/>
          <w:sz w:val="22"/>
        </w:rPr>
        <w:t>inclusiv</w:t>
      </w:r>
      <w:proofErr w:type="spellEnd"/>
      <w:r w:rsidRPr="005E15BF">
        <w:rPr>
          <w:rFonts w:ascii="Calibri" w:hAnsi="Calibri"/>
          <w:sz w:val="22"/>
        </w:rPr>
        <w:t xml:space="preserve"> </w:t>
      </w:r>
      <w:proofErr w:type="spellStart"/>
      <w:r w:rsidRPr="005E15BF">
        <w:rPr>
          <w:rFonts w:ascii="Calibri" w:hAnsi="Calibri"/>
          <w:sz w:val="22"/>
        </w:rPr>
        <w:t>fracții</w:t>
      </w:r>
      <w:proofErr w:type="spellEnd"/>
      <w:r w:rsidRPr="005E15BF">
        <w:rPr>
          <w:rFonts w:ascii="Calibri" w:hAnsi="Calibri"/>
          <w:sz w:val="22"/>
        </w:rPr>
        <w:t xml:space="preserve"> </w:t>
      </w:r>
      <w:proofErr w:type="spellStart"/>
      <w:r w:rsidRPr="005E15BF">
        <w:rPr>
          <w:rFonts w:ascii="Calibri" w:hAnsi="Calibri"/>
          <w:sz w:val="22"/>
        </w:rPr>
        <w:t>colectate</w:t>
      </w:r>
      <w:proofErr w:type="spellEnd"/>
      <w:r w:rsidRPr="005E15BF">
        <w:rPr>
          <w:rFonts w:ascii="Calibri" w:hAnsi="Calibri"/>
          <w:sz w:val="22"/>
        </w:rPr>
        <w:t xml:space="preserve"> </w:t>
      </w:r>
      <w:proofErr w:type="spellStart"/>
      <w:r w:rsidRPr="005E15BF">
        <w:rPr>
          <w:rFonts w:ascii="Calibri" w:hAnsi="Calibri"/>
          <w:sz w:val="22"/>
        </w:rPr>
        <w:t>separat</w:t>
      </w:r>
      <w:proofErr w:type="spellEnd"/>
    </w:p>
    <w:p w14:paraId="044E4C30" w14:textId="024410DE" w:rsidR="00081F51" w:rsidRPr="005E15BF" w:rsidRDefault="00000000">
      <w:pPr>
        <w:spacing w:after="120"/>
        <w:jc w:val="both"/>
      </w:pPr>
      <w:r w:rsidRPr="005E15BF">
        <w:rPr>
          <w:rFonts w:ascii="Calibri" w:hAnsi="Calibri"/>
          <w:b/>
          <w:sz w:val="20"/>
        </w:rPr>
        <w:t xml:space="preserve">Tabel </w:t>
      </w:r>
      <w:r w:rsidR="005E15BF">
        <w:rPr>
          <w:rFonts w:ascii="Calibri" w:hAnsi="Calibri"/>
          <w:b/>
          <w:sz w:val="20"/>
        </w:rPr>
        <w:t>-</w:t>
      </w:r>
      <w:r w:rsidRPr="005E15BF">
        <w:rPr>
          <w:rFonts w:ascii="Calibri" w:hAnsi="Calibri"/>
          <w:b/>
          <w:sz w:val="20"/>
        </w:rPr>
        <w:t xml:space="preserve"> </w:t>
      </w:r>
      <w:proofErr w:type="spellStart"/>
      <w:r w:rsidRPr="005E15BF">
        <w:rPr>
          <w:rFonts w:ascii="Calibri" w:hAnsi="Calibri"/>
          <w:b/>
          <w:sz w:val="20"/>
        </w:rPr>
        <w:t>Indicatorii</w:t>
      </w:r>
      <w:proofErr w:type="spellEnd"/>
      <w:r w:rsidRPr="005E15BF">
        <w:rPr>
          <w:rFonts w:ascii="Calibri" w:hAnsi="Calibri"/>
          <w:b/>
          <w:sz w:val="20"/>
        </w:rPr>
        <w:t xml:space="preserve"> de </w:t>
      </w:r>
      <w:proofErr w:type="spellStart"/>
      <w:r w:rsidRPr="005E15BF">
        <w:rPr>
          <w:rFonts w:ascii="Calibri" w:hAnsi="Calibri"/>
          <w:b/>
          <w:sz w:val="20"/>
        </w:rPr>
        <w:t>performanță</w:t>
      </w:r>
      <w:proofErr w:type="spellEnd"/>
      <w:r w:rsidRPr="005E15BF">
        <w:rPr>
          <w:rFonts w:ascii="Calibri" w:hAnsi="Calibri"/>
          <w:b/>
          <w:sz w:val="20"/>
        </w:rPr>
        <w:t xml:space="preserve"> </w:t>
      </w:r>
      <w:proofErr w:type="spellStart"/>
      <w:r w:rsidRPr="005E15BF">
        <w:rPr>
          <w:rFonts w:ascii="Calibri" w:hAnsi="Calibri"/>
          <w:b/>
          <w:sz w:val="20"/>
        </w:rPr>
        <w:t>privind</w:t>
      </w:r>
      <w:proofErr w:type="spellEnd"/>
      <w:r w:rsidRPr="005E15BF">
        <w:rPr>
          <w:rFonts w:ascii="Calibri" w:hAnsi="Calibri"/>
          <w:b/>
          <w:sz w:val="20"/>
        </w:rPr>
        <w:t xml:space="preserve"> </w:t>
      </w:r>
      <w:proofErr w:type="spellStart"/>
      <w:r w:rsidRPr="005E15BF">
        <w:rPr>
          <w:rFonts w:ascii="Calibri" w:hAnsi="Calibri"/>
          <w:b/>
          <w:sz w:val="20"/>
        </w:rPr>
        <w:t>calitatea</w:t>
      </w:r>
      <w:proofErr w:type="spellEnd"/>
      <w:r w:rsidRPr="005E15BF">
        <w:rPr>
          <w:rFonts w:ascii="Calibri" w:hAnsi="Calibri"/>
          <w:b/>
          <w:sz w:val="20"/>
        </w:rPr>
        <w:t xml:space="preserve"> </w:t>
      </w:r>
      <w:proofErr w:type="spellStart"/>
      <w:r w:rsidRPr="005E15BF">
        <w:rPr>
          <w:rFonts w:ascii="Calibri" w:hAnsi="Calibri"/>
          <w:b/>
          <w:sz w:val="20"/>
        </w:rPr>
        <w:t>prestării</w:t>
      </w:r>
      <w:proofErr w:type="spellEnd"/>
      <w:r w:rsidRPr="005E15BF">
        <w:rPr>
          <w:rFonts w:ascii="Calibri" w:hAnsi="Calibri"/>
          <w:b/>
          <w:sz w:val="20"/>
        </w:rPr>
        <w:t xml:space="preserve"> </w:t>
      </w:r>
      <w:proofErr w:type="spellStart"/>
      <w:r w:rsidRPr="005E15BF">
        <w:rPr>
          <w:rFonts w:ascii="Calibri" w:hAnsi="Calibri"/>
          <w:b/>
          <w:sz w:val="20"/>
        </w:rPr>
        <w:t>activității</w:t>
      </w:r>
      <w:proofErr w:type="spellEnd"/>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9"/>
        <w:gridCol w:w="2409"/>
        <w:gridCol w:w="2410"/>
        <w:gridCol w:w="2410"/>
      </w:tblGrid>
      <w:tr w:rsidR="00081F51" w:rsidRPr="005E15BF" w14:paraId="6DACBCB3" w14:textId="77777777">
        <w:trPr>
          <w:cantSplit/>
          <w:tblHeader/>
          <w:jc w:val="center"/>
        </w:trPr>
        <w:tc>
          <w:tcPr>
            <w:tcW w:w="1672" w:type="dxa"/>
            <w:shd w:val="clear" w:color="auto" w:fill="D9D9D9"/>
          </w:tcPr>
          <w:p w14:paraId="4ACD90F3" w14:textId="77777777" w:rsidR="00081F51" w:rsidRPr="005E15BF" w:rsidRDefault="00000000">
            <w:pPr>
              <w:spacing w:before="20" w:after="20"/>
            </w:pPr>
            <w:proofErr w:type="spellStart"/>
            <w:r w:rsidRPr="005E15BF">
              <w:rPr>
                <w:rFonts w:ascii="Calibri" w:hAnsi="Calibri"/>
                <w:b/>
                <w:sz w:val="18"/>
              </w:rPr>
              <w:t>Denumire</w:t>
            </w:r>
            <w:proofErr w:type="spellEnd"/>
            <w:r w:rsidRPr="005E15BF">
              <w:rPr>
                <w:rFonts w:ascii="Calibri" w:hAnsi="Calibri"/>
                <w:b/>
                <w:sz w:val="18"/>
              </w:rPr>
              <w:t xml:space="preserve"> indicator de </w:t>
            </w:r>
            <w:proofErr w:type="spellStart"/>
            <w:r w:rsidRPr="005E15BF">
              <w:rPr>
                <w:rFonts w:ascii="Calibri" w:hAnsi="Calibri"/>
                <w:b/>
                <w:sz w:val="18"/>
              </w:rPr>
              <w:t>performanță</w:t>
            </w:r>
            <w:proofErr w:type="spellEnd"/>
            <w:r w:rsidRPr="005E15BF">
              <w:rPr>
                <w:rFonts w:ascii="Calibri" w:hAnsi="Calibri"/>
                <w:b/>
                <w:sz w:val="18"/>
              </w:rPr>
              <w:t xml:space="preserve"> (IP)</w:t>
            </w:r>
          </w:p>
        </w:tc>
        <w:tc>
          <w:tcPr>
            <w:tcW w:w="1672" w:type="dxa"/>
            <w:shd w:val="clear" w:color="auto" w:fill="D9D9D9"/>
          </w:tcPr>
          <w:p w14:paraId="4B3E8701" w14:textId="77777777" w:rsidR="00081F51" w:rsidRPr="005E15BF" w:rsidRDefault="00000000">
            <w:pPr>
              <w:spacing w:before="20" w:after="20"/>
            </w:pPr>
            <w:proofErr w:type="spellStart"/>
            <w:r w:rsidRPr="005E15BF">
              <w:rPr>
                <w:rFonts w:ascii="Calibri" w:hAnsi="Calibri"/>
                <w:b/>
                <w:sz w:val="18"/>
              </w:rPr>
              <w:t>Descrierea</w:t>
            </w:r>
            <w:proofErr w:type="spellEnd"/>
            <w:r w:rsidRPr="005E15BF">
              <w:rPr>
                <w:rFonts w:ascii="Calibri" w:hAnsi="Calibri"/>
                <w:b/>
                <w:sz w:val="18"/>
              </w:rPr>
              <w:t xml:space="preserve"> </w:t>
            </w:r>
            <w:proofErr w:type="spellStart"/>
            <w:r w:rsidRPr="005E15BF">
              <w:rPr>
                <w:rFonts w:ascii="Calibri" w:hAnsi="Calibri"/>
                <w:b/>
                <w:sz w:val="18"/>
              </w:rPr>
              <w:t>indicatorului</w:t>
            </w:r>
            <w:proofErr w:type="spellEnd"/>
          </w:p>
        </w:tc>
        <w:tc>
          <w:tcPr>
            <w:tcW w:w="1672" w:type="dxa"/>
            <w:shd w:val="clear" w:color="auto" w:fill="D9D9D9"/>
          </w:tcPr>
          <w:p w14:paraId="38CE0B34" w14:textId="77777777" w:rsidR="00081F51" w:rsidRPr="005E15BF" w:rsidRDefault="00000000">
            <w:pPr>
              <w:spacing w:before="20" w:after="20"/>
              <w:jc w:val="center"/>
            </w:pPr>
            <w:proofErr w:type="spellStart"/>
            <w:r w:rsidRPr="005E15BF">
              <w:rPr>
                <w:rFonts w:ascii="Calibri" w:hAnsi="Calibri"/>
                <w:b/>
                <w:sz w:val="18"/>
              </w:rPr>
              <w:t>Valoarea</w:t>
            </w:r>
            <w:proofErr w:type="spellEnd"/>
            <w:r w:rsidRPr="005E15BF">
              <w:rPr>
                <w:rFonts w:ascii="Calibri" w:hAnsi="Calibri"/>
                <w:b/>
                <w:sz w:val="18"/>
              </w:rPr>
              <w:t xml:space="preserve"> </w:t>
            </w:r>
            <w:proofErr w:type="spellStart"/>
            <w:r w:rsidRPr="005E15BF">
              <w:rPr>
                <w:rFonts w:ascii="Calibri" w:hAnsi="Calibri"/>
                <w:b/>
                <w:sz w:val="18"/>
              </w:rPr>
              <w:t>indicatorului</w:t>
            </w:r>
            <w:proofErr w:type="spellEnd"/>
          </w:p>
        </w:tc>
        <w:tc>
          <w:tcPr>
            <w:tcW w:w="1672" w:type="dxa"/>
            <w:shd w:val="clear" w:color="auto" w:fill="D9D9D9"/>
          </w:tcPr>
          <w:p w14:paraId="53909B90" w14:textId="77777777" w:rsidR="00081F51" w:rsidRPr="005E15BF" w:rsidRDefault="00000000">
            <w:pPr>
              <w:spacing w:before="20" w:after="20"/>
              <w:jc w:val="center"/>
            </w:pPr>
            <w:proofErr w:type="spellStart"/>
            <w:r w:rsidRPr="005E15BF">
              <w:rPr>
                <w:rFonts w:ascii="Calibri" w:hAnsi="Calibri"/>
                <w:b/>
                <w:sz w:val="18"/>
              </w:rPr>
              <w:t>Penalitate</w:t>
            </w:r>
            <w:proofErr w:type="spellEnd"/>
          </w:p>
        </w:tc>
      </w:tr>
      <w:tr w:rsidR="00081F51" w:rsidRPr="001F0542" w14:paraId="064C24AD" w14:textId="77777777">
        <w:trPr>
          <w:cantSplit/>
          <w:jc w:val="center"/>
        </w:trPr>
        <w:tc>
          <w:tcPr>
            <w:tcW w:w="1672" w:type="dxa"/>
          </w:tcPr>
          <w:p w14:paraId="16D0139E" w14:textId="77777777" w:rsidR="00081F51" w:rsidRPr="005E15BF" w:rsidRDefault="00000000">
            <w:pPr>
              <w:spacing w:before="20" w:after="20"/>
            </w:pPr>
            <w:r w:rsidRPr="005E15BF">
              <w:rPr>
                <w:rFonts w:ascii="Calibri" w:hAnsi="Calibri"/>
                <w:sz w:val="18"/>
              </w:rPr>
              <w:t xml:space="preserve">IP </w:t>
            </w:r>
            <w:proofErr w:type="spellStart"/>
            <w:r w:rsidRPr="005E15BF">
              <w:rPr>
                <w:rFonts w:ascii="Calibri" w:hAnsi="Calibri"/>
                <w:sz w:val="18"/>
              </w:rPr>
              <w:t>privind</w:t>
            </w:r>
            <w:proofErr w:type="spellEnd"/>
            <w:r w:rsidRPr="005E15BF">
              <w:rPr>
                <w:rFonts w:ascii="Calibri" w:hAnsi="Calibri"/>
                <w:sz w:val="18"/>
              </w:rPr>
              <w:t xml:space="preserve"> </w:t>
            </w:r>
            <w:proofErr w:type="spellStart"/>
            <w:r w:rsidRPr="005E15BF">
              <w:rPr>
                <w:rFonts w:ascii="Calibri" w:hAnsi="Calibri"/>
                <w:sz w:val="18"/>
              </w:rPr>
              <w:t>eficiența</w:t>
            </w:r>
            <w:proofErr w:type="spellEnd"/>
            <w:r w:rsidRPr="005E15BF">
              <w:rPr>
                <w:rFonts w:ascii="Calibri" w:hAnsi="Calibri"/>
                <w:sz w:val="18"/>
              </w:rPr>
              <w:t xml:space="preserve"> </w:t>
            </w:r>
            <w:proofErr w:type="spellStart"/>
            <w:r w:rsidRPr="005E15BF">
              <w:rPr>
                <w:rFonts w:ascii="Calibri" w:hAnsi="Calibri"/>
                <w:sz w:val="18"/>
              </w:rPr>
              <w:t>furnizării</w:t>
            </w:r>
            <w:proofErr w:type="spellEnd"/>
            <w:r w:rsidRPr="005E15BF">
              <w:rPr>
                <w:rFonts w:ascii="Calibri" w:hAnsi="Calibri"/>
                <w:sz w:val="18"/>
              </w:rPr>
              <w:t xml:space="preserve"> </w:t>
            </w:r>
            <w:proofErr w:type="spellStart"/>
            <w:r w:rsidRPr="005E15BF">
              <w:rPr>
                <w:rFonts w:ascii="Calibri" w:hAnsi="Calibri"/>
                <w:sz w:val="18"/>
              </w:rPr>
              <w:t>recipientelor</w:t>
            </w:r>
            <w:proofErr w:type="spellEnd"/>
            <w:r w:rsidRPr="005E15BF">
              <w:rPr>
                <w:rFonts w:ascii="Calibri" w:hAnsi="Calibri"/>
                <w:sz w:val="18"/>
              </w:rPr>
              <w:t xml:space="preserve"> de </w:t>
            </w:r>
            <w:proofErr w:type="spellStart"/>
            <w:r w:rsidRPr="005E15BF">
              <w:rPr>
                <w:rFonts w:ascii="Calibri" w:hAnsi="Calibri"/>
                <w:sz w:val="18"/>
              </w:rPr>
              <w:t>colectare</w:t>
            </w:r>
            <w:proofErr w:type="spellEnd"/>
            <w:r w:rsidRPr="005E15BF">
              <w:rPr>
                <w:rFonts w:ascii="Calibri" w:hAnsi="Calibri"/>
                <w:sz w:val="18"/>
              </w:rPr>
              <w:t xml:space="preserve"> la </w:t>
            </w:r>
            <w:proofErr w:type="spellStart"/>
            <w:r w:rsidRPr="005E15BF">
              <w:rPr>
                <w:rFonts w:ascii="Calibri" w:hAnsi="Calibri"/>
                <w:sz w:val="18"/>
              </w:rPr>
              <w:t>solicitarea</w:t>
            </w:r>
            <w:proofErr w:type="spellEnd"/>
            <w:r w:rsidRPr="005E15BF">
              <w:rPr>
                <w:rFonts w:ascii="Calibri" w:hAnsi="Calibri"/>
                <w:sz w:val="18"/>
              </w:rPr>
              <w:t xml:space="preserve"> </w:t>
            </w:r>
            <w:proofErr w:type="spellStart"/>
            <w:r w:rsidRPr="005E15BF">
              <w:rPr>
                <w:rFonts w:ascii="Calibri" w:hAnsi="Calibri"/>
                <w:sz w:val="18"/>
              </w:rPr>
              <w:t>utilizatorului</w:t>
            </w:r>
            <w:proofErr w:type="spellEnd"/>
          </w:p>
        </w:tc>
        <w:tc>
          <w:tcPr>
            <w:tcW w:w="1672" w:type="dxa"/>
          </w:tcPr>
          <w:p w14:paraId="478D6027" w14:textId="77777777" w:rsidR="00081F51" w:rsidRPr="005E15BF" w:rsidRDefault="00000000">
            <w:pPr>
              <w:spacing w:before="20" w:after="20"/>
            </w:pPr>
            <w:proofErr w:type="spellStart"/>
            <w:r w:rsidRPr="005E15BF">
              <w:rPr>
                <w:rFonts w:ascii="Calibri" w:hAnsi="Calibri"/>
                <w:sz w:val="18"/>
              </w:rPr>
              <w:t>Numărul</w:t>
            </w:r>
            <w:proofErr w:type="spellEnd"/>
            <w:r w:rsidRPr="005E15BF">
              <w:rPr>
                <w:rFonts w:ascii="Calibri" w:hAnsi="Calibri"/>
                <w:sz w:val="18"/>
              </w:rPr>
              <w:t xml:space="preserve"> de </w:t>
            </w:r>
            <w:proofErr w:type="spellStart"/>
            <w:r w:rsidRPr="005E15BF">
              <w:rPr>
                <w:rFonts w:ascii="Calibri" w:hAnsi="Calibri"/>
                <w:sz w:val="18"/>
              </w:rPr>
              <w:t>recipiente</w:t>
            </w:r>
            <w:proofErr w:type="spellEnd"/>
            <w:r w:rsidRPr="005E15BF">
              <w:rPr>
                <w:rFonts w:ascii="Calibri" w:hAnsi="Calibri"/>
                <w:sz w:val="18"/>
              </w:rPr>
              <w:t xml:space="preserve"> </w:t>
            </w:r>
            <w:proofErr w:type="spellStart"/>
            <w:r w:rsidRPr="005E15BF">
              <w:rPr>
                <w:rFonts w:ascii="Calibri" w:hAnsi="Calibri"/>
                <w:sz w:val="18"/>
              </w:rPr>
              <w:t>pentru</w:t>
            </w:r>
            <w:proofErr w:type="spellEnd"/>
            <w:r w:rsidRPr="005E15BF">
              <w:rPr>
                <w:rFonts w:ascii="Calibri" w:hAnsi="Calibri"/>
                <w:sz w:val="18"/>
              </w:rPr>
              <w:t xml:space="preserve"> </w:t>
            </w:r>
            <w:proofErr w:type="spellStart"/>
            <w:r w:rsidRPr="005E15BF">
              <w:rPr>
                <w:rFonts w:ascii="Calibri" w:hAnsi="Calibri"/>
                <w:sz w:val="18"/>
              </w:rPr>
              <w:t>colectarea</w:t>
            </w:r>
            <w:proofErr w:type="spellEnd"/>
            <w:r w:rsidRPr="005E15BF">
              <w:rPr>
                <w:rFonts w:ascii="Calibri" w:hAnsi="Calibri"/>
                <w:sz w:val="18"/>
              </w:rPr>
              <w:t xml:space="preserve"> </w:t>
            </w:r>
            <w:proofErr w:type="spellStart"/>
            <w:r w:rsidRPr="005E15BF">
              <w:rPr>
                <w:rFonts w:ascii="Calibri" w:hAnsi="Calibri"/>
                <w:sz w:val="18"/>
              </w:rPr>
              <w:t>separată</w:t>
            </w:r>
            <w:proofErr w:type="spellEnd"/>
            <w:r w:rsidRPr="005E15BF">
              <w:rPr>
                <w:rFonts w:ascii="Calibri" w:hAnsi="Calibri"/>
                <w:sz w:val="18"/>
              </w:rPr>
              <w:t xml:space="preserve"> a </w:t>
            </w:r>
            <w:proofErr w:type="spellStart"/>
            <w:r w:rsidRPr="005E15BF">
              <w:rPr>
                <w:rFonts w:ascii="Calibri" w:hAnsi="Calibri"/>
                <w:sz w:val="18"/>
              </w:rPr>
              <w:t>deșeurilor</w:t>
            </w:r>
            <w:proofErr w:type="spellEnd"/>
            <w:r w:rsidRPr="005E15BF">
              <w:rPr>
                <w:rFonts w:ascii="Calibri" w:hAnsi="Calibri"/>
                <w:sz w:val="18"/>
              </w:rPr>
              <w:t xml:space="preserve"> </w:t>
            </w:r>
            <w:proofErr w:type="spellStart"/>
            <w:r w:rsidRPr="005E15BF">
              <w:rPr>
                <w:rFonts w:ascii="Calibri" w:hAnsi="Calibri"/>
                <w:sz w:val="18"/>
              </w:rPr>
              <w:t>furnizate</w:t>
            </w:r>
            <w:proofErr w:type="spellEnd"/>
            <w:r w:rsidRPr="005E15BF">
              <w:rPr>
                <w:rFonts w:ascii="Calibri" w:hAnsi="Calibri"/>
                <w:sz w:val="18"/>
              </w:rPr>
              <w:t xml:space="preserve"> de </w:t>
            </w:r>
            <w:proofErr w:type="spellStart"/>
            <w:r w:rsidRPr="005E15BF">
              <w:rPr>
                <w:rFonts w:ascii="Calibri" w:hAnsi="Calibri"/>
                <w:sz w:val="18"/>
              </w:rPr>
              <w:t>către</w:t>
            </w:r>
            <w:proofErr w:type="spellEnd"/>
            <w:r w:rsidRPr="005E15BF">
              <w:rPr>
                <w:rFonts w:ascii="Calibri" w:hAnsi="Calibri"/>
                <w:sz w:val="18"/>
              </w:rPr>
              <w:t xml:space="preserve"> operator </w:t>
            </w:r>
            <w:proofErr w:type="spellStart"/>
            <w:r w:rsidRPr="005E15BF">
              <w:rPr>
                <w:rFonts w:ascii="Calibri" w:hAnsi="Calibri"/>
                <w:sz w:val="18"/>
              </w:rPr>
              <w:t>în</w:t>
            </w:r>
            <w:proofErr w:type="spellEnd"/>
            <w:r w:rsidRPr="005E15BF">
              <w:rPr>
                <w:rFonts w:ascii="Calibri" w:hAnsi="Calibri"/>
                <w:sz w:val="18"/>
              </w:rPr>
              <w:t xml:space="preserve"> termen de 5 </w:t>
            </w:r>
            <w:proofErr w:type="spellStart"/>
            <w:r w:rsidRPr="005E15BF">
              <w:rPr>
                <w:rFonts w:ascii="Calibri" w:hAnsi="Calibri"/>
                <w:sz w:val="18"/>
              </w:rPr>
              <w:t>zile</w:t>
            </w:r>
            <w:proofErr w:type="spellEnd"/>
            <w:r w:rsidRPr="005E15BF">
              <w:rPr>
                <w:rFonts w:ascii="Calibri" w:hAnsi="Calibri"/>
                <w:sz w:val="18"/>
              </w:rPr>
              <w:t xml:space="preserve"> </w:t>
            </w:r>
            <w:proofErr w:type="spellStart"/>
            <w:r w:rsidRPr="005E15BF">
              <w:rPr>
                <w:rFonts w:ascii="Calibri" w:hAnsi="Calibri"/>
                <w:sz w:val="18"/>
              </w:rPr>
              <w:t>lucrătoare</w:t>
            </w:r>
            <w:proofErr w:type="spellEnd"/>
            <w:r w:rsidRPr="005E15BF">
              <w:rPr>
                <w:rFonts w:ascii="Calibri" w:hAnsi="Calibri"/>
                <w:sz w:val="18"/>
              </w:rPr>
              <w:t xml:space="preserve"> de la </w:t>
            </w:r>
            <w:proofErr w:type="spellStart"/>
            <w:r w:rsidRPr="005E15BF">
              <w:rPr>
                <w:rFonts w:ascii="Calibri" w:hAnsi="Calibri"/>
                <w:sz w:val="18"/>
              </w:rPr>
              <w:t>solicitarea</w:t>
            </w:r>
            <w:proofErr w:type="spellEnd"/>
            <w:r w:rsidRPr="005E15BF">
              <w:rPr>
                <w:rFonts w:ascii="Calibri" w:hAnsi="Calibri"/>
                <w:sz w:val="18"/>
              </w:rPr>
              <w:t xml:space="preserve"> </w:t>
            </w:r>
            <w:proofErr w:type="spellStart"/>
            <w:r w:rsidRPr="005E15BF">
              <w:rPr>
                <w:rFonts w:ascii="Calibri" w:hAnsi="Calibri"/>
                <w:sz w:val="18"/>
              </w:rPr>
              <w:t>utilizatorilor</w:t>
            </w:r>
            <w:proofErr w:type="spellEnd"/>
            <w:r w:rsidRPr="005E15BF">
              <w:rPr>
                <w:rFonts w:ascii="Calibri" w:hAnsi="Calibri"/>
                <w:sz w:val="18"/>
              </w:rPr>
              <w:t xml:space="preserve"> </w:t>
            </w:r>
            <w:proofErr w:type="spellStart"/>
            <w:r w:rsidRPr="005E15BF">
              <w:rPr>
                <w:rFonts w:ascii="Calibri" w:hAnsi="Calibri"/>
                <w:sz w:val="18"/>
              </w:rPr>
              <w:t>raportat</w:t>
            </w:r>
            <w:proofErr w:type="spellEnd"/>
            <w:r w:rsidRPr="005E15BF">
              <w:rPr>
                <w:rFonts w:ascii="Calibri" w:hAnsi="Calibri"/>
                <w:sz w:val="18"/>
              </w:rPr>
              <w:t xml:space="preserve"> la </w:t>
            </w:r>
            <w:proofErr w:type="spellStart"/>
            <w:r w:rsidRPr="005E15BF">
              <w:rPr>
                <w:rFonts w:ascii="Calibri" w:hAnsi="Calibri"/>
                <w:sz w:val="18"/>
              </w:rPr>
              <w:t>numărul</w:t>
            </w:r>
            <w:proofErr w:type="spellEnd"/>
            <w:r w:rsidRPr="005E15BF">
              <w:rPr>
                <w:rFonts w:ascii="Calibri" w:hAnsi="Calibri"/>
                <w:sz w:val="18"/>
              </w:rPr>
              <w:t xml:space="preserve"> total de </w:t>
            </w:r>
            <w:proofErr w:type="spellStart"/>
            <w:r w:rsidRPr="005E15BF">
              <w:rPr>
                <w:rFonts w:ascii="Calibri" w:hAnsi="Calibri"/>
                <w:sz w:val="18"/>
              </w:rPr>
              <w:t>recipiente</w:t>
            </w:r>
            <w:proofErr w:type="spellEnd"/>
            <w:r w:rsidRPr="005E15BF">
              <w:rPr>
                <w:rFonts w:ascii="Calibri" w:hAnsi="Calibri"/>
                <w:sz w:val="18"/>
              </w:rPr>
              <w:t xml:space="preserve"> solicitate.</w:t>
            </w:r>
          </w:p>
        </w:tc>
        <w:tc>
          <w:tcPr>
            <w:tcW w:w="1672" w:type="dxa"/>
          </w:tcPr>
          <w:p w14:paraId="15AE8426" w14:textId="77777777" w:rsidR="00081F51" w:rsidRPr="005E15BF" w:rsidRDefault="00000000">
            <w:pPr>
              <w:spacing w:before="20" w:after="20"/>
              <w:jc w:val="center"/>
            </w:pPr>
            <w:r w:rsidRPr="005E15BF">
              <w:rPr>
                <w:rFonts w:ascii="Calibri" w:hAnsi="Calibri"/>
                <w:sz w:val="18"/>
              </w:rPr>
              <w:t>100%</w:t>
            </w:r>
          </w:p>
        </w:tc>
        <w:tc>
          <w:tcPr>
            <w:tcW w:w="1672" w:type="dxa"/>
          </w:tcPr>
          <w:p w14:paraId="63106052" w14:textId="77777777" w:rsidR="00081F51" w:rsidRPr="005E15BF" w:rsidRDefault="00000000">
            <w:pPr>
              <w:spacing w:before="20" w:after="20"/>
              <w:jc w:val="center"/>
              <w:rPr>
                <w:lang w:val="it-CH"/>
              </w:rPr>
            </w:pPr>
            <w:r w:rsidRPr="005E15BF">
              <w:rPr>
                <w:rFonts w:ascii="Calibri" w:hAnsi="Calibri"/>
                <w:sz w:val="18"/>
                <w:lang w:val="it-CH"/>
              </w:rPr>
              <w:t>500 lei/recipient nefurnizat la termen</w:t>
            </w:r>
          </w:p>
        </w:tc>
      </w:tr>
      <w:tr w:rsidR="00081F51" w:rsidRPr="005E15BF" w14:paraId="14FCCECC" w14:textId="77777777">
        <w:trPr>
          <w:cantSplit/>
          <w:jc w:val="center"/>
        </w:trPr>
        <w:tc>
          <w:tcPr>
            <w:tcW w:w="1672" w:type="dxa"/>
          </w:tcPr>
          <w:p w14:paraId="3227B021" w14:textId="77777777" w:rsidR="00081F51" w:rsidRPr="005E15BF" w:rsidRDefault="00000000">
            <w:pPr>
              <w:spacing w:before="20" w:after="20"/>
              <w:rPr>
                <w:lang w:val="pt-PT"/>
              </w:rPr>
            </w:pPr>
            <w:r w:rsidRPr="005E15BF">
              <w:rPr>
                <w:rFonts w:ascii="Calibri" w:hAnsi="Calibri"/>
                <w:sz w:val="18"/>
                <w:lang w:val="pt-PT"/>
              </w:rPr>
              <w:t>IP privind eficiența realizării campaniilor de colectare a deșeurilor voluminoase</w:t>
            </w:r>
          </w:p>
        </w:tc>
        <w:tc>
          <w:tcPr>
            <w:tcW w:w="1672" w:type="dxa"/>
          </w:tcPr>
          <w:p w14:paraId="379CAD11" w14:textId="77777777" w:rsidR="00081F51" w:rsidRPr="005E15BF" w:rsidRDefault="00000000">
            <w:pPr>
              <w:spacing w:before="20" w:after="20"/>
              <w:rPr>
                <w:lang w:val="pt-PT"/>
              </w:rPr>
            </w:pPr>
            <w:r w:rsidRPr="005E15BF">
              <w:rPr>
                <w:rFonts w:ascii="Calibri" w:hAnsi="Calibri"/>
                <w:sz w:val="18"/>
                <w:lang w:val="pt-PT"/>
              </w:rPr>
              <w:t>Numărul de campanii de colectare a deșeurilor voluminoase realizate de operator în fiecare unitate administrativ-teritorială din aria delegării raportat la numărul total de campanii de colectare solicitate prin caietul de sarcini.</w:t>
            </w:r>
          </w:p>
        </w:tc>
        <w:tc>
          <w:tcPr>
            <w:tcW w:w="1672" w:type="dxa"/>
          </w:tcPr>
          <w:p w14:paraId="10A83F2B" w14:textId="77777777" w:rsidR="00081F51" w:rsidRPr="005E15BF" w:rsidRDefault="00000000">
            <w:pPr>
              <w:spacing w:before="20" w:after="20"/>
              <w:jc w:val="center"/>
            </w:pPr>
            <w:r w:rsidRPr="005E15BF">
              <w:rPr>
                <w:rFonts w:ascii="Calibri" w:hAnsi="Calibri"/>
                <w:sz w:val="18"/>
              </w:rPr>
              <w:t>100%</w:t>
            </w:r>
          </w:p>
        </w:tc>
        <w:tc>
          <w:tcPr>
            <w:tcW w:w="1672" w:type="dxa"/>
          </w:tcPr>
          <w:p w14:paraId="218C0DDE" w14:textId="77777777" w:rsidR="00081F51" w:rsidRPr="005E15BF" w:rsidRDefault="00000000">
            <w:pPr>
              <w:spacing w:before="20" w:after="20"/>
              <w:jc w:val="center"/>
            </w:pPr>
            <w:r w:rsidRPr="005E15BF">
              <w:rPr>
                <w:rFonts w:ascii="Calibri" w:hAnsi="Calibri"/>
                <w:sz w:val="18"/>
              </w:rPr>
              <w:t>5.000 lei/</w:t>
            </w:r>
            <w:proofErr w:type="spellStart"/>
            <w:r w:rsidRPr="005E15BF">
              <w:rPr>
                <w:rFonts w:ascii="Calibri" w:hAnsi="Calibri"/>
                <w:sz w:val="18"/>
              </w:rPr>
              <w:t>campanie</w:t>
            </w:r>
            <w:proofErr w:type="spellEnd"/>
            <w:r w:rsidRPr="005E15BF">
              <w:rPr>
                <w:rFonts w:ascii="Calibri" w:hAnsi="Calibri"/>
                <w:sz w:val="18"/>
              </w:rPr>
              <w:t xml:space="preserve"> </w:t>
            </w:r>
            <w:proofErr w:type="spellStart"/>
            <w:r w:rsidRPr="005E15BF">
              <w:rPr>
                <w:rFonts w:ascii="Calibri" w:hAnsi="Calibri"/>
                <w:sz w:val="18"/>
              </w:rPr>
              <w:t>neefectuată</w:t>
            </w:r>
            <w:proofErr w:type="spellEnd"/>
          </w:p>
        </w:tc>
      </w:tr>
      <w:tr w:rsidR="00081F51" w:rsidRPr="005E15BF" w14:paraId="5F4EEE94" w14:textId="77777777">
        <w:trPr>
          <w:cantSplit/>
          <w:jc w:val="center"/>
        </w:trPr>
        <w:tc>
          <w:tcPr>
            <w:tcW w:w="1672" w:type="dxa"/>
          </w:tcPr>
          <w:p w14:paraId="41963716" w14:textId="77777777" w:rsidR="00081F51" w:rsidRPr="005E15BF" w:rsidRDefault="00000000">
            <w:pPr>
              <w:spacing w:before="20" w:after="20"/>
              <w:rPr>
                <w:lang w:val="pt-PT"/>
              </w:rPr>
            </w:pPr>
            <w:r w:rsidRPr="005E15BF">
              <w:rPr>
                <w:rFonts w:ascii="Calibri" w:hAnsi="Calibri"/>
                <w:sz w:val="18"/>
                <w:lang w:val="pt-PT"/>
              </w:rPr>
              <w:t>IP privind eficiența realizării campaniilor de colectare a deșeurilor periculoase menajere</w:t>
            </w:r>
          </w:p>
        </w:tc>
        <w:tc>
          <w:tcPr>
            <w:tcW w:w="1672" w:type="dxa"/>
          </w:tcPr>
          <w:p w14:paraId="3ACC0BB4" w14:textId="77777777" w:rsidR="00081F51" w:rsidRPr="005E15BF" w:rsidRDefault="00000000">
            <w:pPr>
              <w:spacing w:before="20" w:after="20"/>
              <w:rPr>
                <w:lang w:val="pt-PT"/>
              </w:rPr>
            </w:pPr>
            <w:r w:rsidRPr="005E15BF">
              <w:rPr>
                <w:rFonts w:ascii="Calibri" w:hAnsi="Calibri"/>
                <w:sz w:val="18"/>
                <w:lang w:val="pt-PT"/>
              </w:rPr>
              <w:t>Numărul de campanii de colectare a deșeurilor periculoase menajere realizate de operator în fiecare unitate administrativ-teritorială din aria delegării raportat la numărul total de campanii de colectare solicitate prin caietul de sarcini.</w:t>
            </w:r>
          </w:p>
        </w:tc>
        <w:tc>
          <w:tcPr>
            <w:tcW w:w="1672" w:type="dxa"/>
          </w:tcPr>
          <w:p w14:paraId="40E9C185" w14:textId="77777777" w:rsidR="00081F51" w:rsidRPr="005E15BF" w:rsidRDefault="00000000">
            <w:pPr>
              <w:spacing w:before="20" w:after="20"/>
              <w:jc w:val="center"/>
            </w:pPr>
            <w:r w:rsidRPr="005E15BF">
              <w:rPr>
                <w:rFonts w:ascii="Calibri" w:hAnsi="Calibri"/>
                <w:sz w:val="18"/>
              </w:rPr>
              <w:t>100%</w:t>
            </w:r>
          </w:p>
        </w:tc>
        <w:tc>
          <w:tcPr>
            <w:tcW w:w="1672" w:type="dxa"/>
          </w:tcPr>
          <w:p w14:paraId="62B1EFF1" w14:textId="77777777" w:rsidR="00081F51" w:rsidRPr="005E15BF" w:rsidRDefault="00000000">
            <w:pPr>
              <w:spacing w:before="20" w:after="20"/>
              <w:jc w:val="center"/>
            </w:pPr>
            <w:r w:rsidRPr="005E15BF">
              <w:rPr>
                <w:rFonts w:ascii="Calibri" w:hAnsi="Calibri"/>
                <w:sz w:val="18"/>
              </w:rPr>
              <w:t>5.000 lei/</w:t>
            </w:r>
            <w:proofErr w:type="spellStart"/>
            <w:r w:rsidRPr="005E15BF">
              <w:rPr>
                <w:rFonts w:ascii="Calibri" w:hAnsi="Calibri"/>
                <w:sz w:val="18"/>
              </w:rPr>
              <w:t>campanie</w:t>
            </w:r>
            <w:proofErr w:type="spellEnd"/>
            <w:r w:rsidRPr="005E15BF">
              <w:rPr>
                <w:rFonts w:ascii="Calibri" w:hAnsi="Calibri"/>
                <w:sz w:val="18"/>
              </w:rPr>
              <w:t xml:space="preserve"> </w:t>
            </w:r>
            <w:proofErr w:type="spellStart"/>
            <w:r w:rsidRPr="005E15BF">
              <w:rPr>
                <w:rFonts w:ascii="Calibri" w:hAnsi="Calibri"/>
                <w:sz w:val="18"/>
              </w:rPr>
              <w:t>neefectuată</w:t>
            </w:r>
            <w:proofErr w:type="spellEnd"/>
          </w:p>
        </w:tc>
      </w:tr>
      <w:tr w:rsidR="00081F51" w:rsidRPr="005E15BF" w14:paraId="02D6FF8C" w14:textId="77777777">
        <w:trPr>
          <w:cantSplit/>
          <w:jc w:val="center"/>
        </w:trPr>
        <w:tc>
          <w:tcPr>
            <w:tcW w:w="1672" w:type="dxa"/>
          </w:tcPr>
          <w:p w14:paraId="72239188" w14:textId="77777777" w:rsidR="00081F51" w:rsidRPr="005E15BF" w:rsidRDefault="00000000">
            <w:pPr>
              <w:spacing w:before="20" w:after="20"/>
            </w:pPr>
            <w:r w:rsidRPr="005E15BF">
              <w:rPr>
                <w:rFonts w:ascii="Calibri" w:hAnsi="Calibri"/>
                <w:sz w:val="18"/>
              </w:rPr>
              <w:t xml:space="preserve">IP </w:t>
            </w:r>
            <w:proofErr w:type="spellStart"/>
            <w:r w:rsidRPr="005E15BF">
              <w:rPr>
                <w:rFonts w:ascii="Calibri" w:hAnsi="Calibri"/>
                <w:sz w:val="18"/>
              </w:rPr>
              <w:t>privind</w:t>
            </w:r>
            <w:proofErr w:type="spellEnd"/>
            <w:r w:rsidRPr="005E15BF">
              <w:rPr>
                <w:rFonts w:ascii="Calibri" w:hAnsi="Calibri"/>
                <w:sz w:val="18"/>
              </w:rPr>
              <w:t xml:space="preserve"> </w:t>
            </w:r>
            <w:proofErr w:type="spellStart"/>
            <w:r w:rsidRPr="005E15BF">
              <w:rPr>
                <w:rFonts w:ascii="Calibri" w:hAnsi="Calibri"/>
                <w:sz w:val="18"/>
              </w:rPr>
              <w:t>eficiența</w:t>
            </w:r>
            <w:proofErr w:type="spellEnd"/>
            <w:r w:rsidRPr="005E15BF">
              <w:rPr>
                <w:rFonts w:ascii="Calibri" w:hAnsi="Calibri"/>
                <w:sz w:val="18"/>
              </w:rPr>
              <w:t xml:space="preserve"> </w:t>
            </w:r>
            <w:proofErr w:type="spellStart"/>
            <w:r w:rsidRPr="005E15BF">
              <w:rPr>
                <w:rFonts w:ascii="Calibri" w:hAnsi="Calibri"/>
                <w:sz w:val="18"/>
              </w:rPr>
              <w:t>colectării</w:t>
            </w:r>
            <w:proofErr w:type="spellEnd"/>
            <w:r w:rsidRPr="005E15BF">
              <w:rPr>
                <w:rFonts w:ascii="Calibri" w:hAnsi="Calibri"/>
                <w:sz w:val="18"/>
              </w:rPr>
              <w:t xml:space="preserve"> </w:t>
            </w:r>
            <w:proofErr w:type="spellStart"/>
            <w:r w:rsidRPr="005E15BF">
              <w:rPr>
                <w:rFonts w:ascii="Calibri" w:hAnsi="Calibri"/>
                <w:sz w:val="18"/>
              </w:rPr>
              <w:t>fracțiilor</w:t>
            </w:r>
            <w:proofErr w:type="spellEnd"/>
            <w:r w:rsidRPr="005E15BF">
              <w:rPr>
                <w:rFonts w:ascii="Calibri" w:hAnsi="Calibri"/>
                <w:sz w:val="18"/>
              </w:rPr>
              <w:t xml:space="preserve"> de </w:t>
            </w:r>
            <w:proofErr w:type="spellStart"/>
            <w:r w:rsidRPr="005E15BF">
              <w:rPr>
                <w:rFonts w:ascii="Calibri" w:hAnsi="Calibri"/>
                <w:sz w:val="18"/>
              </w:rPr>
              <w:t>deșeuri</w:t>
            </w:r>
            <w:proofErr w:type="spellEnd"/>
            <w:r w:rsidRPr="005E15BF">
              <w:rPr>
                <w:rFonts w:ascii="Calibri" w:hAnsi="Calibri"/>
                <w:sz w:val="18"/>
              </w:rPr>
              <w:t xml:space="preserve"> la </w:t>
            </w:r>
            <w:proofErr w:type="spellStart"/>
            <w:r w:rsidRPr="005E15BF">
              <w:rPr>
                <w:rFonts w:ascii="Calibri" w:hAnsi="Calibri"/>
                <w:sz w:val="18"/>
              </w:rPr>
              <w:t>frecvența</w:t>
            </w:r>
            <w:proofErr w:type="spellEnd"/>
            <w:r w:rsidRPr="005E15BF">
              <w:rPr>
                <w:rFonts w:ascii="Calibri" w:hAnsi="Calibri"/>
                <w:sz w:val="18"/>
              </w:rPr>
              <w:t xml:space="preserve"> </w:t>
            </w:r>
            <w:proofErr w:type="spellStart"/>
            <w:r w:rsidRPr="005E15BF">
              <w:rPr>
                <w:rFonts w:ascii="Calibri" w:hAnsi="Calibri"/>
                <w:sz w:val="18"/>
              </w:rPr>
              <w:t>stabilită</w:t>
            </w:r>
            <w:proofErr w:type="spellEnd"/>
          </w:p>
        </w:tc>
        <w:tc>
          <w:tcPr>
            <w:tcW w:w="1672" w:type="dxa"/>
          </w:tcPr>
          <w:p w14:paraId="59931294" w14:textId="77777777" w:rsidR="00081F51" w:rsidRPr="005E15BF" w:rsidRDefault="00000000">
            <w:pPr>
              <w:spacing w:before="20" w:after="20"/>
            </w:pPr>
            <w:proofErr w:type="spellStart"/>
            <w:r w:rsidRPr="005E15BF">
              <w:rPr>
                <w:rFonts w:ascii="Calibri" w:hAnsi="Calibri"/>
                <w:sz w:val="18"/>
              </w:rPr>
              <w:t>Numărul</w:t>
            </w:r>
            <w:proofErr w:type="spellEnd"/>
            <w:r w:rsidRPr="005E15BF">
              <w:rPr>
                <w:rFonts w:ascii="Calibri" w:hAnsi="Calibri"/>
                <w:sz w:val="18"/>
              </w:rPr>
              <w:t xml:space="preserve"> de </w:t>
            </w:r>
            <w:proofErr w:type="spellStart"/>
            <w:r w:rsidRPr="005E15BF">
              <w:rPr>
                <w:rFonts w:ascii="Calibri" w:hAnsi="Calibri"/>
                <w:sz w:val="18"/>
              </w:rPr>
              <w:t>abateri</w:t>
            </w:r>
            <w:proofErr w:type="spellEnd"/>
            <w:r w:rsidRPr="005E15BF">
              <w:rPr>
                <w:rFonts w:ascii="Calibri" w:hAnsi="Calibri"/>
                <w:sz w:val="18"/>
              </w:rPr>
              <w:t xml:space="preserve"> de la </w:t>
            </w:r>
            <w:proofErr w:type="spellStart"/>
            <w:r w:rsidRPr="005E15BF">
              <w:rPr>
                <w:rFonts w:ascii="Calibri" w:hAnsi="Calibri"/>
                <w:sz w:val="18"/>
              </w:rPr>
              <w:t>frecvența</w:t>
            </w:r>
            <w:proofErr w:type="spellEnd"/>
            <w:r w:rsidRPr="005E15BF">
              <w:rPr>
                <w:rFonts w:ascii="Calibri" w:hAnsi="Calibri"/>
                <w:sz w:val="18"/>
              </w:rPr>
              <w:t xml:space="preserve"> de </w:t>
            </w:r>
            <w:proofErr w:type="spellStart"/>
            <w:r w:rsidRPr="005E15BF">
              <w:rPr>
                <w:rFonts w:ascii="Calibri" w:hAnsi="Calibri"/>
                <w:sz w:val="18"/>
              </w:rPr>
              <w:t>colectare</w:t>
            </w:r>
            <w:proofErr w:type="spellEnd"/>
            <w:r w:rsidRPr="005E15BF">
              <w:rPr>
                <w:rFonts w:ascii="Calibri" w:hAnsi="Calibri"/>
                <w:sz w:val="18"/>
              </w:rPr>
              <w:t xml:space="preserve"> </w:t>
            </w:r>
            <w:proofErr w:type="spellStart"/>
            <w:r w:rsidRPr="005E15BF">
              <w:rPr>
                <w:rFonts w:ascii="Calibri" w:hAnsi="Calibri"/>
                <w:sz w:val="18"/>
              </w:rPr>
              <w:t>stabilită</w:t>
            </w:r>
            <w:proofErr w:type="spellEnd"/>
            <w:r w:rsidRPr="005E15BF">
              <w:rPr>
                <w:rFonts w:ascii="Calibri" w:hAnsi="Calibri"/>
                <w:sz w:val="18"/>
              </w:rPr>
              <w:t xml:space="preserve"> </w:t>
            </w:r>
            <w:proofErr w:type="spellStart"/>
            <w:r w:rsidRPr="005E15BF">
              <w:rPr>
                <w:rFonts w:ascii="Calibri" w:hAnsi="Calibri"/>
                <w:sz w:val="18"/>
              </w:rPr>
              <w:t>pentru</w:t>
            </w:r>
            <w:proofErr w:type="spellEnd"/>
            <w:r w:rsidRPr="005E15BF">
              <w:rPr>
                <w:rFonts w:ascii="Calibri" w:hAnsi="Calibri"/>
                <w:sz w:val="18"/>
              </w:rPr>
              <w:t xml:space="preserve"> </w:t>
            </w:r>
            <w:proofErr w:type="spellStart"/>
            <w:r w:rsidRPr="005E15BF">
              <w:rPr>
                <w:rFonts w:ascii="Calibri" w:hAnsi="Calibri"/>
                <w:sz w:val="18"/>
              </w:rPr>
              <w:t>fiecare</w:t>
            </w:r>
            <w:proofErr w:type="spellEnd"/>
            <w:r w:rsidRPr="005E15BF">
              <w:rPr>
                <w:rFonts w:ascii="Calibri" w:hAnsi="Calibri"/>
                <w:sz w:val="18"/>
              </w:rPr>
              <w:t xml:space="preserve"> </w:t>
            </w:r>
            <w:proofErr w:type="spellStart"/>
            <w:r w:rsidRPr="005E15BF">
              <w:rPr>
                <w:rFonts w:ascii="Calibri" w:hAnsi="Calibri"/>
                <w:sz w:val="18"/>
              </w:rPr>
              <w:t>fracție</w:t>
            </w:r>
            <w:proofErr w:type="spellEnd"/>
            <w:r w:rsidRPr="005E15BF">
              <w:rPr>
                <w:rFonts w:ascii="Calibri" w:hAnsi="Calibri"/>
                <w:sz w:val="18"/>
              </w:rPr>
              <w:t xml:space="preserve"> de </w:t>
            </w:r>
            <w:proofErr w:type="spellStart"/>
            <w:r w:rsidRPr="005E15BF">
              <w:rPr>
                <w:rFonts w:ascii="Calibri" w:hAnsi="Calibri"/>
                <w:sz w:val="18"/>
              </w:rPr>
              <w:t>deșeuri</w:t>
            </w:r>
            <w:proofErr w:type="spellEnd"/>
            <w:r w:rsidRPr="005E15BF">
              <w:rPr>
                <w:rFonts w:ascii="Calibri" w:hAnsi="Calibri"/>
                <w:sz w:val="18"/>
              </w:rPr>
              <w:t xml:space="preserve"> </w:t>
            </w:r>
            <w:proofErr w:type="spellStart"/>
            <w:r w:rsidRPr="005E15BF">
              <w:rPr>
                <w:rFonts w:ascii="Calibri" w:hAnsi="Calibri"/>
                <w:sz w:val="18"/>
              </w:rPr>
              <w:t>prin</w:t>
            </w:r>
            <w:proofErr w:type="spellEnd"/>
            <w:r w:rsidRPr="005E15BF">
              <w:rPr>
                <w:rFonts w:ascii="Calibri" w:hAnsi="Calibri"/>
                <w:sz w:val="18"/>
              </w:rPr>
              <w:t xml:space="preserve"> </w:t>
            </w:r>
            <w:proofErr w:type="spellStart"/>
            <w:r w:rsidRPr="005E15BF">
              <w:rPr>
                <w:rFonts w:ascii="Calibri" w:hAnsi="Calibri"/>
                <w:sz w:val="18"/>
              </w:rPr>
              <w:t>caietul</w:t>
            </w:r>
            <w:proofErr w:type="spellEnd"/>
            <w:r w:rsidRPr="005E15BF">
              <w:rPr>
                <w:rFonts w:ascii="Calibri" w:hAnsi="Calibri"/>
                <w:sz w:val="18"/>
              </w:rPr>
              <w:t xml:space="preserve"> de </w:t>
            </w:r>
            <w:proofErr w:type="spellStart"/>
            <w:r w:rsidRPr="005E15BF">
              <w:rPr>
                <w:rFonts w:ascii="Calibri" w:hAnsi="Calibri"/>
                <w:sz w:val="18"/>
              </w:rPr>
              <w:t>sarcini</w:t>
            </w:r>
            <w:proofErr w:type="spellEnd"/>
            <w:r w:rsidRPr="005E15BF">
              <w:rPr>
                <w:rFonts w:ascii="Calibri" w:hAnsi="Calibri"/>
                <w:sz w:val="18"/>
              </w:rPr>
              <w:t>.</w:t>
            </w:r>
          </w:p>
        </w:tc>
        <w:tc>
          <w:tcPr>
            <w:tcW w:w="1672" w:type="dxa"/>
          </w:tcPr>
          <w:p w14:paraId="7A3CA17C" w14:textId="77777777" w:rsidR="00081F51" w:rsidRPr="005E15BF" w:rsidRDefault="00000000">
            <w:pPr>
              <w:spacing w:before="20" w:after="20"/>
              <w:jc w:val="center"/>
            </w:pPr>
            <w:r w:rsidRPr="005E15BF">
              <w:rPr>
                <w:rFonts w:ascii="Calibri" w:hAnsi="Calibri"/>
                <w:sz w:val="18"/>
              </w:rPr>
              <w:t>0</w:t>
            </w:r>
          </w:p>
        </w:tc>
        <w:tc>
          <w:tcPr>
            <w:tcW w:w="1672" w:type="dxa"/>
          </w:tcPr>
          <w:p w14:paraId="030C1D91" w14:textId="77777777" w:rsidR="00081F51" w:rsidRPr="005E15BF" w:rsidRDefault="00000000">
            <w:pPr>
              <w:spacing w:before="20" w:after="20"/>
              <w:jc w:val="center"/>
            </w:pPr>
            <w:r w:rsidRPr="005E15BF">
              <w:rPr>
                <w:rFonts w:ascii="Calibri" w:hAnsi="Calibri"/>
                <w:sz w:val="18"/>
              </w:rPr>
              <w:t>2.500 lei/</w:t>
            </w:r>
            <w:proofErr w:type="spellStart"/>
            <w:r w:rsidRPr="005E15BF">
              <w:rPr>
                <w:rFonts w:ascii="Calibri" w:hAnsi="Calibri"/>
                <w:sz w:val="18"/>
              </w:rPr>
              <w:t>abatere</w:t>
            </w:r>
            <w:proofErr w:type="spellEnd"/>
          </w:p>
        </w:tc>
      </w:tr>
      <w:tr w:rsidR="00081F51" w:rsidRPr="005E15BF" w14:paraId="7F51C584" w14:textId="77777777">
        <w:trPr>
          <w:cantSplit/>
          <w:jc w:val="center"/>
        </w:trPr>
        <w:tc>
          <w:tcPr>
            <w:tcW w:w="1672" w:type="dxa"/>
          </w:tcPr>
          <w:p w14:paraId="0D16565C" w14:textId="77777777" w:rsidR="00081F51" w:rsidRPr="005E15BF" w:rsidRDefault="00000000">
            <w:pPr>
              <w:spacing w:before="20" w:after="20"/>
              <w:rPr>
                <w:lang w:val="pt-PT"/>
              </w:rPr>
            </w:pPr>
            <w:r w:rsidRPr="005E15BF">
              <w:rPr>
                <w:rFonts w:ascii="Calibri" w:hAnsi="Calibri"/>
                <w:sz w:val="18"/>
                <w:lang w:val="pt-PT"/>
              </w:rPr>
              <w:lastRenderedPageBreak/>
              <w:t>IP privind eficiența transportului separat al fracțiilor de deșeuri colectate separat</w:t>
            </w:r>
          </w:p>
        </w:tc>
        <w:tc>
          <w:tcPr>
            <w:tcW w:w="1672" w:type="dxa"/>
          </w:tcPr>
          <w:p w14:paraId="2CFBD040" w14:textId="77777777" w:rsidR="00081F51" w:rsidRPr="005E15BF" w:rsidRDefault="00000000">
            <w:pPr>
              <w:spacing w:before="20" w:after="20"/>
              <w:rPr>
                <w:lang w:val="pt-PT"/>
              </w:rPr>
            </w:pPr>
            <w:r w:rsidRPr="005E15BF">
              <w:rPr>
                <w:rFonts w:ascii="Calibri" w:hAnsi="Calibri"/>
                <w:sz w:val="18"/>
                <w:lang w:val="pt-PT"/>
              </w:rPr>
              <w:t>Numărul de abateri de la transportul separat al fracțiilor de deșeuri care au fost în prealabil separate corect de utilizatori și sunt colectate în amestec de operator.</w:t>
            </w:r>
          </w:p>
        </w:tc>
        <w:tc>
          <w:tcPr>
            <w:tcW w:w="1672" w:type="dxa"/>
          </w:tcPr>
          <w:p w14:paraId="5370E861" w14:textId="77777777" w:rsidR="00081F51" w:rsidRPr="005E15BF" w:rsidRDefault="00000000">
            <w:pPr>
              <w:spacing w:before="20" w:after="20"/>
              <w:jc w:val="center"/>
            </w:pPr>
            <w:r w:rsidRPr="005E15BF">
              <w:rPr>
                <w:rFonts w:ascii="Calibri" w:hAnsi="Calibri"/>
                <w:sz w:val="18"/>
              </w:rPr>
              <w:t>0</w:t>
            </w:r>
          </w:p>
        </w:tc>
        <w:tc>
          <w:tcPr>
            <w:tcW w:w="1672" w:type="dxa"/>
          </w:tcPr>
          <w:p w14:paraId="2D8FC3A8" w14:textId="77777777" w:rsidR="00081F51" w:rsidRPr="005E15BF" w:rsidRDefault="00000000">
            <w:pPr>
              <w:spacing w:before="20" w:after="20"/>
              <w:jc w:val="center"/>
            </w:pPr>
            <w:r w:rsidRPr="005E15BF">
              <w:rPr>
                <w:rFonts w:ascii="Calibri" w:hAnsi="Calibri"/>
                <w:sz w:val="18"/>
              </w:rPr>
              <w:t>2.500 lei/</w:t>
            </w:r>
            <w:proofErr w:type="spellStart"/>
            <w:r w:rsidRPr="005E15BF">
              <w:rPr>
                <w:rFonts w:ascii="Calibri" w:hAnsi="Calibri"/>
                <w:sz w:val="18"/>
              </w:rPr>
              <w:t>abatere</w:t>
            </w:r>
            <w:proofErr w:type="spellEnd"/>
          </w:p>
        </w:tc>
      </w:tr>
      <w:tr w:rsidR="00081F51" w:rsidRPr="001F0542" w14:paraId="4F67E9F4" w14:textId="77777777">
        <w:trPr>
          <w:cantSplit/>
          <w:jc w:val="center"/>
        </w:trPr>
        <w:tc>
          <w:tcPr>
            <w:tcW w:w="1672" w:type="dxa"/>
          </w:tcPr>
          <w:p w14:paraId="7F134FB6" w14:textId="77777777" w:rsidR="00081F51" w:rsidRPr="005E15BF" w:rsidRDefault="00000000">
            <w:pPr>
              <w:spacing w:before="20" w:after="20"/>
            </w:pPr>
            <w:r w:rsidRPr="005E15BF">
              <w:rPr>
                <w:rFonts w:ascii="Calibri" w:hAnsi="Calibri"/>
                <w:sz w:val="18"/>
              </w:rPr>
              <w:t xml:space="preserve">IP </w:t>
            </w:r>
            <w:proofErr w:type="spellStart"/>
            <w:r w:rsidRPr="005E15BF">
              <w:rPr>
                <w:rFonts w:ascii="Calibri" w:hAnsi="Calibri"/>
                <w:sz w:val="18"/>
              </w:rPr>
              <w:t>privind</w:t>
            </w:r>
            <w:proofErr w:type="spellEnd"/>
            <w:r w:rsidRPr="005E15BF">
              <w:rPr>
                <w:rFonts w:ascii="Calibri" w:hAnsi="Calibri"/>
                <w:sz w:val="18"/>
              </w:rPr>
              <w:t xml:space="preserve"> </w:t>
            </w:r>
            <w:proofErr w:type="spellStart"/>
            <w:r w:rsidRPr="005E15BF">
              <w:rPr>
                <w:rFonts w:ascii="Calibri" w:hAnsi="Calibri"/>
                <w:sz w:val="18"/>
              </w:rPr>
              <w:t>eficiența</w:t>
            </w:r>
            <w:proofErr w:type="spellEnd"/>
            <w:r w:rsidRPr="005E15BF">
              <w:rPr>
                <w:rFonts w:ascii="Calibri" w:hAnsi="Calibri"/>
                <w:sz w:val="18"/>
              </w:rPr>
              <w:t xml:space="preserve"> </w:t>
            </w:r>
            <w:proofErr w:type="spellStart"/>
            <w:r w:rsidRPr="005E15BF">
              <w:rPr>
                <w:rFonts w:ascii="Calibri" w:hAnsi="Calibri"/>
                <w:sz w:val="18"/>
              </w:rPr>
              <w:t>soluționării</w:t>
            </w:r>
            <w:proofErr w:type="spellEnd"/>
            <w:r w:rsidRPr="005E15BF">
              <w:rPr>
                <w:rFonts w:ascii="Calibri" w:hAnsi="Calibri"/>
                <w:sz w:val="18"/>
              </w:rPr>
              <w:t xml:space="preserve"> </w:t>
            </w:r>
            <w:proofErr w:type="spellStart"/>
            <w:r w:rsidRPr="005E15BF">
              <w:rPr>
                <w:rFonts w:ascii="Calibri" w:hAnsi="Calibri"/>
                <w:sz w:val="18"/>
              </w:rPr>
              <w:t>petițiilor</w:t>
            </w:r>
            <w:proofErr w:type="spellEnd"/>
          </w:p>
        </w:tc>
        <w:tc>
          <w:tcPr>
            <w:tcW w:w="1672" w:type="dxa"/>
          </w:tcPr>
          <w:p w14:paraId="22E5F593" w14:textId="77777777" w:rsidR="00081F51" w:rsidRPr="005E15BF" w:rsidRDefault="00000000">
            <w:pPr>
              <w:spacing w:before="20" w:after="20"/>
            </w:pPr>
            <w:proofErr w:type="spellStart"/>
            <w:r w:rsidRPr="005E15BF">
              <w:rPr>
                <w:rFonts w:ascii="Calibri" w:hAnsi="Calibri"/>
                <w:sz w:val="18"/>
              </w:rPr>
              <w:t>Numărul</w:t>
            </w:r>
            <w:proofErr w:type="spellEnd"/>
            <w:r w:rsidRPr="005E15BF">
              <w:rPr>
                <w:rFonts w:ascii="Calibri" w:hAnsi="Calibri"/>
                <w:sz w:val="18"/>
              </w:rPr>
              <w:t xml:space="preserve"> de </w:t>
            </w:r>
            <w:proofErr w:type="spellStart"/>
            <w:r w:rsidRPr="005E15BF">
              <w:rPr>
                <w:rFonts w:ascii="Calibri" w:hAnsi="Calibri"/>
                <w:sz w:val="18"/>
              </w:rPr>
              <w:t>petiții</w:t>
            </w:r>
            <w:proofErr w:type="spellEnd"/>
            <w:r w:rsidRPr="005E15BF">
              <w:rPr>
                <w:rFonts w:ascii="Calibri" w:hAnsi="Calibri"/>
                <w:sz w:val="18"/>
              </w:rPr>
              <w:t xml:space="preserve"> </w:t>
            </w:r>
            <w:proofErr w:type="spellStart"/>
            <w:r w:rsidRPr="005E15BF">
              <w:rPr>
                <w:rFonts w:ascii="Calibri" w:hAnsi="Calibri"/>
                <w:sz w:val="18"/>
              </w:rPr>
              <w:t>soluționate</w:t>
            </w:r>
            <w:proofErr w:type="spellEnd"/>
            <w:r w:rsidRPr="005E15BF">
              <w:rPr>
                <w:rFonts w:ascii="Calibri" w:hAnsi="Calibri"/>
                <w:sz w:val="18"/>
              </w:rPr>
              <w:t xml:space="preserve"> de operator </w:t>
            </w:r>
            <w:proofErr w:type="spellStart"/>
            <w:r w:rsidRPr="005E15BF">
              <w:rPr>
                <w:rFonts w:ascii="Calibri" w:hAnsi="Calibri"/>
                <w:sz w:val="18"/>
              </w:rPr>
              <w:t>în</w:t>
            </w:r>
            <w:proofErr w:type="spellEnd"/>
            <w:r w:rsidRPr="005E15BF">
              <w:rPr>
                <w:rFonts w:ascii="Calibri" w:hAnsi="Calibri"/>
                <w:sz w:val="18"/>
              </w:rPr>
              <w:t xml:space="preserve"> termen de 30 de </w:t>
            </w:r>
            <w:proofErr w:type="spellStart"/>
            <w:r w:rsidRPr="005E15BF">
              <w:rPr>
                <w:rFonts w:ascii="Calibri" w:hAnsi="Calibri"/>
                <w:sz w:val="18"/>
              </w:rPr>
              <w:t>zile</w:t>
            </w:r>
            <w:proofErr w:type="spellEnd"/>
            <w:r w:rsidRPr="005E15BF">
              <w:rPr>
                <w:rFonts w:ascii="Calibri" w:hAnsi="Calibri"/>
                <w:sz w:val="18"/>
              </w:rPr>
              <w:t xml:space="preserve"> de la </w:t>
            </w:r>
            <w:proofErr w:type="spellStart"/>
            <w:r w:rsidRPr="005E15BF">
              <w:rPr>
                <w:rFonts w:ascii="Calibri" w:hAnsi="Calibri"/>
                <w:sz w:val="18"/>
              </w:rPr>
              <w:t>înregistrare</w:t>
            </w:r>
            <w:proofErr w:type="spellEnd"/>
            <w:r w:rsidRPr="005E15BF">
              <w:rPr>
                <w:rFonts w:ascii="Calibri" w:hAnsi="Calibri"/>
                <w:sz w:val="18"/>
              </w:rPr>
              <w:t xml:space="preserve"> </w:t>
            </w:r>
            <w:proofErr w:type="spellStart"/>
            <w:r w:rsidRPr="005E15BF">
              <w:rPr>
                <w:rFonts w:ascii="Calibri" w:hAnsi="Calibri"/>
                <w:sz w:val="18"/>
              </w:rPr>
              <w:t>raportat</w:t>
            </w:r>
            <w:proofErr w:type="spellEnd"/>
            <w:r w:rsidRPr="005E15BF">
              <w:rPr>
                <w:rFonts w:ascii="Calibri" w:hAnsi="Calibri"/>
                <w:sz w:val="18"/>
              </w:rPr>
              <w:t xml:space="preserve"> la </w:t>
            </w:r>
            <w:proofErr w:type="spellStart"/>
            <w:r w:rsidRPr="005E15BF">
              <w:rPr>
                <w:rFonts w:ascii="Calibri" w:hAnsi="Calibri"/>
                <w:sz w:val="18"/>
              </w:rPr>
              <w:t>numărul</w:t>
            </w:r>
            <w:proofErr w:type="spellEnd"/>
            <w:r w:rsidRPr="005E15BF">
              <w:rPr>
                <w:rFonts w:ascii="Calibri" w:hAnsi="Calibri"/>
                <w:sz w:val="18"/>
              </w:rPr>
              <w:t xml:space="preserve"> total de </w:t>
            </w:r>
            <w:proofErr w:type="spellStart"/>
            <w:r w:rsidRPr="005E15BF">
              <w:rPr>
                <w:rFonts w:ascii="Calibri" w:hAnsi="Calibri"/>
                <w:sz w:val="18"/>
              </w:rPr>
              <w:t>petiții</w:t>
            </w:r>
            <w:proofErr w:type="spellEnd"/>
            <w:r w:rsidRPr="005E15BF">
              <w:rPr>
                <w:rFonts w:ascii="Calibri" w:hAnsi="Calibri"/>
                <w:sz w:val="18"/>
              </w:rPr>
              <w:t xml:space="preserve"> </w:t>
            </w:r>
            <w:proofErr w:type="spellStart"/>
            <w:r w:rsidRPr="005E15BF">
              <w:rPr>
                <w:rFonts w:ascii="Calibri" w:hAnsi="Calibri"/>
                <w:sz w:val="18"/>
              </w:rPr>
              <w:t>primite</w:t>
            </w:r>
            <w:proofErr w:type="spellEnd"/>
            <w:r w:rsidRPr="005E15BF">
              <w:rPr>
                <w:rFonts w:ascii="Calibri" w:hAnsi="Calibri"/>
                <w:sz w:val="18"/>
              </w:rPr>
              <w:t>.</w:t>
            </w:r>
          </w:p>
        </w:tc>
        <w:tc>
          <w:tcPr>
            <w:tcW w:w="1672" w:type="dxa"/>
          </w:tcPr>
          <w:p w14:paraId="6B0AD700" w14:textId="77777777" w:rsidR="00081F51" w:rsidRPr="005E15BF" w:rsidRDefault="00000000">
            <w:pPr>
              <w:spacing w:before="20" w:after="20"/>
              <w:jc w:val="center"/>
            </w:pPr>
            <w:r w:rsidRPr="005E15BF">
              <w:rPr>
                <w:rFonts w:ascii="Calibri" w:hAnsi="Calibri"/>
                <w:sz w:val="18"/>
              </w:rPr>
              <w:t>100%</w:t>
            </w:r>
          </w:p>
        </w:tc>
        <w:tc>
          <w:tcPr>
            <w:tcW w:w="1672" w:type="dxa"/>
          </w:tcPr>
          <w:p w14:paraId="19E70999" w14:textId="77777777" w:rsidR="00081F51" w:rsidRPr="005E15BF" w:rsidRDefault="00000000">
            <w:pPr>
              <w:spacing w:before="20" w:after="20"/>
              <w:jc w:val="center"/>
              <w:rPr>
                <w:lang w:val="it-CH"/>
              </w:rPr>
            </w:pPr>
            <w:r w:rsidRPr="005E15BF">
              <w:rPr>
                <w:rFonts w:ascii="Calibri" w:hAnsi="Calibri"/>
                <w:sz w:val="18"/>
                <w:lang w:val="it-CH"/>
              </w:rPr>
              <w:t>200 lei/petiție nesoluționată la termen</w:t>
            </w:r>
          </w:p>
        </w:tc>
      </w:tr>
      <w:tr w:rsidR="00081F51" w14:paraId="0F768C08" w14:textId="77777777">
        <w:trPr>
          <w:cantSplit/>
          <w:jc w:val="center"/>
        </w:trPr>
        <w:tc>
          <w:tcPr>
            <w:tcW w:w="1672" w:type="dxa"/>
          </w:tcPr>
          <w:p w14:paraId="60871865" w14:textId="77777777" w:rsidR="00081F51" w:rsidRPr="005E15BF" w:rsidRDefault="00000000">
            <w:pPr>
              <w:spacing w:before="20" w:after="20"/>
            </w:pPr>
            <w:r w:rsidRPr="005E15BF">
              <w:rPr>
                <w:rFonts w:ascii="Calibri" w:hAnsi="Calibri"/>
                <w:sz w:val="18"/>
              </w:rPr>
              <w:t xml:space="preserve">IP </w:t>
            </w:r>
            <w:proofErr w:type="spellStart"/>
            <w:r w:rsidRPr="005E15BF">
              <w:rPr>
                <w:rFonts w:ascii="Calibri" w:hAnsi="Calibri"/>
                <w:sz w:val="18"/>
              </w:rPr>
              <w:t>privind</w:t>
            </w:r>
            <w:proofErr w:type="spellEnd"/>
            <w:r w:rsidRPr="005E15BF">
              <w:rPr>
                <w:rFonts w:ascii="Calibri" w:hAnsi="Calibri"/>
                <w:sz w:val="18"/>
              </w:rPr>
              <w:t xml:space="preserve"> </w:t>
            </w:r>
            <w:proofErr w:type="spellStart"/>
            <w:r w:rsidRPr="005E15BF">
              <w:rPr>
                <w:rFonts w:ascii="Calibri" w:hAnsi="Calibri"/>
                <w:sz w:val="18"/>
              </w:rPr>
              <w:t>eficiența</w:t>
            </w:r>
            <w:proofErr w:type="spellEnd"/>
            <w:r w:rsidRPr="005E15BF">
              <w:rPr>
                <w:rFonts w:ascii="Calibri" w:hAnsi="Calibri"/>
                <w:sz w:val="18"/>
              </w:rPr>
              <w:t xml:space="preserve"> </w:t>
            </w:r>
            <w:proofErr w:type="spellStart"/>
            <w:r w:rsidRPr="005E15BF">
              <w:rPr>
                <w:rFonts w:ascii="Calibri" w:hAnsi="Calibri"/>
                <w:sz w:val="18"/>
              </w:rPr>
              <w:t>spălării</w:t>
            </w:r>
            <w:proofErr w:type="spellEnd"/>
            <w:r w:rsidRPr="005E15BF">
              <w:rPr>
                <w:rFonts w:ascii="Calibri" w:hAnsi="Calibri"/>
                <w:sz w:val="18"/>
              </w:rPr>
              <w:t xml:space="preserve"> </w:t>
            </w:r>
            <w:proofErr w:type="spellStart"/>
            <w:r w:rsidRPr="005E15BF">
              <w:rPr>
                <w:rFonts w:ascii="Calibri" w:hAnsi="Calibri"/>
                <w:sz w:val="18"/>
              </w:rPr>
              <w:t>și</w:t>
            </w:r>
            <w:proofErr w:type="spellEnd"/>
            <w:r w:rsidRPr="005E15BF">
              <w:rPr>
                <w:rFonts w:ascii="Calibri" w:hAnsi="Calibri"/>
                <w:sz w:val="18"/>
              </w:rPr>
              <w:t xml:space="preserve"> </w:t>
            </w:r>
            <w:proofErr w:type="spellStart"/>
            <w:r w:rsidRPr="005E15BF">
              <w:rPr>
                <w:rFonts w:ascii="Calibri" w:hAnsi="Calibri"/>
                <w:sz w:val="18"/>
              </w:rPr>
              <w:t>dezinfecției</w:t>
            </w:r>
            <w:proofErr w:type="spellEnd"/>
            <w:r w:rsidRPr="005E15BF">
              <w:rPr>
                <w:rFonts w:ascii="Calibri" w:hAnsi="Calibri"/>
                <w:sz w:val="18"/>
              </w:rPr>
              <w:t xml:space="preserve"> </w:t>
            </w:r>
            <w:proofErr w:type="spellStart"/>
            <w:r w:rsidRPr="005E15BF">
              <w:rPr>
                <w:rFonts w:ascii="Calibri" w:hAnsi="Calibri"/>
                <w:sz w:val="18"/>
              </w:rPr>
              <w:t>recipientelor</w:t>
            </w:r>
            <w:proofErr w:type="spellEnd"/>
            <w:r w:rsidRPr="005E15BF">
              <w:rPr>
                <w:rFonts w:ascii="Calibri" w:hAnsi="Calibri"/>
                <w:sz w:val="18"/>
              </w:rPr>
              <w:t xml:space="preserve"> din </w:t>
            </w:r>
            <w:proofErr w:type="spellStart"/>
            <w:r w:rsidRPr="005E15BF">
              <w:rPr>
                <w:rFonts w:ascii="Calibri" w:hAnsi="Calibri"/>
                <w:sz w:val="18"/>
              </w:rPr>
              <w:t>punctele</w:t>
            </w:r>
            <w:proofErr w:type="spellEnd"/>
            <w:r w:rsidRPr="005E15BF">
              <w:rPr>
                <w:rFonts w:ascii="Calibri" w:hAnsi="Calibri"/>
                <w:sz w:val="18"/>
              </w:rPr>
              <w:t xml:space="preserve"> </w:t>
            </w:r>
            <w:proofErr w:type="spellStart"/>
            <w:r w:rsidRPr="005E15BF">
              <w:rPr>
                <w:rFonts w:ascii="Calibri" w:hAnsi="Calibri"/>
                <w:sz w:val="18"/>
              </w:rPr>
              <w:t>comune</w:t>
            </w:r>
            <w:proofErr w:type="spellEnd"/>
            <w:r w:rsidRPr="005E15BF">
              <w:rPr>
                <w:rFonts w:ascii="Calibri" w:hAnsi="Calibri"/>
                <w:sz w:val="18"/>
              </w:rPr>
              <w:t xml:space="preserve"> de </w:t>
            </w:r>
            <w:proofErr w:type="spellStart"/>
            <w:r w:rsidRPr="005E15BF">
              <w:rPr>
                <w:rFonts w:ascii="Calibri" w:hAnsi="Calibri"/>
                <w:sz w:val="18"/>
              </w:rPr>
              <w:t>colectare</w:t>
            </w:r>
            <w:proofErr w:type="spellEnd"/>
          </w:p>
        </w:tc>
        <w:tc>
          <w:tcPr>
            <w:tcW w:w="1672" w:type="dxa"/>
          </w:tcPr>
          <w:p w14:paraId="39BFC3F7" w14:textId="77777777" w:rsidR="00081F51" w:rsidRPr="005E15BF" w:rsidRDefault="00000000">
            <w:pPr>
              <w:spacing w:before="20" w:after="20"/>
              <w:rPr>
                <w:lang w:val="it-CH"/>
              </w:rPr>
            </w:pPr>
            <w:proofErr w:type="spellStart"/>
            <w:r w:rsidRPr="005E15BF">
              <w:rPr>
                <w:rFonts w:ascii="Calibri" w:hAnsi="Calibri"/>
                <w:sz w:val="18"/>
              </w:rPr>
              <w:t>Numărul</w:t>
            </w:r>
            <w:proofErr w:type="spellEnd"/>
            <w:r w:rsidRPr="005E15BF">
              <w:rPr>
                <w:rFonts w:ascii="Calibri" w:hAnsi="Calibri"/>
                <w:sz w:val="18"/>
              </w:rPr>
              <w:t xml:space="preserve"> de </w:t>
            </w:r>
            <w:proofErr w:type="spellStart"/>
            <w:r w:rsidRPr="005E15BF">
              <w:rPr>
                <w:rFonts w:ascii="Calibri" w:hAnsi="Calibri"/>
                <w:sz w:val="18"/>
              </w:rPr>
              <w:t>operațiuni</w:t>
            </w:r>
            <w:proofErr w:type="spellEnd"/>
            <w:r w:rsidRPr="005E15BF">
              <w:rPr>
                <w:rFonts w:ascii="Calibri" w:hAnsi="Calibri"/>
                <w:sz w:val="18"/>
              </w:rPr>
              <w:t xml:space="preserve"> de </w:t>
            </w:r>
            <w:proofErr w:type="spellStart"/>
            <w:r w:rsidRPr="005E15BF">
              <w:rPr>
                <w:rFonts w:ascii="Calibri" w:hAnsi="Calibri"/>
                <w:sz w:val="18"/>
              </w:rPr>
              <w:t>spălare</w:t>
            </w:r>
            <w:proofErr w:type="spellEnd"/>
            <w:r w:rsidRPr="005E15BF">
              <w:rPr>
                <w:rFonts w:ascii="Calibri" w:hAnsi="Calibri"/>
                <w:sz w:val="18"/>
              </w:rPr>
              <w:t xml:space="preserve"> </w:t>
            </w:r>
            <w:proofErr w:type="spellStart"/>
            <w:r w:rsidRPr="005E15BF">
              <w:rPr>
                <w:rFonts w:ascii="Calibri" w:hAnsi="Calibri"/>
                <w:sz w:val="18"/>
              </w:rPr>
              <w:t>și</w:t>
            </w:r>
            <w:proofErr w:type="spellEnd"/>
            <w:r w:rsidRPr="005E15BF">
              <w:rPr>
                <w:rFonts w:ascii="Calibri" w:hAnsi="Calibri"/>
                <w:sz w:val="18"/>
              </w:rPr>
              <w:t xml:space="preserve"> </w:t>
            </w:r>
            <w:proofErr w:type="spellStart"/>
            <w:r w:rsidRPr="005E15BF">
              <w:rPr>
                <w:rFonts w:ascii="Calibri" w:hAnsi="Calibri"/>
                <w:sz w:val="18"/>
              </w:rPr>
              <w:t>dezinfecție</w:t>
            </w:r>
            <w:proofErr w:type="spellEnd"/>
            <w:r w:rsidRPr="005E15BF">
              <w:rPr>
                <w:rFonts w:ascii="Calibri" w:hAnsi="Calibri"/>
                <w:sz w:val="18"/>
              </w:rPr>
              <w:t xml:space="preserve"> a </w:t>
            </w:r>
            <w:proofErr w:type="spellStart"/>
            <w:r w:rsidRPr="005E15BF">
              <w:rPr>
                <w:rFonts w:ascii="Calibri" w:hAnsi="Calibri"/>
                <w:sz w:val="18"/>
              </w:rPr>
              <w:t>eurocontainerelor</w:t>
            </w:r>
            <w:proofErr w:type="spellEnd"/>
            <w:r w:rsidRPr="005E15BF">
              <w:rPr>
                <w:rFonts w:ascii="Calibri" w:hAnsi="Calibri"/>
                <w:sz w:val="18"/>
              </w:rPr>
              <w:t xml:space="preserve"> </w:t>
            </w:r>
            <w:proofErr w:type="spellStart"/>
            <w:r w:rsidRPr="005E15BF">
              <w:rPr>
                <w:rFonts w:ascii="Calibri" w:hAnsi="Calibri"/>
                <w:sz w:val="18"/>
              </w:rPr>
              <w:t>și</w:t>
            </w:r>
            <w:proofErr w:type="spellEnd"/>
            <w:r w:rsidRPr="005E15BF">
              <w:rPr>
                <w:rFonts w:ascii="Calibri" w:hAnsi="Calibri"/>
                <w:sz w:val="18"/>
              </w:rPr>
              <w:t xml:space="preserve"> a </w:t>
            </w:r>
            <w:proofErr w:type="spellStart"/>
            <w:r w:rsidRPr="005E15BF">
              <w:rPr>
                <w:rFonts w:ascii="Calibri" w:hAnsi="Calibri"/>
                <w:sz w:val="18"/>
              </w:rPr>
              <w:t>recipientelor</w:t>
            </w:r>
            <w:proofErr w:type="spellEnd"/>
            <w:r w:rsidRPr="005E15BF">
              <w:rPr>
                <w:rFonts w:ascii="Calibri" w:hAnsi="Calibri"/>
                <w:sz w:val="18"/>
              </w:rPr>
              <w:t xml:space="preserve"> din </w:t>
            </w:r>
            <w:proofErr w:type="spellStart"/>
            <w:r w:rsidRPr="005E15BF">
              <w:rPr>
                <w:rFonts w:ascii="Calibri" w:hAnsi="Calibri"/>
                <w:sz w:val="18"/>
              </w:rPr>
              <w:t>punctele</w:t>
            </w:r>
            <w:proofErr w:type="spellEnd"/>
            <w:r w:rsidRPr="005E15BF">
              <w:rPr>
                <w:rFonts w:ascii="Calibri" w:hAnsi="Calibri"/>
                <w:sz w:val="18"/>
              </w:rPr>
              <w:t xml:space="preserve"> </w:t>
            </w:r>
            <w:proofErr w:type="spellStart"/>
            <w:r w:rsidRPr="005E15BF">
              <w:rPr>
                <w:rFonts w:ascii="Calibri" w:hAnsi="Calibri"/>
                <w:sz w:val="18"/>
              </w:rPr>
              <w:t>comune</w:t>
            </w:r>
            <w:proofErr w:type="spellEnd"/>
            <w:r w:rsidRPr="005E15BF">
              <w:rPr>
                <w:rFonts w:ascii="Calibri" w:hAnsi="Calibri"/>
                <w:sz w:val="18"/>
              </w:rPr>
              <w:t xml:space="preserve"> de </w:t>
            </w:r>
            <w:proofErr w:type="spellStart"/>
            <w:r w:rsidRPr="005E15BF">
              <w:rPr>
                <w:rFonts w:ascii="Calibri" w:hAnsi="Calibri"/>
                <w:sz w:val="18"/>
              </w:rPr>
              <w:t>colectare</w:t>
            </w:r>
            <w:proofErr w:type="spellEnd"/>
            <w:r w:rsidRPr="005E15BF">
              <w:rPr>
                <w:rFonts w:ascii="Calibri" w:hAnsi="Calibri"/>
                <w:sz w:val="18"/>
              </w:rPr>
              <w:t xml:space="preserve"> care </w:t>
            </w:r>
            <w:proofErr w:type="spellStart"/>
            <w:r w:rsidRPr="005E15BF">
              <w:rPr>
                <w:rFonts w:ascii="Calibri" w:hAnsi="Calibri"/>
                <w:sz w:val="18"/>
              </w:rPr>
              <w:t>deservesc</w:t>
            </w:r>
            <w:proofErr w:type="spellEnd"/>
            <w:r w:rsidRPr="005E15BF">
              <w:rPr>
                <w:rFonts w:ascii="Calibri" w:hAnsi="Calibri"/>
                <w:sz w:val="18"/>
              </w:rPr>
              <w:t xml:space="preserve"> </w:t>
            </w:r>
            <w:proofErr w:type="spellStart"/>
            <w:r w:rsidRPr="005E15BF">
              <w:rPr>
                <w:rFonts w:ascii="Calibri" w:hAnsi="Calibri"/>
                <w:sz w:val="18"/>
              </w:rPr>
              <w:t>condominiile</w:t>
            </w:r>
            <w:proofErr w:type="spellEnd"/>
            <w:r w:rsidRPr="005E15BF">
              <w:rPr>
                <w:rFonts w:ascii="Calibri" w:hAnsi="Calibri"/>
                <w:sz w:val="18"/>
              </w:rPr>
              <w:t xml:space="preserve">, </w:t>
            </w:r>
            <w:proofErr w:type="spellStart"/>
            <w:r w:rsidRPr="005E15BF">
              <w:rPr>
                <w:rFonts w:ascii="Calibri" w:hAnsi="Calibri"/>
                <w:sz w:val="18"/>
              </w:rPr>
              <w:t>realizate</w:t>
            </w:r>
            <w:proofErr w:type="spellEnd"/>
            <w:r w:rsidRPr="005E15BF">
              <w:rPr>
                <w:rFonts w:ascii="Calibri" w:hAnsi="Calibri"/>
                <w:sz w:val="18"/>
              </w:rPr>
              <w:t xml:space="preserve"> </w:t>
            </w:r>
            <w:proofErr w:type="spellStart"/>
            <w:r w:rsidRPr="005E15BF">
              <w:rPr>
                <w:rFonts w:ascii="Calibri" w:hAnsi="Calibri"/>
                <w:sz w:val="18"/>
              </w:rPr>
              <w:t>în</w:t>
            </w:r>
            <w:proofErr w:type="spellEnd"/>
            <w:r w:rsidRPr="005E15BF">
              <w:rPr>
                <w:rFonts w:ascii="Calibri" w:hAnsi="Calibri"/>
                <w:sz w:val="18"/>
              </w:rPr>
              <w:t xml:space="preserve"> </w:t>
            </w:r>
            <w:proofErr w:type="spellStart"/>
            <w:r w:rsidRPr="005E15BF">
              <w:rPr>
                <w:rFonts w:ascii="Calibri" w:hAnsi="Calibri"/>
                <w:sz w:val="18"/>
              </w:rPr>
              <w:t>lunile</w:t>
            </w:r>
            <w:proofErr w:type="spellEnd"/>
            <w:r w:rsidRPr="005E15BF">
              <w:rPr>
                <w:rFonts w:ascii="Calibri" w:hAnsi="Calibri"/>
                <w:sz w:val="18"/>
              </w:rPr>
              <w:t xml:space="preserve"> </w:t>
            </w:r>
            <w:proofErr w:type="spellStart"/>
            <w:r w:rsidRPr="005E15BF">
              <w:rPr>
                <w:rFonts w:ascii="Calibri" w:hAnsi="Calibri"/>
                <w:sz w:val="18"/>
              </w:rPr>
              <w:t>iunie</w:t>
            </w:r>
            <w:proofErr w:type="spellEnd"/>
            <w:r w:rsidRPr="005E15BF">
              <w:rPr>
                <w:rFonts w:ascii="Calibri" w:hAnsi="Calibri"/>
                <w:sz w:val="18"/>
              </w:rPr>
              <w:t xml:space="preserve"> </w:t>
            </w:r>
            <w:proofErr w:type="spellStart"/>
            <w:r w:rsidRPr="005E15BF">
              <w:rPr>
                <w:rFonts w:ascii="Calibri" w:hAnsi="Calibri"/>
                <w:sz w:val="18"/>
              </w:rPr>
              <w:t>și</w:t>
            </w:r>
            <w:proofErr w:type="spellEnd"/>
            <w:r w:rsidRPr="005E15BF">
              <w:rPr>
                <w:rFonts w:ascii="Calibri" w:hAnsi="Calibri"/>
                <w:sz w:val="18"/>
              </w:rPr>
              <w:t xml:space="preserve"> </w:t>
            </w:r>
            <w:proofErr w:type="spellStart"/>
            <w:r w:rsidRPr="005E15BF">
              <w:rPr>
                <w:rFonts w:ascii="Calibri" w:hAnsi="Calibri"/>
                <w:sz w:val="18"/>
              </w:rPr>
              <w:t>septembrie</w:t>
            </w:r>
            <w:proofErr w:type="spellEnd"/>
            <w:r w:rsidRPr="005E15BF">
              <w:rPr>
                <w:rFonts w:ascii="Calibri" w:hAnsi="Calibri"/>
                <w:sz w:val="18"/>
              </w:rPr>
              <w:t xml:space="preserve">, </w:t>
            </w:r>
            <w:proofErr w:type="spellStart"/>
            <w:r w:rsidRPr="005E15BF">
              <w:rPr>
                <w:rFonts w:ascii="Calibri" w:hAnsi="Calibri"/>
                <w:sz w:val="18"/>
              </w:rPr>
              <w:t>raportat</w:t>
            </w:r>
            <w:proofErr w:type="spellEnd"/>
            <w:r w:rsidRPr="005E15BF">
              <w:rPr>
                <w:rFonts w:ascii="Calibri" w:hAnsi="Calibri"/>
                <w:sz w:val="18"/>
              </w:rPr>
              <w:t xml:space="preserve"> la </w:t>
            </w:r>
            <w:proofErr w:type="spellStart"/>
            <w:r w:rsidRPr="005E15BF">
              <w:rPr>
                <w:rFonts w:ascii="Calibri" w:hAnsi="Calibri"/>
                <w:sz w:val="18"/>
              </w:rPr>
              <w:t>cele</w:t>
            </w:r>
            <w:proofErr w:type="spellEnd"/>
            <w:r w:rsidRPr="005E15BF">
              <w:rPr>
                <w:rFonts w:ascii="Calibri" w:hAnsi="Calibri"/>
                <w:sz w:val="18"/>
              </w:rPr>
              <w:t xml:space="preserve"> </w:t>
            </w:r>
            <w:proofErr w:type="spellStart"/>
            <w:r w:rsidRPr="005E15BF">
              <w:rPr>
                <w:rFonts w:ascii="Calibri" w:hAnsi="Calibri"/>
                <w:sz w:val="18"/>
              </w:rPr>
              <w:t>două</w:t>
            </w:r>
            <w:proofErr w:type="spellEnd"/>
            <w:r w:rsidRPr="005E15BF">
              <w:rPr>
                <w:rFonts w:ascii="Calibri" w:hAnsi="Calibri"/>
                <w:sz w:val="18"/>
              </w:rPr>
              <w:t xml:space="preserve"> </w:t>
            </w:r>
            <w:proofErr w:type="spellStart"/>
            <w:r w:rsidRPr="005E15BF">
              <w:rPr>
                <w:rFonts w:ascii="Calibri" w:hAnsi="Calibri"/>
                <w:sz w:val="18"/>
              </w:rPr>
              <w:t>operațiuni</w:t>
            </w:r>
            <w:proofErr w:type="spellEnd"/>
            <w:r w:rsidRPr="005E15BF">
              <w:rPr>
                <w:rFonts w:ascii="Calibri" w:hAnsi="Calibri"/>
                <w:sz w:val="18"/>
              </w:rPr>
              <w:t xml:space="preserve"> </w:t>
            </w:r>
            <w:proofErr w:type="spellStart"/>
            <w:r w:rsidRPr="005E15BF">
              <w:rPr>
                <w:rFonts w:ascii="Calibri" w:hAnsi="Calibri"/>
                <w:sz w:val="18"/>
              </w:rPr>
              <w:t>anuale</w:t>
            </w:r>
            <w:proofErr w:type="spellEnd"/>
            <w:r w:rsidRPr="005E15BF">
              <w:rPr>
                <w:rFonts w:ascii="Calibri" w:hAnsi="Calibri"/>
                <w:sz w:val="18"/>
              </w:rPr>
              <w:t xml:space="preserve"> </w:t>
            </w:r>
            <w:proofErr w:type="spellStart"/>
            <w:r w:rsidRPr="005E15BF">
              <w:rPr>
                <w:rFonts w:ascii="Calibri" w:hAnsi="Calibri"/>
                <w:sz w:val="18"/>
              </w:rPr>
              <w:t>prevăzute</w:t>
            </w:r>
            <w:proofErr w:type="spellEnd"/>
            <w:r w:rsidRPr="005E15BF">
              <w:rPr>
                <w:rFonts w:ascii="Calibri" w:hAnsi="Calibri"/>
                <w:sz w:val="18"/>
              </w:rPr>
              <w:t xml:space="preserve"> la art. 18 </w:t>
            </w:r>
            <w:proofErr w:type="spellStart"/>
            <w:r w:rsidRPr="005E15BF">
              <w:rPr>
                <w:rFonts w:ascii="Calibri" w:hAnsi="Calibri"/>
                <w:sz w:val="18"/>
              </w:rPr>
              <w:t>alin</w:t>
            </w:r>
            <w:proofErr w:type="spellEnd"/>
            <w:r w:rsidRPr="005E15BF">
              <w:rPr>
                <w:rFonts w:ascii="Calibri" w:hAnsi="Calibri"/>
                <w:sz w:val="18"/>
              </w:rPr>
              <w:t xml:space="preserve">. </w:t>
            </w:r>
            <w:r w:rsidRPr="005E15BF">
              <w:rPr>
                <w:rFonts w:ascii="Calibri" w:hAnsi="Calibri"/>
                <w:sz w:val="18"/>
                <w:lang w:val="it-CH"/>
              </w:rPr>
              <w:t>(9) din regulamentul serviciului și la art. 97 alin. (4) din caietul de sarcini.</w:t>
            </w:r>
          </w:p>
        </w:tc>
        <w:tc>
          <w:tcPr>
            <w:tcW w:w="1672" w:type="dxa"/>
          </w:tcPr>
          <w:p w14:paraId="0CCDBC71" w14:textId="77777777" w:rsidR="00081F51" w:rsidRPr="005E15BF" w:rsidRDefault="00000000">
            <w:pPr>
              <w:spacing w:before="20" w:after="20"/>
              <w:jc w:val="center"/>
            </w:pPr>
            <w:r w:rsidRPr="005E15BF">
              <w:rPr>
                <w:rFonts w:ascii="Calibri" w:hAnsi="Calibri"/>
                <w:sz w:val="18"/>
              </w:rPr>
              <w:t>100%</w:t>
            </w:r>
          </w:p>
        </w:tc>
        <w:tc>
          <w:tcPr>
            <w:tcW w:w="1672" w:type="dxa"/>
          </w:tcPr>
          <w:p w14:paraId="4BC2E922" w14:textId="77777777" w:rsidR="00081F51" w:rsidRDefault="00000000">
            <w:pPr>
              <w:spacing w:before="20" w:after="20"/>
              <w:jc w:val="center"/>
            </w:pPr>
            <w:r w:rsidRPr="005E15BF">
              <w:rPr>
                <w:rFonts w:ascii="Calibri" w:hAnsi="Calibri"/>
                <w:sz w:val="18"/>
              </w:rPr>
              <w:t>2.000 lei/</w:t>
            </w:r>
            <w:proofErr w:type="spellStart"/>
            <w:r w:rsidRPr="005E15BF">
              <w:rPr>
                <w:rFonts w:ascii="Calibri" w:hAnsi="Calibri"/>
                <w:sz w:val="18"/>
              </w:rPr>
              <w:t>operațiune</w:t>
            </w:r>
            <w:proofErr w:type="spellEnd"/>
            <w:r w:rsidRPr="005E15BF">
              <w:rPr>
                <w:rFonts w:ascii="Calibri" w:hAnsi="Calibri"/>
                <w:sz w:val="18"/>
              </w:rPr>
              <w:t xml:space="preserve"> </w:t>
            </w:r>
            <w:proofErr w:type="spellStart"/>
            <w:r w:rsidRPr="005E15BF">
              <w:rPr>
                <w:rFonts w:ascii="Calibri" w:hAnsi="Calibri"/>
                <w:sz w:val="18"/>
              </w:rPr>
              <w:t>neefectuată</w:t>
            </w:r>
            <w:proofErr w:type="spellEnd"/>
          </w:p>
        </w:tc>
      </w:tr>
    </w:tbl>
    <w:p w14:paraId="51E6B7BE" w14:textId="77777777" w:rsidR="00081F51" w:rsidRPr="005E15BF" w:rsidRDefault="00000000">
      <w:pPr>
        <w:spacing w:after="120"/>
        <w:jc w:val="both"/>
        <w:rPr>
          <w:lang w:val="pt-PT"/>
        </w:rPr>
      </w:pPr>
      <w:r w:rsidRPr="005E15BF">
        <w:rPr>
          <w:rFonts w:ascii="Calibri" w:hAnsi="Calibri"/>
          <w:i/>
          <w:sz w:val="18"/>
          <w:lang w:val="pt-PT"/>
        </w:rPr>
        <w:t>Conform Anexei nr. 1 a Ordinului A.N.R.S.C. nr. 97/2025.</w:t>
      </w:r>
    </w:p>
    <w:p w14:paraId="1B23CDA4" w14:textId="77777777" w:rsidR="006633E6" w:rsidRPr="005E15BF" w:rsidRDefault="00000000">
      <w:pPr>
        <w:keepNext/>
        <w:spacing w:before="160"/>
        <w:jc w:val="center"/>
        <w:rPr>
          <w:lang w:val="pt-PT"/>
        </w:rPr>
      </w:pPr>
      <w:r w:rsidRPr="005E15BF">
        <w:rPr>
          <w:b/>
          <w:color w:val="000000"/>
          <w:lang w:val="pt-PT"/>
        </w:rPr>
        <w:t>Anexa nr. 2 la Regulamentul serviciului de salubrizare al orașului Buhuși</w:t>
      </w:r>
    </w:p>
    <w:p w14:paraId="4794C958" w14:textId="77777777" w:rsidR="006633E6" w:rsidRPr="005E15BF" w:rsidRDefault="00000000">
      <w:pPr>
        <w:jc w:val="both"/>
        <w:rPr>
          <w:lang w:val="pt-PT"/>
        </w:rPr>
      </w:pPr>
      <w:r w:rsidRPr="005E15BF">
        <w:rPr>
          <w:color w:val="000000"/>
          <w:lang w:val="pt-PT"/>
        </w:rPr>
        <w:t>Următoarele fapte constituie contravenții, dacă nu au fost săvârșite în astfel de condiții încât să fie considerate, potrivit legii penale, infracțiuni și se sancționează astfel:</w:t>
      </w:r>
    </w:p>
    <w:p w14:paraId="31FD1AB9" w14:textId="77777777" w:rsidR="006633E6" w:rsidRPr="001F0542" w:rsidRDefault="00000000">
      <w:pPr>
        <w:keepNext/>
        <w:spacing w:before="160"/>
        <w:jc w:val="center"/>
      </w:pPr>
      <w:r w:rsidRPr="001F0542">
        <w:rPr>
          <w:b/>
          <w:color w:val="000000"/>
        </w:rPr>
        <w:t>CONTRAVENȚII ȘI SANCȚIUNI</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5102"/>
        <w:gridCol w:w="1247"/>
        <w:gridCol w:w="1304"/>
        <w:gridCol w:w="1304"/>
      </w:tblGrid>
      <w:tr w:rsidR="006633E6" w:rsidRPr="001F0542" w14:paraId="08287271" w14:textId="77777777">
        <w:trPr>
          <w:tblHeader/>
          <w:jc w:val="center"/>
        </w:trPr>
        <w:tc>
          <w:tcPr>
            <w:tcW w:w="680" w:type="dxa"/>
            <w:vMerge w:val="restart"/>
          </w:tcPr>
          <w:p w14:paraId="55F6F84F" w14:textId="77777777" w:rsidR="006633E6" w:rsidRPr="001F0542" w:rsidRDefault="00000000">
            <w:pPr>
              <w:spacing w:after="0"/>
              <w:jc w:val="center"/>
            </w:pPr>
            <w:r w:rsidRPr="001F0542">
              <w:rPr>
                <w:b/>
                <w:color w:val="000000"/>
                <w:sz w:val="20"/>
              </w:rPr>
              <w:t xml:space="preserve">Nr. </w:t>
            </w:r>
            <w:proofErr w:type="spellStart"/>
            <w:r w:rsidRPr="001F0542">
              <w:rPr>
                <w:b/>
                <w:color w:val="000000"/>
                <w:sz w:val="20"/>
              </w:rPr>
              <w:t>crt</w:t>
            </w:r>
            <w:proofErr w:type="spellEnd"/>
            <w:r w:rsidRPr="001F0542">
              <w:rPr>
                <w:b/>
                <w:color w:val="000000"/>
                <w:sz w:val="20"/>
              </w:rPr>
              <w:t>.</w:t>
            </w:r>
          </w:p>
        </w:tc>
        <w:tc>
          <w:tcPr>
            <w:tcW w:w="5102" w:type="dxa"/>
            <w:vMerge w:val="restart"/>
          </w:tcPr>
          <w:p w14:paraId="7EA0C503" w14:textId="77777777" w:rsidR="006633E6" w:rsidRPr="001F0542" w:rsidRDefault="00000000">
            <w:pPr>
              <w:spacing w:after="0"/>
              <w:jc w:val="center"/>
              <w:rPr>
                <w:lang w:val="it-CH"/>
              </w:rPr>
            </w:pPr>
            <w:r w:rsidRPr="001F0542">
              <w:rPr>
                <w:b/>
                <w:color w:val="000000"/>
                <w:sz w:val="20"/>
                <w:lang w:val="it-CH"/>
              </w:rPr>
              <w:t>Descrierea faptei care intră sub incidența sancțiunii</w:t>
            </w:r>
          </w:p>
        </w:tc>
        <w:tc>
          <w:tcPr>
            <w:tcW w:w="1304" w:type="dxa"/>
            <w:gridSpan w:val="3"/>
          </w:tcPr>
          <w:p w14:paraId="78B30DE1" w14:textId="77777777" w:rsidR="006633E6" w:rsidRPr="001F0542" w:rsidRDefault="00000000">
            <w:pPr>
              <w:spacing w:after="0"/>
              <w:jc w:val="center"/>
            </w:pPr>
            <w:proofErr w:type="spellStart"/>
            <w:r w:rsidRPr="001F0542">
              <w:rPr>
                <w:b/>
                <w:color w:val="000000"/>
                <w:sz w:val="20"/>
              </w:rPr>
              <w:t>Cuantumul</w:t>
            </w:r>
            <w:proofErr w:type="spellEnd"/>
            <w:r w:rsidRPr="001F0542">
              <w:rPr>
                <w:b/>
                <w:color w:val="000000"/>
                <w:sz w:val="20"/>
              </w:rPr>
              <w:t xml:space="preserve"> </w:t>
            </w:r>
            <w:proofErr w:type="spellStart"/>
            <w:r w:rsidRPr="001F0542">
              <w:rPr>
                <w:b/>
                <w:color w:val="000000"/>
                <w:sz w:val="20"/>
              </w:rPr>
              <w:t>amenzii</w:t>
            </w:r>
            <w:proofErr w:type="spellEnd"/>
            <w:r w:rsidRPr="001F0542">
              <w:rPr>
                <w:b/>
                <w:color w:val="000000"/>
                <w:sz w:val="20"/>
              </w:rPr>
              <w:t xml:space="preserve"> (lei)</w:t>
            </w:r>
          </w:p>
        </w:tc>
      </w:tr>
      <w:tr w:rsidR="006633E6" w:rsidRPr="001F0542" w14:paraId="72C425C6" w14:textId="77777777">
        <w:trPr>
          <w:tblHeader/>
          <w:jc w:val="center"/>
        </w:trPr>
        <w:tc>
          <w:tcPr>
            <w:tcW w:w="1928" w:type="dxa"/>
            <w:vMerge/>
          </w:tcPr>
          <w:p w14:paraId="12BB1CB7" w14:textId="77777777" w:rsidR="006633E6" w:rsidRPr="001F0542" w:rsidRDefault="006633E6"/>
        </w:tc>
        <w:tc>
          <w:tcPr>
            <w:tcW w:w="1928" w:type="dxa"/>
            <w:vMerge/>
          </w:tcPr>
          <w:p w14:paraId="2F494CC8" w14:textId="77777777" w:rsidR="006633E6" w:rsidRPr="001F0542" w:rsidRDefault="006633E6"/>
        </w:tc>
        <w:tc>
          <w:tcPr>
            <w:tcW w:w="1247" w:type="dxa"/>
          </w:tcPr>
          <w:p w14:paraId="2A136641" w14:textId="77777777" w:rsidR="006633E6" w:rsidRPr="001F0542" w:rsidRDefault="00000000">
            <w:pPr>
              <w:spacing w:after="0"/>
              <w:jc w:val="center"/>
            </w:pPr>
            <w:r w:rsidRPr="001F0542">
              <w:rPr>
                <w:b/>
                <w:color w:val="000000"/>
                <w:sz w:val="20"/>
              </w:rPr>
              <w:t xml:space="preserve">Pers. </w:t>
            </w:r>
            <w:proofErr w:type="spellStart"/>
            <w:r w:rsidRPr="001F0542">
              <w:rPr>
                <w:b/>
                <w:color w:val="000000"/>
                <w:sz w:val="20"/>
              </w:rPr>
              <w:t>fizice</w:t>
            </w:r>
            <w:proofErr w:type="spellEnd"/>
          </w:p>
        </w:tc>
        <w:tc>
          <w:tcPr>
            <w:tcW w:w="1304" w:type="dxa"/>
          </w:tcPr>
          <w:p w14:paraId="45469E09" w14:textId="77777777" w:rsidR="006633E6" w:rsidRPr="001F0542" w:rsidRDefault="00000000">
            <w:pPr>
              <w:spacing w:after="0"/>
              <w:jc w:val="center"/>
            </w:pPr>
            <w:r w:rsidRPr="001F0542">
              <w:rPr>
                <w:b/>
                <w:color w:val="000000"/>
                <w:sz w:val="20"/>
              </w:rPr>
              <w:t xml:space="preserve">Pers. </w:t>
            </w:r>
            <w:proofErr w:type="spellStart"/>
            <w:r w:rsidRPr="001F0542">
              <w:rPr>
                <w:b/>
                <w:color w:val="000000"/>
                <w:sz w:val="20"/>
              </w:rPr>
              <w:t>fizice</w:t>
            </w:r>
            <w:proofErr w:type="spellEnd"/>
            <w:r w:rsidRPr="001F0542">
              <w:rPr>
                <w:b/>
                <w:color w:val="000000"/>
                <w:sz w:val="20"/>
              </w:rPr>
              <w:t xml:space="preserve"> </w:t>
            </w:r>
            <w:proofErr w:type="spellStart"/>
            <w:r w:rsidRPr="001F0542">
              <w:rPr>
                <w:b/>
                <w:color w:val="000000"/>
                <w:sz w:val="20"/>
              </w:rPr>
              <w:t>autorizate</w:t>
            </w:r>
            <w:proofErr w:type="spellEnd"/>
          </w:p>
        </w:tc>
        <w:tc>
          <w:tcPr>
            <w:tcW w:w="1304" w:type="dxa"/>
          </w:tcPr>
          <w:p w14:paraId="4129919E" w14:textId="77777777" w:rsidR="006633E6" w:rsidRPr="001F0542" w:rsidRDefault="00000000">
            <w:pPr>
              <w:spacing w:after="0"/>
              <w:jc w:val="center"/>
            </w:pPr>
            <w:r w:rsidRPr="001F0542">
              <w:rPr>
                <w:b/>
                <w:color w:val="000000"/>
                <w:sz w:val="20"/>
              </w:rPr>
              <w:t xml:space="preserve">Pers. </w:t>
            </w:r>
            <w:proofErr w:type="spellStart"/>
            <w:r w:rsidRPr="001F0542">
              <w:rPr>
                <w:b/>
                <w:color w:val="000000"/>
                <w:sz w:val="20"/>
              </w:rPr>
              <w:t>juridice</w:t>
            </w:r>
            <w:proofErr w:type="spellEnd"/>
          </w:p>
        </w:tc>
      </w:tr>
      <w:tr w:rsidR="006633E6" w:rsidRPr="001F0542" w14:paraId="471AABC3" w14:textId="77777777">
        <w:trPr>
          <w:jc w:val="center"/>
        </w:trPr>
        <w:tc>
          <w:tcPr>
            <w:tcW w:w="680" w:type="dxa"/>
          </w:tcPr>
          <w:p w14:paraId="69EA12CA" w14:textId="77777777" w:rsidR="006633E6" w:rsidRPr="001F0542" w:rsidRDefault="00000000">
            <w:pPr>
              <w:spacing w:after="0"/>
              <w:jc w:val="center"/>
            </w:pPr>
            <w:r w:rsidRPr="001F0542">
              <w:rPr>
                <w:color w:val="000000"/>
                <w:sz w:val="20"/>
              </w:rPr>
              <w:t>1.</w:t>
            </w:r>
          </w:p>
        </w:tc>
        <w:tc>
          <w:tcPr>
            <w:tcW w:w="5102" w:type="dxa"/>
          </w:tcPr>
          <w:p w14:paraId="53DFC4F2" w14:textId="77777777" w:rsidR="006633E6" w:rsidRPr="001F0542" w:rsidRDefault="00000000">
            <w:pPr>
              <w:spacing w:after="0"/>
            </w:pPr>
            <w:proofErr w:type="spellStart"/>
            <w:r w:rsidRPr="001F0542">
              <w:rPr>
                <w:color w:val="000000"/>
                <w:sz w:val="20"/>
              </w:rPr>
              <w:t>Refuzul</w:t>
            </w:r>
            <w:proofErr w:type="spellEnd"/>
            <w:r w:rsidRPr="001F0542">
              <w:rPr>
                <w:color w:val="000000"/>
                <w:sz w:val="20"/>
              </w:rPr>
              <w:t xml:space="preserve"> </w:t>
            </w:r>
            <w:proofErr w:type="spellStart"/>
            <w:r w:rsidRPr="001F0542">
              <w:rPr>
                <w:color w:val="000000"/>
                <w:sz w:val="20"/>
              </w:rPr>
              <w:t>operatorului</w:t>
            </w:r>
            <w:proofErr w:type="spellEnd"/>
            <w:r w:rsidRPr="001F0542">
              <w:rPr>
                <w:color w:val="000000"/>
                <w:sz w:val="20"/>
              </w:rPr>
              <w:t xml:space="preserve"> de a </w:t>
            </w:r>
            <w:proofErr w:type="spellStart"/>
            <w:r w:rsidRPr="001F0542">
              <w:rPr>
                <w:color w:val="000000"/>
                <w:sz w:val="20"/>
              </w:rPr>
              <w:t>pune</w:t>
            </w:r>
            <w:proofErr w:type="spellEnd"/>
            <w:r w:rsidRPr="001F0542">
              <w:rPr>
                <w:color w:val="000000"/>
                <w:sz w:val="20"/>
              </w:rPr>
              <w:t xml:space="preserve"> la </w:t>
            </w:r>
            <w:proofErr w:type="spellStart"/>
            <w:r w:rsidRPr="001F0542">
              <w:rPr>
                <w:color w:val="000000"/>
                <w:sz w:val="20"/>
              </w:rPr>
              <w:t>dispoziția</w:t>
            </w:r>
            <w:proofErr w:type="spellEnd"/>
            <w:r w:rsidRPr="001F0542">
              <w:rPr>
                <w:color w:val="000000"/>
                <w:sz w:val="20"/>
              </w:rPr>
              <w:t xml:space="preserve"> </w:t>
            </w:r>
            <w:proofErr w:type="spellStart"/>
            <w:r w:rsidRPr="001F0542">
              <w:rPr>
                <w:color w:val="000000"/>
                <w:sz w:val="20"/>
              </w:rPr>
              <w:t>autorității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locale, </w:t>
            </w:r>
            <w:proofErr w:type="spellStart"/>
            <w:r w:rsidRPr="001F0542">
              <w:rPr>
                <w:color w:val="000000"/>
                <w:sz w:val="20"/>
              </w:rPr>
              <w:t>autorităților</w:t>
            </w:r>
            <w:proofErr w:type="spellEnd"/>
            <w:r w:rsidRPr="001F0542">
              <w:rPr>
                <w:color w:val="000000"/>
                <w:sz w:val="20"/>
              </w:rPr>
              <w:t xml:space="preserve"> de </w:t>
            </w:r>
            <w:proofErr w:type="spellStart"/>
            <w:r w:rsidRPr="001F0542">
              <w:rPr>
                <w:color w:val="000000"/>
                <w:sz w:val="20"/>
              </w:rPr>
              <w:t>reglementare</w:t>
            </w:r>
            <w:proofErr w:type="spellEnd"/>
            <w:r w:rsidRPr="001F0542">
              <w:rPr>
                <w:color w:val="000000"/>
                <w:sz w:val="20"/>
              </w:rPr>
              <w:t xml:space="preserve"> </w:t>
            </w:r>
            <w:proofErr w:type="spellStart"/>
            <w:r w:rsidRPr="001F0542">
              <w:rPr>
                <w:color w:val="000000"/>
                <w:sz w:val="20"/>
              </w:rPr>
              <w:t>competente</w:t>
            </w:r>
            <w:proofErr w:type="spellEnd"/>
            <w:r w:rsidRPr="001F0542">
              <w:rPr>
                <w:color w:val="000000"/>
                <w:sz w:val="20"/>
              </w:rPr>
              <w:t xml:space="preserve"> </w:t>
            </w:r>
            <w:proofErr w:type="spellStart"/>
            <w:r w:rsidRPr="001F0542">
              <w:rPr>
                <w:color w:val="000000"/>
                <w:sz w:val="20"/>
              </w:rPr>
              <w:t>datele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informațiile</w:t>
            </w:r>
            <w:proofErr w:type="spellEnd"/>
            <w:r w:rsidRPr="001F0542">
              <w:rPr>
                <w:color w:val="000000"/>
                <w:sz w:val="20"/>
              </w:rPr>
              <w:t xml:space="preserve"> solicitate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furnizarea</w:t>
            </w:r>
            <w:proofErr w:type="spellEnd"/>
            <w:r w:rsidRPr="001F0542">
              <w:rPr>
                <w:color w:val="000000"/>
                <w:sz w:val="20"/>
              </w:rPr>
              <w:t xml:space="preserve"> </w:t>
            </w:r>
            <w:proofErr w:type="spellStart"/>
            <w:r w:rsidRPr="001F0542">
              <w:rPr>
                <w:color w:val="000000"/>
                <w:sz w:val="20"/>
              </w:rPr>
              <w:t>incorectă</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incompletă</w:t>
            </w:r>
            <w:proofErr w:type="spellEnd"/>
            <w:r w:rsidRPr="001F0542">
              <w:rPr>
                <w:color w:val="000000"/>
                <w:sz w:val="20"/>
              </w:rPr>
              <w:t xml:space="preserve"> de date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informațiile</w:t>
            </w:r>
            <w:proofErr w:type="spellEnd"/>
            <w:r w:rsidRPr="001F0542">
              <w:rPr>
                <w:color w:val="000000"/>
                <w:sz w:val="20"/>
              </w:rPr>
              <w:t xml:space="preserve"> </w:t>
            </w:r>
            <w:proofErr w:type="spellStart"/>
            <w:r w:rsidRPr="001F0542">
              <w:rPr>
                <w:color w:val="000000"/>
                <w:sz w:val="20"/>
              </w:rPr>
              <w:t>necesare</w:t>
            </w:r>
            <w:proofErr w:type="spellEnd"/>
            <w:r w:rsidRPr="001F0542">
              <w:rPr>
                <w:color w:val="000000"/>
                <w:sz w:val="20"/>
              </w:rPr>
              <w:t xml:space="preserve"> </w:t>
            </w:r>
            <w:proofErr w:type="spellStart"/>
            <w:r w:rsidRPr="001F0542">
              <w:rPr>
                <w:color w:val="000000"/>
                <w:sz w:val="20"/>
              </w:rPr>
              <w:t>desfășurării</w:t>
            </w:r>
            <w:proofErr w:type="spellEnd"/>
            <w:r w:rsidRPr="001F0542">
              <w:rPr>
                <w:color w:val="000000"/>
                <w:sz w:val="20"/>
              </w:rPr>
              <w:t xml:space="preserve"> </w:t>
            </w:r>
            <w:proofErr w:type="spellStart"/>
            <w:r w:rsidRPr="001F0542">
              <w:rPr>
                <w:color w:val="000000"/>
                <w:sz w:val="20"/>
              </w:rPr>
              <w:t>activității</w:t>
            </w:r>
            <w:proofErr w:type="spellEnd"/>
            <w:r w:rsidRPr="001F0542">
              <w:rPr>
                <w:color w:val="000000"/>
                <w:sz w:val="20"/>
              </w:rPr>
              <w:t xml:space="preserve"> </w:t>
            </w:r>
            <w:proofErr w:type="spellStart"/>
            <w:r w:rsidRPr="001F0542">
              <w:rPr>
                <w:color w:val="000000"/>
                <w:sz w:val="20"/>
              </w:rPr>
              <w:t>acesteia</w:t>
            </w:r>
            <w:proofErr w:type="spellEnd"/>
          </w:p>
        </w:tc>
        <w:tc>
          <w:tcPr>
            <w:tcW w:w="1247" w:type="dxa"/>
          </w:tcPr>
          <w:p w14:paraId="4A935187" w14:textId="77777777" w:rsidR="006633E6" w:rsidRPr="001F0542" w:rsidRDefault="00000000">
            <w:pPr>
              <w:spacing w:after="0"/>
              <w:jc w:val="center"/>
            </w:pPr>
            <w:r w:rsidRPr="001F0542">
              <w:rPr>
                <w:b/>
                <w:color w:val="000000"/>
                <w:sz w:val="20"/>
              </w:rPr>
              <w:t>-</w:t>
            </w:r>
          </w:p>
        </w:tc>
        <w:tc>
          <w:tcPr>
            <w:tcW w:w="1304" w:type="dxa"/>
          </w:tcPr>
          <w:p w14:paraId="10AB8B2D" w14:textId="77777777" w:rsidR="006633E6" w:rsidRPr="001F0542" w:rsidRDefault="00000000">
            <w:pPr>
              <w:spacing w:after="0"/>
              <w:jc w:val="center"/>
            </w:pPr>
            <w:r w:rsidRPr="001F0542">
              <w:rPr>
                <w:b/>
                <w:color w:val="000000"/>
                <w:sz w:val="20"/>
              </w:rPr>
              <w:t>-</w:t>
            </w:r>
          </w:p>
        </w:tc>
        <w:tc>
          <w:tcPr>
            <w:tcW w:w="1304" w:type="dxa"/>
          </w:tcPr>
          <w:p w14:paraId="2006FCBD" w14:textId="77777777" w:rsidR="006633E6" w:rsidRPr="001F0542" w:rsidRDefault="00000000">
            <w:pPr>
              <w:spacing w:after="0"/>
              <w:jc w:val="center"/>
            </w:pPr>
            <w:r w:rsidRPr="001F0542">
              <w:rPr>
                <w:b/>
                <w:color w:val="000000"/>
                <w:sz w:val="20"/>
              </w:rPr>
              <w:t>20.000-50.000</w:t>
            </w:r>
          </w:p>
        </w:tc>
      </w:tr>
      <w:tr w:rsidR="006633E6" w:rsidRPr="001F0542" w14:paraId="7212525B" w14:textId="77777777">
        <w:trPr>
          <w:jc w:val="center"/>
        </w:trPr>
        <w:tc>
          <w:tcPr>
            <w:tcW w:w="680" w:type="dxa"/>
          </w:tcPr>
          <w:p w14:paraId="653C2E28" w14:textId="77777777" w:rsidR="006633E6" w:rsidRPr="001F0542" w:rsidRDefault="00000000">
            <w:pPr>
              <w:spacing w:after="0"/>
              <w:jc w:val="center"/>
            </w:pPr>
            <w:r w:rsidRPr="001F0542">
              <w:rPr>
                <w:color w:val="000000"/>
                <w:sz w:val="20"/>
              </w:rPr>
              <w:t>2.</w:t>
            </w:r>
          </w:p>
        </w:tc>
        <w:tc>
          <w:tcPr>
            <w:tcW w:w="5102" w:type="dxa"/>
          </w:tcPr>
          <w:p w14:paraId="50C397F6" w14:textId="77777777" w:rsidR="006633E6" w:rsidRPr="001F0542" w:rsidRDefault="00000000">
            <w:pPr>
              <w:spacing w:after="0"/>
            </w:pPr>
            <w:r w:rsidRPr="001F0542">
              <w:rPr>
                <w:color w:val="000000"/>
                <w:sz w:val="20"/>
              </w:rPr>
              <w:t>Furnizarea/</w:t>
            </w:r>
            <w:proofErr w:type="spellStart"/>
            <w:r w:rsidRPr="001F0542">
              <w:rPr>
                <w:color w:val="000000"/>
                <w:sz w:val="20"/>
              </w:rPr>
              <w:t>Prestarea</w:t>
            </w:r>
            <w:proofErr w:type="spellEnd"/>
            <w:r w:rsidRPr="001F0542">
              <w:rPr>
                <w:color w:val="000000"/>
                <w:sz w:val="20"/>
              </w:rPr>
              <w:t xml:space="preserve"> </w:t>
            </w:r>
            <w:proofErr w:type="spellStart"/>
            <w:r w:rsidRPr="001F0542">
              <w:rPr>
                <w:color w:val="000000"/>
                <w:sz w:val="20"/>
              </w:rPr>
              <w:t>serviciului</w:t>
            </w:r>
            <w:proofErr w:type="spellEnd"/>
            <w:r w:rsidRPr="001F0542">
              <w:rPr>
                <w:color w:val="000000"/>
                <w:sz w:val="20"/>
              </w:rPr>
              <w:t xml:space="preserve"> de </w:t>
            </w:r>
            <w:proofErr w:type="spellStart"/>
            <w:r w:rsidRPr="001F0542">
              <w:rPr>
                <w:color w:val="000000"/>
                <w:sz w:val="20"/>
              </w:rPr>
              <w:t>salubrizare</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afara </w:t>
            </w:r>
            <w:proofErr w:type="spellStart"/>
            <w:r w:rsidRPr="001F0542">
              <w:rPr>
                <w:color w:val="000000"/>
                <w:sz w:val="20"/>
              </w:rPr>
              <w:t>indicatorilor</w:t>
            </w:r>
            <w:proofErr w:type="spellEnd"/>
            <w:r w:rsidRPr="001F0542">
              <w:rPr>
                <w:color w:val="000000"/>
                <w:sz w:val="20"/>
              </w:rPr>
              <w:t xml:space="preserve"> </w:t>
            </w:r>
            <w:proofErr w:type="spellStart"/>
            <w:r w:rsidRPr="001F0542">
              <w:rPr>
                <w:color w:val="000000"/>
                <w:sz w:val="20"/>
              </w:rPr>
              <w:t>tehnici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de </w:t>
            </w:r>
            <w:proofErr w:type="spellStart"/>
            <w:r w:rsidRPr="001F0542">
              <w:rPr>
                <w:color w:val="000000"/>
                <w:sz w:val="20"/>
              </w:rPr>
              <w:t>performanță</w:t>
            </w:r>
            <w:proofErr w:type="spellEnd"/>
            <w:r w:rsidRPr="001F0542">
              <w:rPr>
                <w:color w:val="000000"/>
                <w:sz w:val="20"/>
              </w:rPr>
              <w:t xml:space="preserve"> </w:t>
            </w:r>
            <w:proofErr w:type="spellStart"/>
            <w:r w:rsidRPr="001F0542">
              <w:rPr>
                <w:color w:val="000000"/>
                <w:sz w:val="20"/>
              </w:rPr>
              <w:t>calitativi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cantitativi</w:t>
            </w:r>
            <w:proofErr w:type="spellEnd"/>
            <w:r w:rsidRPr="001F0542">
              <w:rPr>
                <w:color w:val="000000"/>
                <w:sz w:val="20"/>
              </w:rPr>
              <w:t xml:space="preserve"> </w:t>
            </w:r>
            <w:proofErr w:type="spellStart"/>
            <w:r w:rsidRPr="001F0542">
              <w:rPr>
                <w:color w:val="000000"/>
                <w:sz w:val="20"/>
              </w:rPr>
              <w:t>adoptați</w:t>
            </w:r>
            <w:proofErr w:type="spellEnd"/>
            <w:r w:rsidRPr="001F0542">
              <w:rPr>
                <w:color w:val="000000"/>
                <w:sz w:val="20"/>
              </w:rPr>
              <w:t xml:space="preserve"> </w:t>
            </w:r>
            <w:proofErr w:type="spellStart"/>
            <w:r w:rsidRPr="001F0542">
              <w:rPr>
                <w:color w:val="000000"/>
                <w:sz w:val="20"/>
              </w:rPr>
              <w:t>prin</w:t>
            </w:r>
            <w:proofErr w:type="spellEnd"/>
            <w:r w:rsidRPr="001F0542">
              <w:rPr>
                <w:color w:val="000000"/>
                <w:sz w:val="20"/>
              </w:rPr>
              <w:t xml:space="preserve"> </w:t>
            </w:r>
            <w:proofErr w:type="spellStart"/>
            <w:r w:rsidRPr="001F0542">
              <w:rPr>
                <w:color w:val="000000"/>
                <w:sz w:val="20"/>
              </w:rPr>
              <w:t>contractul</w:t>
            </w:r>
            <w:proofErr w:type="spellEnd"/>
            <w:r w:rsidRPr="001F0542">
              <w:rPr>
                <w:color w:val="000000"/>
                <w:sz w:val="20"/>
              </w:rPr>
              <w:t xml:space="preserve"> de </w:t>
            </w:r>
            <w:proofErr w:type="spellStart"/>
            <w:r w:rsidRPr="001F0542">
              <w:rPr>
                <w:color w:val="000000"/>
                <w:sz w:val="20"/>
              </w:rPr>
              <w:t>delegare</w:t>
            </w:r>
            <w:proofErr w:type="spellEnd"/>
            <w:r w:rsidRPr="001F0542">
              <w:rPr>
                <w:color w:val="000000"/>
                <w:sz w:val="20"/>
              </w:rPr>
              <w:t xml:space="preserve"> a </w:t>
            </w:r>
            <w:proofErr w:type="spellStart"/>
            <w:r w:rsidRPr="001F0542">
              <w:rPr>
                <w:color w:val="000000"/>
                <w:sz w:val="20"/>
              </w:rPr>
              <w:t>gestiunii</w:t>
            </w:r>
            <w:proofErr w:type="spellEnd"/>
            <w:r w:rsidRPr="001F0542">
              <w:rPr>
                <w:color w:val="000000"/>
                <w:sz w:val="20"/>
              </w:rPr>
              <w:t>/</w:t>
            </w:r>
            <w:proofErr w:type="spellStart"/>
            <w:r w:rsidRPr="001F0542">
              <w:rPr>
                <w:color w:val="000000"/>
                <w:sz w:val="20"/>
              </w:rPr>
              <w:t>hotărârea</w:t>
            </w:r>
            <w:proofErr w:type="spellEnd"/>
            <w:r w:rsidRPr="001F0542">
              <w:rPr>
                <w:color w:val="000000"/>
                <w:sz w:val="20"/>
              </w:rPr>
              <w:t xml:space="preserve"> de dare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administrare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prin</w:t>
            </w:r>
            <w:proofErr w:type="spellEnd"/>
            <w:r w:rsidRPr="001F0542">
              <w:rPr>
                <w:color w:val="000000"/>
                <w:sz w:val="20"/>
              </w:rPr>
              <w:t xml:space="preserve"> </w:t>
            </w:r>
            <w:proofErr w:type="spellStart"/>
            <w:r w:rsidRPr="001F0542">
              <w:rPr>
                <w:color w:val="000000"/>
                <w:sz w:val="20"/>
              </w:rPr>
              <w:t>prezentul</w:t>
            </w:r>
            <w:proofErr w:type="spellEnd"/>
            <w:r w:rsidRPr="001F0542">
              <w:rPr>
                <w:color w:val="000000"/>
                <w:sz w:val="20"/>
              </w:rPr>
              <w:t xml:space="preserve"> </w:t>
            </w:r>
            <w:proofErr w:type="spellStart"/>
            <w:r w:rsidRPr="001F0542">
              <w:rPr>
                <w:color w:val="000000"/>
                <w:sz w:val="20"/>
              </w:rPr>
              <w:t>Regulament</w:t>
            </w:r>
            <w:proofErr w:type="spellEnd"/>
          </w:p>
        </w:tc>
        <w:tc>
          <w:tcPr>
            <w:tcW w:w="1247" w:type="dxa"/>
          </w:tcPr>
          <w:p w14:paraId="7AA993A0" w14:textId="77777777" w:rsidR="006633E6" w:rsidRPr="001F0542" w:rsidRDefault="00000000">
            <w:pPr>
              <w:spacing w:after="0"/>
              <w:jc w:val="center"/>
            </w:pPr>
            <w:r w:rsidRPr="001F0542">
              <w:rPr>
                <w:b/>
                <w:color w:val="000000"/>
                <w:sz w:val="20"/>
              </w:rPr>
              <w:t>-</w:t>
            </w:r>
          </w:p>
        </w:tc>
        <w:tc>
          <w:tcPr>
            <w:tcW w:w="1304" w:type="dxa"/>
          </w:tcPr>
          <w:p w14:paraId="56916A78" w14:textId="77777777" w:rsidR="006633E6" w:rsidRPr="001F0542" w:rsidRDefault="00000000">
            <w:pPr>
              <w:spacing w:after="0"/>
              <w:jc w:val="center"/>
            </w:pPr>
            <w:r w:rsidRPr="001F0542">
              <w:rPr>
                <w:b/>
                <w:color w:val="000000"/>
                <w:sz w:val="20"/>
              </w:rPr>
              <w:t>-</w:t>
            </w:r>
          </w:p>
        </w:tc>
        <w:tc>
          <w:tcPr>
            <w:tcW w:w="1304" w:type="dxa"/>
          </w:tcPr>
          <w:p w14:paraId="23AE557D" w14:textId="77777777" w:rsidR="006633E6" w:rsidRPr="001F0542" w:rsidRDefault="00000000">
            <w:pPr>
              <w:spacing w:after="0"/>
              <w:jc w:val="center"/>
            </w:pPr>
            <w:r w:rsidRPr="001F0542">
              <w:rPr>
                <w:b/>
                <w:color w:val="000000"/>
                <w:sz w:val="20"/>
              </w:rPr>
              <w:t>20.000-50.000</w:t>
            </w:r>
          </w:p>
        </w:tc>
      </w:tr>
      <w:tr w:rsidR="006633E6" w:rsidRPr="001F0542" w14:paraId="79C1E1E0" w14:textId="77777777">
        <w:trPr>
          <w:jc w:val="center"/>
        </w:trPr>
        <w:tc>
          <w:tcPr>
            <w:tcW w:w="680" w:type="dxa"/>
          </w:tcPr>
          <w:p w14:paraId="43EE64DE" w14:textId="77777777" w:rsidR="006633E6" w:rsidRPr="001F0542" w:rsidRDefault="00000000">
            <w:pPr>
              <w:spacing w:after="0"/>
              <w:jc w:val="center"/>
            </w:pPr>
            <w:r w:rsidRPr="001F0542">
              <w:rPr>
                <w:color w:val="000000"/>
                <w:sz w:val="20"/>
              </w:rPr>
              <w:t>3.</w:t>
            </w:r>
          </w:p>
        </w:tc>
        <w:tc>
          <w:tcPr>
            <w:tcW w:w="5102" w:type="dxa"/>
          </w:tcPr>
          <w:p w14:paraId="2BA08393" w14:textId="77777777" w:rsidR="006633E6" w:rsidRPr="001F0542" w:rsidRDefault="00000000">
            <w:pPr>
              <w:spacing w:after="0"/>
            </w:pPr>
            <w:proofErr w:type="spellStart"/>
            <w:r w:rsidRPr="001F0542">
              <w:rPr>
                <w:color w:val="000000"/>
                <w:sz w:val="20"/>
              </w:rPr>
              <w:t>Încălcarea</w:t>
            </w:r>
            <w:proofErr w:type="spellEnd"/>
            <w:r w:rsidRPr="001F0542">
              <w:rPr>
                <w:color w:val="000000"/>
                <w:sz w:val="20"/>
              </w:rPr>
              <w:t xml:space="preserve"> de </w:t>
            </w:r>
            <w:proofErr w:type="spellStart"/>
            <w:r w:rsidRPr="001F0542">
              <w:rPr>
                <w:color w:val="000000"/>
                <w:sz w:val="20"/>
              </w:rPr>
              <w:t>către</w:t>
            </w:r>
            <w:proofErr w:type="spellEnd"/>
            <w:r w:rsidRPr="001F0542">
              <w:rPr>
                <w:color w:val="000000"/>
                <w:sz w:val="20"/>
              </w:rPr>
              <w:t xml:space="preserve"> </w:t>
            </w:r>
            <w:proofErr w:type="spellStart"/>
            <w:r w:rsidRPr="001F0542">
              <w:rPr>
                <w:color w:val="000000"/>
                <w:sz w:val="20"/>
              </w:rPr>
              <w:t>operatori</w:t>
            </w:r>
            <w:proofErr w:type="spellEnd"/>
            <w:r w:rsidRPr="001F0542">
              <w:rPr>
                <w:color w:val="000000"/>
                <w:sz w:val="20"/>
              </w:rPr>
              <w:t xml:space="preserve"> a </w:t>
            </w:r>
            <w:proofErr w:type="spellStart"/>
            <w:r w:rsidRPr="001F0542">
              <w:rPr>
                <w:color w:val="000000"/>
                <w:sz w:val="20"/>
              </w:rPr>
              <w:t>prevederilor</w:t>
            </w:r>
            <w:proofErr w:type="spellEnd"/>
            <w:r w:rsidRPr="001F0542">
              <w:rPr>
                <w:color w:val="000000"/>
                <w:sz w:val="20"/>
              </w:rPr>
              <w:t xml:space="preserve"> </w:t>
            </w:r>
            <w:proofErr w:type="spellStart"/>
            <w:r w:rsidRPr="001F0542">
              <w:rPr>
                <w:color w:val="000000"/>
                <w:sz w:val="20"/>
              </w:rPr>
              <w:t>reglementărilor</w:t>
            </w:r>
            <w:proofErr w:type="spellEnd"/>
            <w:r w:rsidRPr="001F0542">
              <w:rPr>
                <w:color w:val="000000"/>
                <w:sz w:val="20"/>
              </w:rPr>
              <w:t xml:space="preserve"> </w:t>
            </w:r>
            <w:proofErr w:type="spellStart"/>
            <w:r w:rsidRPr="001F0542">
              <w:rPr>
                <w:color w:val="000000"/>
                <w:sz w:val="20"/>
              </w:rPr>
              <w:t>tehnice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comerciale</w:t>
            </w:r>
            <w:proofErr w:type="spellEnd"/>
            <w:r w:rsidRPr="001F0542">
              <w:rPr>
                <w:color w:val="000000"/>
                <w:sz w:val="20"/>
              </w:rPr>
              <w:t xml:space="preserve">, </w:t>
            </w:r>
            <w:proofErr w:type="spellStart"/>
            <w:r w:rsidRPr="001F0542">
              <w:rPr>
                <w:color w:val="000000"/>
                <w:sz w:val="20"/>
              </w:rPr>
              <w:t>inclusiv</w:t>
            </w:r>
            <w:proofErr w:type="spellEnd"/>
            <w:r w:rsidRPr="001F0542">
              <w:rPr>
                <w:color w:val="000000"/>
                <w:sz w:val="20"/>
              </w:rPr>
              <w:t xml:space="preserve"> a </w:t>
            </w:r>
            <w:proofErr w:type="spellStart"/>
            <w:r w:rsidRPr="001F0542">
              <w:rPr>
                <w:color w:val="000000"/>
                <w:sz w:val="20"/>
              </w:rPr>
              <w:t>reglementărilor-cadru</w:t>
            </w:r>
            <w:proofErr w:type="spellEnd"/>
            <w:r w:rsidRPr="001F0542">
              <w:rPr>
                <w:color w:val="000000"/>
                <w:sz w:val="20"/>
              </w:rPr>
              <w:t xml:space="preserve"> ale </w:t>
            </w:r>
            <w:proofErr w:type="spellStart"/>
            <w:r w:rsidRPr="001F0542">
              <w:rPr>
                <w:color w:val="000000"/>
                <w:sz w:val="20"/>
              </w:rPr>
              <w:t>serviciilor</w:t>
            </w:r>
            <w:proofErr w:type="spellEnd"/>
            <w:r w:rsidRPr="001F0542">
              <w:rPr>
                <w:color w:val="000000"/>
                <w:sz w:val="20"/>
              </w:rPr>
              <w:t xml:space="preserve"> de </w:t>
            </w:r>
            <w:proofErr w:type="spellStart"/>
            <w:r w:rsidRPr="001F0542">
              <w:rPr>
                <w:color w:val="000000"/>
                <w:sz w:val="20"/>
              </w:rPr>
              <w:t>utilități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w:t>
            </w:r>
            <w:proofErr w:type="spellStart"/>
            <w:r w:rsidRPr="001F0542">
              <w:rPr>
                <w:color w:val="000000"/>
                <w:sz w:val="20"/>
              </w:rPr>
              <w:t>stabilite</w:t>
            </w:r>
            <w:proofErr w:type="spellEnd"/>
            <w:r w:rsidRPr="001F0542">
              <w:rPr>
                <w:color w:val="000000"/>
                <w:sz w:val="20"/>
              </w:rPr>
              <w:t xml:space="preserve"> de </w:t>
            </w:r>
            <w:proofErr w:type="spellStart"/>
            <w:r w:rsidRPr="001F0542">
              <w:rPr>
                <w:color w:val="000000"/>
                <w:sz w:val="20"/>
              </w:rPr>
              <w:t>autoritățile</w:t>
            </w:r>
            <w:proofErr w:type="spellEnd"/>
            <w:r w:rsidRPr="001F0542">
              <w:rPr>
                <w:color w:val="000000"/>
                <w:sz w:val="20"/>
              </w:rPr>
              <w:t xml:space="preserve"> de </w:t>
            </w:r>
            <w:proofErr w:type="spellStart"/>
            <w:r w:rsidRPr="001F0542">
              <w:rPr>
                <w:color w:val="000000"/>
                <w:sz w:val="20"/>
              </w:rPr>
              <w:t>reglementare</w:t>
            </w:r>
            <w:proofErr w:type="spellEnd"/>
            <w:r w:rsidRPr="001F0542">
              <w:rPr>
                <w:color w:val="000000"/>
                <w:sz w:val="20"/>
              </w:rPr>
              <w:t xml:space="preserve"> </w:t>
            </w:r>
            <w:proofErr w:type="spellStart"/>
            <w:r w:rsidRPr="001F0542">
              <w:rPr>
                <w:color w:val="000000"/>
                <w:sz w:val="20"/>
              </w:rPr>
              <w:t>competente</w:t>
            </w:r>
            <w:proofErr w:type="spellEnd"/>
            <w:r w:rsidRPr="001F0542">
              <w:rPr>
                <w:color w:val="000000"/>
                <w:sz w:val="20"/>
              </w:rPr>
              <w:t xml:space="preserve">, precum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nerespectarea</w:t>
            </w:r>
            <w:proofErr w:type="spellEnd"/>
            <w:r w:rsidRPr="001F0542">
              <w:rPr>
                <w:color w:val="000000"/>
                <w:sz w:val="20"/>
              </w:rPr>
              <w:t xml:space="preserve"> </w:t>
            </w:r>
            <w:proofErr w:type="spellStart"/>
            <w:r w:rsidRPr="001F0542">
              <w:rPr>
                <w:color w:val="000000"/>
                <w:sz w:val="20"/>
              </w:rPr>
              <w:t>condițiilor</w:t>
            </w:r>
            <w:proofErr w:type="spellEnd"/>
            <w:r w:rsidRPr="001F0542">
              <w:rPr>
                <w:color w:val="000000"/>
                <w:sz w:val="20"/>
              </w:rPr>
              <w:t xml:space="preserve"> </w:t>
            </w:r>
            <w:proofErr w:type="spellStart"/>
            <w:r w:rsidRPr="001F0542">
              <w:rPr>
                <w:color w:val="000000"/>
                <w:sz w:val="20"/>
              </w:rPr>
              <w:t>asociate</w:t>
            </w:r>
            <w:proofErr w:type="spellEnd"/>
            <w:r w:rsidRPr="001F0542">
              <w:rPr>
                <w:color w:val="000000"/>
                <w:sz w:val="20"/>
              </w:rPr>
              <w:t xml:space="preserve"> </w:t>
            </w:r>
            <w:proofErr w:type="spellStart"/>
            <w:r w:rsidRPr="001F0542">
              <w:rPr>
                <w:color w:val="000000"/>
                <w:sz w:val="20"/>
              </w:rPr>
              <w:t>licențelor</w:t>
            </w:r>
            <w:proofErr w:type="spellEnd"/>
          </w:p>
        </w:tc>
        <w:tc>
          <w:tcPr>
            <w:tcW w:w="1247" w:type="dxa"/>
          </w:tcPr>
          <w:p w14:paraId="47E45998" w14:textId="77777777" w:rsidR="006633E6" w:rsidRPr="001F0542" w:rsidRDefault="00000000">
            <w:pPr>
              <w:spacing w:after="0"/>
              <w:jc w:val="center"/>
            </w:pPr>
            <w:r w:rsidRPr="001F0542">
              <w:rPr>
                <w:b/>
                <w:color w:val="000000"/>
                <w:sz w:val="20"/>
              </w:rPr>
              <w:t>-</w:t>
            </w:r>
          </w:p>
        </w:tc>
        <w:tc>
          <w:tcPr>
            <w:tcW w:w="1304" w:type="dxa"/>
          </w:tcPr>
          <w:p w14:paraId="1E4E0918" w14:textId="77777777" w:rsidR="006633E6" w:rsidRPr="001F0542" w:rsidRDefault="00000000">
            <w:pPr>
              <w:spacing w:after="0"/>
              <w:jc w:val="center"/>
            </w:pPr>
            <w:r w:rsidRPr="001F0542">
              <w:rPr>
                <w:b/>
                <w:color w:val="000000"/>
                <w:sz w:val="20"/>
              </w:rPr>
              <w:t>-</w:t>
            </w:r>
          </w:p>
        </w:tc>
        <w:tc>
          <w:tcPr>
            <w:tcW w:w="1304" w:type="dxa"/>
          </w:tcPr>
          <w:p w14:paraId="32BF8E46" w14:textId="77777777" w:rsidR="006633E6" w:rsidRPr="001F0542" w:rsidRDefault="00000000">
            <w:pPr>
              <w:spacing w:after="0"/>
              <w:jc w:val="center"/>
            </w:pPr>
            <w:r w:rsidRPr="001F0542">
              <w:rPr>
                <w:b/>
                <w:color w:val="000000"/>
                <w:sz w:val="20"/>
              </w:rPr>
              <w:t>20.000-50.000</w:t>
            </w:r>
          </w:p>
        </w:tc>
      </w:tr>
      <w:tr w:rsidR="006633E6" w:rsidRPr="001F0542" w14:paraId="5C0D175B" w14:textId="77777777">
        <w:trPr>
          <w:jc w:val="center"/>
        </w:trPr>
        <w:tc>
          <w:tcPr>
            <w:tcW w:w="680" w:type="dxa"/>
          </w:tcPr>
          <w:p w14:paraId="1E035566" w14:textId="77777777" w:rsidR="006633E6" w:rsidRPr="001F0542" w:rsidRDefault="00000000">
            <w:pPr>
              <w:spacing w:after="0"/>
              <w:jc w:val="center"/>
            </w:pPr>
            <w:r w:rsidRPr="001F0542">
              <w:rPr>
                <w:color w:val="000000"/>
                <w:sz w:val="20"/>
              </w:rPr>
              <w:t>4.</w:t>
            </w:r>
          </w:p>
        </w:tc>
        <w:tc>
          <w:tcPr>
            <w:tcW w:w="5102" w:type="dxa"/>
          </w:tcPr>
          <w:p w14:paraId="00EFE9D3" w14:textId="77777777" w:rsidR="006633E6" w:rsidRPr="001F0542" w:rsidRDefault="00000000">
            <w:pPr>
              <w:spacing w:after="0"/>
            </w:pPr>
            <w:proofErr w:type="spellStart"/>
            <w:r w:rsidRPr="001F0542">
              <w:rPr>
                <w:color w:val="000000"/>
                <w:sz w:val="20"/>
              </w:rPr>
              <w:t>Neaplicarea</w:t>
            </w:r>
            <w:proofErr w:type="spellEnd"/>
            <w:r w:rsidRPr="001F0542">
              <w:rPr>
                <w:color w:val="000000"/>
                <w:sz w:val="20"/>
              </w:rPr>
              <w:t xml:space="preserve"> </w:t>
            </w:r>
            <w:proofErr w:type="spellStart"/>
            <w:r w:rsidRPr="001F0542">
              <w:rPr>
                <w:color w:val="000000"/>
                <w:sz w:val="20"/>
              </w:rPr>
              <w:t>măsurilor</w:t>
            </w:r>
            <w:proofErr w:type="spellEnd"/>
            <w:r w:rsidRPr="001F0542">
              <w:rPr>
                <w:color w:val="000000"/>
                <w:sz w:val="20"/>
              </w:rPr>
              <w:t xml:space="preserve"> </w:t>
            </w:r>
            <w:proofErr w:type="spellStart"/>
            <w:r w:rsidRPr="001F0542">
              <w:rPr>
                <w:color w:val="000000"/>
                <w:sz w:val="20"/>
              </w:rPr>
              <w:t>stabilite</w:t>
            </w:r>
            <w:proofErr w:type="spellEnd"/>
            <w:r w:rsidRPr="001F0542">
              <w:rPr>
                <w:color w:val="000000"/>
                <w:sz w:val="20"/>
              </w:rPr>
              <w:t xml:space="preserve"> cu </w:t>
            </w:r>
            <w:proofErr w:type="spellStart"/>
            <w:r w:rsidRPr="001F0542">
              <w:rPr>
                <w:color w:val="000000"/>
                <w:sz w:val="20"/>
              </w:rPr>
              <w:t>ocazia</w:t>
            </w:r>
            <w:proofErr w:type="spellEnd"/>
            <w:r w:rsidRPr="001F0542">
              <w:rPr>
                <w:color w:val="000000"/>
                <w:sz w:val="20"/>
              </w:rPr>
              <w:t xml:space="preserve"> </w:t>
            </w:r>
            <w:proofErr w:type="spellStart"/>
            <w:r w:rsidRPr="001F0542">
              <w:rPr>
                <w:color w:val="000000"/>
                <w:sz w:val="20"/>
              </w:rPr>
              <w:t>activităților</w:t>
            </w:r>
            <w:proofErr w:type="spellEnd"/>
            <w:r w:rsidRPr="001F0542">
              <w:rPr>
                <w:color w:val="000000"/>
                <w:sz w:val="20"/>
              </w:rPr>
              <w:t xml:space="preserve"> de control </w:t>
            </w:r>
            <w:proofErr w:type="spellStart"/>
            <w:r w:rsidRPr="001F0542">
              <w:rPr>
                <w:color w:val="000000"/>
                <w:sz w:val="20"/>
              </w:rPr>
              <w:t>aplicate</w:t>
            </w:r>
            <w:proofErr w:type="spellEnd"/>
            <w:r w:rsidRPr="001F0542">
              <w:rPr>
                <w:color w:val="000000"/>
                <w:sz w:val="20"/>
              </w:rPr>
              <w:t xml:space="preserve"> </w:t>
            </w:r>
            <w:proofErr w:type="spellStart"/>
            <w:r w:rsidRPr="001F0542">
              <w:rPr>
                <w:color w:val="000000"/>
                <w:sz w:val="20"/>
              </w:rPr>
              <w:t>operatorului</w:t>
            </w:r>
            <w:proofErr w:type="spellEnd"/>
          </w:p>
        </w:tc>
        <w:tc>
          <w:tcPr>
            <w:tcW w:w="1247" w:type="dxa"/>
          </w:tcPr>
          <w:p w14:paraId="0EE9E6DF" w14:textId="77777777" w:rsidR="006633E6" w:rsidRPr="001F0542" w:rsidRDefault="00000000">
            <w:pPr>
              <w:spacing w:after="0"/>
              <w:jc w:val="center"/>
            </w:pPr>
            <w:r w:rsidRPr="001F0542">
              <w:rPr>
                <w:b/>
                <w:color w:val="000000"/>
                <w:sz w:val="20"/>
              </w:rPr>
              <w:t>-</w:t>
            </w:r>
          </w:p>
        </w:tc>
        <w:tc>
          <w:tcPr>
            <w:tcW w:w="1304" w:type="dxa"/>
          </w:tcPr>
          <w:p w14:paraId="3E4ABABA" w14:textId="77777777" w:rsidR="006633E6" w:rsidRPr="001F0542" w:rsidRDefault="00000000">
            <w:pPr>
              <w:spacing w:after="0"/>
              <w:jc w:val="center"/>
            </w:pPr>
            <w:r w:rsidRPr="001F0542">
              <w:rPr>
                <w:b/>
                <w:color w:val="000000"/>
                <w:sz w:val="20"/>
              </w:rPr>
              <w:t>-</w:t>
            </w:r>
          </w:p>
        </w:tc>
        <w:tc>
          <w:tcPr>
            <w:tcW w:w="1304" w:type="dxa"/>
          </w:tcPr>
          <w:p w14:paraId="53EA3C03" w14:textId="77777777" w:rsidR="006633E6" w:rsidRPr="001F0542" w:rsidRDefault="00000000">
            <w:pPr>
              <w:spacing w:after="0"/>
              <w:jc w:val="center"/>
            </w:pPr>
            <w:r w:rsidRPr="001F0542">
              <w:rPr>
                <w:b/>
                <w:color w:val="000000"/>
                <w:sz w:val="20"/>
              </w:rPr>
              <w:t>30.000-50.000</w:t>
            </w:r>
          </w:p>
        </w:tc>
      </w:tr>
      <w:tr w:rsidR="006633E6" w:rsidRPr="001F0542" w14:paraId="3E947E23" w14:textId="77777777">
        <w:trPr>
          <w:jc w:val="center"/>
        </w:trPr>
        <w:tc>
          <w:tcPr>
            <w:tcW w:w="680" w:type="dxa"/>
          </w:tcPr>
          <w:p w14:paraId="7D45D6D8" w14:textId="77777777" w:rsidR="006633E6" w:rsidRPr="001F0542" w:rsidRDefault="00000000">
            <w:pPr>
              <w:spacing w:after="0"/>
              <w:jc w:val="center"/>
            </w:pPr>
            <w:r w:rsidRPr="001F0542">
              <w:rPr>
                <w:color w:val="000000"/>
                <w:sz w:val="20"/>
              </w:rPr>
              <w:t>5.</w:t>
            </w:r>
          </w:p>
        </w:tc>
        <w:tc>
          <w:tcPr>
            <w:tcW w:w="5102" w:type="dxa"/>
          </w:tcPr>
          <w:p w14:paraId="7B502609" w14:textId="77777777" w:rsidR="006633E6" w:rsidRPr="001F0542" w:rsidRDefault="00000000">
            <w:pPr>
              <w:spacing w:after="0"/>
            </w:pPr>
            <w:proofErr w:type="spellStart"/>
            <w:r w:rsidRPr="001F0542">
              <w:rPr>
                <w:color w:val="000000"/>
                <w:sz w:val="20"/>
              </w:rPr>
              <w:t>Practicarea</w:t>
            </w:r>
            <w:proofErr w:type="spellEnd"/>
            <w:r w:rsidRPr="001F0542">
              <w:rPr>
                <w:color w:val="000000"/>
                <w:sz w:val="20"/>
              </w:rPr>
              <w:t xml:space="preserve"> </w:t>
            </w:r>
            <w:proofErr w:type="spellStart"/>
            <w:r w:rsidRPr="001F0542">
              <w:rPr>
                <w:color w:val="000000"/>
                <w:sz w:val="20"/>
              </w:rPr>
              <w:t>unor</w:t>
            </w:r>
            <w:proofErr w:type="spellEnd"/>
            <w:r w:rsidRPr="001F0542">
              <w:rPr>
                <w:color w:val="000000"/>
                <w:sz w:val="20"/>
              </w:rPr>
              <w:t xml:space="preserve"> </w:t>
            </w:r>
            <w:proofErr w:type="spellStart"/>
            <w:r w:rsidRPr="001F0542">
              <w:rPr>
                <w:color w:val="000000"/>
                <w:sz w:val="20"/>
              </w:rPr>
              <w:t>prețuri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tarife</w:t>
            </w:r>
            <w:proofErr w:type="spellEnd"/>
            <w:r w:rsidRPr="001F0542">
              <w:rPr>
                <w:color w:val="000000"/>
                <w:sz w:val="20"/>
              </w:rPr>
              <w:t xml:space="preserve"> </w:t>
            </w:r>
            <w:proofErr w:type="spellStart"/>
            <w:r w:rsidRPr="001F0542">
              <w:rPr>
                <w:color w:val="000000"/>
                <w:sz w:val="20"/>
              </w:rPr>
              <w:t>neaprobate</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mai</w:t>
            </w:r>
            <w:proofErr w:type="spellEnd"/>
            <w:r w:rsidRPr="001F0542">
              <w:rPr>
                <w:color w:val="000000"/>
                <w:sz w:val="20"/>
              </w:rPr>
              <w:t xml:space="preserve"> </w:t>
            </w:r>
            <w:proofErr w:type="spellStart"/>
            <w:r w:rsidRPr="001F0542">
              <w:rPr>
                <w:color w:val="000000"/>
                <w:sz w:val="20"/>
              </w:rPr>
              <w:t>mari</w:t>
            </w:r>
            <w:proofErr w:type="spellEnd"/>
            <w:r w:rsidRPr="001F0542">
              <w:rPr>
                <w:color w:val="000000"/>
                <w:sz w:val="20"/>
              </w:rPr>
              <w:t xml:space="preserve"> </w:t>
            </w:r>
            <w:proofErr w:type="spellStart"/>
            <w:r w:rsidRPr="001F0542">
              <w:rPr>
                <w:color w:val="000000"/>
                <w:sz w:val="20"/>
              </w:rPr>
              <w:t>decât</w:t>
            </w:r>
            <w:proofErr w:type="spellEnd"/>
            <w:r w:rsidRPr="001F0542">
              <w:rPr>
                <w:color w:val="000000"/>
                <w:sz w:val="20"/>
              </w:rPr>
              <w:t xml:space="preserve"> </w:t>
            </w:r>
            <w:proofErr w:type="spellStart"/>
            <w:r w:rsidRPr="001F0542">
              <w:rPr>
                <w:color w:val="000000"/>
                <w:sz w:val="20"/>
              </w:rPr>
              <w:t>cele</w:t>
            </w:r>
            <w:proofErr w:type="spellEnd"/>
            <w:r w:rsidRPr="001F0542">
              <w:rPr>
                <w:color w:val="000000"/>
                <w:sz w:val="20"/>
              </w:rPr>
              <w:t xml:space="preserve"> </w:t>
            </w:r>
            <w:proofErr w:type="spellStart"/>
            <w:r w:rsidRPr="001F0542">
              <w:rPr>
                <w:color w:val="000000"/>
                <w:sz w:val="20"/>
              </w:rPr>
              <w:t>aprobate</w:t>
            </w:r>
            <w:proofErr w:type="spellEnd"/>
            <w:r w:rsidRPr="001F0542">
              <w:rPr>
                <w:color w:val="000000"/>
                <w:sz w:val="20"/>
              </w:rPr>
              <w:t xml:space="preserve"> de </w:t>
            </w:r>
            <w:proofErr w:type="spellStart"/>
            <w:r w:rsidRPr="001F0542">
              <w:rPr>
                <w:color w:val="000000"/>
                <w:sz w:val="20"/>
              </w:rPr>
              <w:t>autoritățile</w:t>
            </w:r>
            <w:proofErr w:type="spellEnd"/>
            <w:r w:rsidRPr="001F0542">
              <w:rPr>
                <w:color w:val="000000"/>
                <w:sz w:val="20"/>
              </w:rPr>
              <w:t xml:space="preserve"> </w:t>
            </w:r>
            <w:proofErr w:type="spellStart"/>
            <w:r w:rsidRPr="001F0542">
              <w:rPr>
                <w:color w:val="000000"/>
                <w:sz w:val="20"/>
              </w:rPr>
              <w:t>administrației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w:t>
            </w:r>
            <w:r w:rsidRPr="001F0542">
              <w:rPr>
                <w:color w:val="000000"/>
                <w:sz w:val="20"/>
              </w:rPr>
              <w:lastRenderedPageBreak/>
              <w:t xml:space="preserve">locale, de </w:t>
            </w:r>
            <w:proofErr w:type="spellStart"/>
            <w:r w:rsidRPr="001F0542">
              <w:rPr>
                <w:color w:val="000000"/>
                <w:sz w:val="20"/>
              </w:rPr>
              <w:t>asociațiile</w:t>
            </w:r>
            <w:proofErr w:type="spellEnd"/>
            <w:r w:rsidRPr="001F0542">
              <w:rPr>
                <w:color w:val="000000"/>
                <w:sz w:val="20"/>
              </w:rPr>
              <w:t xml:space="preserve"> de </w:t>
            </w:r>
            <w:proofErr w:type="spellStart"/>
            <w:r w:rsidRPr="001F0542">
              <w:rPr>
                <w:color w:val="000000"/>
                <w:sz w:val="20"/>
              </w:rPr>
              <w:t>dezvoltare</w:t>
            </w:r>
            <w:proofErr w:type="spellEnd"/>
            <w:r w:rsidRPr="001F0542">
              <w:rPr>
                <w:color w:val="000000"/>
                <w:sz w:val="20"/>
              </w:rPr>
              <w:t xml:space="preserve"> </w:t>
            </w:r>
            <w:proofErr w:type="spellStart"/>
            <w:r w:rsidRPr="001F0542">
              <w:rPr>
                <w:color w:val="000000"/>
                <w:sz w:val="20"/>
              </w:rPr>
              <w:t>intercomunitară</w:t>
            </w:r>
            <w:proofErr w:type="spellEnd"/>
            <w:r w:rsidRPr="001F0542">
              <w:rPr>
                <w:color w:val="000000"/>
                <w:sz w:val="20"/>
              </w:rPr>
              <w:t xml:space="preserve"> </w:t>
            </w:r>
            <w:proofErr w:type="spellStart"/>
            <w:r w:rsidRPr="001F0542">
              <w:rPr>
                <w:color w:val="000000"/>
                <w:sz w:val="20"/>
              </w:rPr>
              <w:t>având</w:t>
            </w:r>
            <w:proofErr w:type="spellEnd"/>
            <w:r w:rsidRPr="001F0542">
              <w:rPr>
                <w:color w:val="000000"/>
                <w:sz w:val="20"/>
              </w:rPr>
              <w:t xml:space="preserve"> ca scop </w:t>
            </w:r>
            <w:proofErr w:type="spellStart"/>
            <w:r w:rsidRPr="001F0542">
              <w:rPr>
                <w:color w:val="000000"/>
                <w:sz w:val="20"/>
              </w:rPr>
              <w:t>serviciile</w:t>
            </w:r>
            <w:proofErr w:type="spellEnd"/>
            <w:r w:rsidRPr="001F0542">
              <w:rPr>
                <w:color w:val="000000"/>
                <w:sz w:val="20"/>
              </w:rPr>
              <w:t xml:space="preserve"> de </w:t>
            </w:r>
            <w:proofErr w:type="spellStart"/>
            <w:r w:rsidRPr="001F0542">
              <w:rPr>
                <w:color w:val="000000"/>
                <w:sz w:val="20"/>
              </w:rPr>
              <w:t>utilități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de </w:t>
            </w:r>
            <w:proofErr w:type="spellStart"/>
            <w:r w:rsidRPr="001F0542">
              <w:rPr>
                <w:color w:val="000000"/>
                <w:sz w:val="20"/>
              </w:rPr>
              <w:t>autoritatea</w:t>
            </w:r>
            <w:proofErr w:type="spellEnd"/>
            <w:r w:rsidRPr="001F0542">
              <w:rPr>
                <w:color w:val="000000"/>
                <w:sz w:val="20"/>
              </w:rPr>
              <w:t xml:space="preserve"> de </w:t>
            </w:r>
            <w:proofErr w:type="spellStart"/>
            <w:r w:rsidRPr="001F0542">
              <w:rPr>
                <w:color w:val="000000"/>
                <w:sz w:val="20"/>
              </w:rPr>
              <w:t>reglementare</w:t>
            </w:r>
            <w:proofErr w:type="spellEnd"/>
            <w:r w:rsidRPr="001F0542">
              <w:rPr>
                <w:color w:val="000000"/>
                <w:sz w:val="20"/>
              </w:rPr>
              <w:t xml:space="preserve"> </w:t>
            </w:r>
            <w:proofErr w:type="spellStart"/>
            <w:r w:rsidRPr="001F0542">
              <w:rPr>
                <w:color w:val="000000"/>
                <w:sz w:val="20"/>
              </w:rPr>
              <w:t>competentă</w:t>
            </w:r>
            <w:proofErr w:type="spellEnd"/>
            <w:r w:rsidRPr="001F0542">
              <w:rPr>
                <w:color w:val="000000"/>
                <w:sz w:val="20"/>
              </w:rPr>
              <w:t xml:space="preserve">, </w:t>
            </w:r>
            <w:proofErr w:type="spellStart"/>
            <w:r w:rsidRPr="001F0542">
              <w:rPr>
                <w:color w:val="000000"/>
                <w:sz w:val="20"/>
              </w:rPr>
              <w:t>după</w:t>
            </w:r>
            <w:proofErr w:type="spellEnd"/>
            <w:r w:rsidRPr="001F0542">
              <w:rPr>
                <w:color w:val="000000"/>
                <w:sz w:val="20"/>
              </w:rPr>
              <w:t xml:space="preserve"> </w:t>
            </w:r>
            <w:proofErr w:type="spellStart"/>
            <w:r w:rsidRPr="001F0542">
              <w:rPr>
                <w:color w:val="000000"/>
                <w:sz w:val="20"/>
              </w:rPr>
              <w:t>caz</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baza</w:t>
            </w:r>
            <w:proofErr w:type="spellEnd"/>
            <w:r w:rsidRPr="001F0542">
              <w:rPr>
                <w:color w:val="000000"/>
                <w:sz w:val="20"/>
              </w:rPr>
              <w:t xml:space="preserve"> </w:t>
            </w:r>
            <w:proofErr w:type="spellStart"/>
            <w:r w:rsidRPr="001F0542">
              <w:rPr>
                <w:color w:val="000000"/>
                <w:sz w:val="20"/>
              </w:rPr>
              <w:t>metodologiilor</w:t>
            </w:r>
            <w:proofErr w:type="spellEnd"/>
            <w:r w:rsidRPr="001F0542">
              <w:rPr>
                <w:color w:val="000000"/>
                <w:sz w:val="20"/>
              </w:rPr>
              <w:t xml:space="preserve"> </w:t>
            </w:r>
            <w:proofErr w:type="spellStart"/>
            <w:r w:rsidRPr="001F0542">
              <w:rPr>
                <w:color w:val="000000"/>
                <w:sz w:val="20"/>
              </w:rPr>
              <w:t>stabilite</w:t>
            </w:r>
            <w:proofErr w:type="spellEnd"/>
            <w:r w:rsidRPr="001F0542">
              <w:rPr>
                <w:color w:val="000000"/>
                <w:sz w:val="20"/>
              </w:rPr>
              <w:t xml:space="preserve"> de </w:t>
            </w:r>
            <w:proofErr w:type="spellStart"/>
            <w:r w:rsidRPr="001F0542">
              <w:rPr>
                <w:color w:val="000000"/>
                <w:sz w:val="20"/>
              </w:rPr>
              <w:t>autoritățile</w:t>
            </w:r>
            <w:proofErr w:type="spellEnd"/>
            <w:r w:rsidRPr="001F0542">
              <w:rPr>
                <w:color w:val="000000"/>
                <w:sz w:val="20"/>
              </w:rPr>
              <w:t xml:space="preserve"> de </w:t>
            </w:r>
            <w:proofErr w:type="spellStart"/>
            <w:r w:rsidRPr="001F0542">
              <w:rPr>
                <w:color w:val="000000"/>
                <w:sz w:val="20"/>
              </w:rPr>
              <w:t>reglementare</w:t>
            </w:r>
            <w:proofErr w:type="spellEnd"/>
            <w:r w:rsidRPr="001F0542">
              <w:rPr>
                <w:color w:val="000000"/>
                <w:sz w:val="20"/>
              </w:rPr>
              <w:t xml:space="preserve"> </w:t>
            </w:r>
            <w:proofErr w:type="spellStart"/>
            <w:r w:rsidRPr="001F0542">
              <w:rPr>
                <w:color w:val="000000"/>
                <w:sz w:val="20"/>
              </w:rPr>
              <w:t>competente</w:t>
            </w:r>
            <w:proofErr w:type="spellEnd"/>
          </w:p>
        </w:tc>
        <w:tc>
          <w:tcPr>
            <w:tcW w:w="1247" w:type="dxa"/>
          </w:tcPr>
          <w:p w14:paraId="4CD013FD" w14:textId="77777777" w:rsidR="006633E6" w:rsidRPr="001F0542" w:rsidRDefault="00000000">
            <w:pPr>
              <w:spacing w:after="0"/>
              <w:jc w:val="center"/>
            </w:pPr>
            <w:r w:rsidRPr="001F0542">
              <w:rPr>
                <w:b/>
                <w:color w:val="000000"/>
                <w:sz w:val="20"/>
              </w:rPr>
              <w:lastRenderedPageBreak/>
              <w:t>-</w:t>
            </w:r>
          </w:p>
        </w:tc>
        <w:tc>
          <w:tcPr>
            <w:tcW w:w="1304" w:type="dxa"/>
          </w:tcPr>
          <w:p w14:paraId="659BC054" w14:textId="77777777" w:rsidR="006633E6" w:rsidRPr="001F0542" w:rsidRDefault="00000000">
            <w:pPr>
              <w:spacing w:after="0"/>
              <w:jc w:val="center"/>
            </w:pPr>
            <w:r w:rsidRPr="001F0542">
              <w:rPr>
                <w:b/>
                <w:color w:val="000000"/>
                <w:sz w:val="20"/>
              </w:rPr>
              <w:t>-</w:t>
            </w:r>
          </w:p>
        </w:tc>
        <w:tc>
          <w:tcPr>
            <w:tcW w:w="1304" w:type="dxa"/>
          </w:tcPr>
          <w:p w14:paraId="232E342E" w14:textId="77777777" w:rsidR="006633E6" w:rsidRPr="001F0542" w:rsidRDefault="00000000">
            <w:pPr>
              <w:spacing w:after="0"/>
              <w:jc w:val="center"/>
            </w:pPr>
            <w:r w:rsidRPr="001F0542">
              <w:rPr>
                <w:b/>
                <w:color w:val="000000"/>
                <w:sz w:val="20"/>
              </w:rPr>
              <w:t>30.000-50.000</w:t>
            </w:r>
          </w:p>
        </w:tc>
      </w:tr>
      <w:tr w:rsidR="006633E6" w:rsidRPr="001F0542" w14:paraId="3245B86A" w14:textId="77777777">
        <w:trPr>
          <w:jc w:val="center"/>
        </w:trPr>
        <w:tc>
          <w:tcPr>
            <w:tcW w:w="680" w:type="dxa"/>
          </w:tcPr>
          <w:p w14:paraId="61B7CBBF" w14:textId="77777777" w:rsidR="006633E6" w:rsidRPr="001F0542" w:rsidRDefault="00000000">
            <w:pPr>
              <w:spacing w:after="0"/>
              <w:jc w:val="center"/>
            </w:pPr>
            <w:r w:rsidRPr="001F0542">
              <w:rPr>
                <w:color w:val="000000"/>
                <w:sz w:val="20"/>
              </w:rPr>
              <w:t>6.</w:t>
            </w:r>
          </w:p>
        </w:tc>
        <w:tc>
          <w:tcPr>
            <w:tcW w:w="5102" w:type="dxa"/>
          </w:tcPr>
          <w:p w14:paraId="63103FB7" w14:textId="77777777" w:rsidR="006633E6" w:rsidRPr="001F0542" w:rsidRDefault="00000000">
            <w:pPr>
              <w:spacing w:after="0"/>
            </w:pPr>
            <w:proofErr w:type="spellStart"/>
            <w:r w:rsidRPr="001F0542">
              <w:rPr>
                <w:color w:val="000000"/>
                <w:sz w:val="20"/>
              </w:rPr>
              <w:t>Prestarea</w:t>
            </w:r>
            <w:proofErr w:type="spellEnd"/>
            <w:r w:rsidRPr="001F0542">
              <w:rPr>
                <w:color w:val="000000"/>
                <w:sz w:val="20"/>
              </w:rPr>
              <w:t xml:space="preserve"> de </w:t>
            </w:r>
            <w:proofErr w:type="spellStart"/>
            <w:r w:rsidRPr="001F0542">
              <w:rPr>
                <w:color w:val="000000"/>
                <w:sz w:val="20"/>
              </w:rPr>
              <w:t>către</w:t>
            </w:r>
            <w:proofErr w:type="spellEnd"/>
            <w:r w:rsidRPr="001F0542">
              <w:rPr>
                <w:color w:val="000000"/>
                <w:sz w:val="20"/>
              </w:rPr>
              <w:t xml:space="preserve"> operator a </w:t>
            </w:r>
            <w:proofErr w:type="spellStart"/>
            <w:r w:rsidRPr="001F0542">
              <w:rPr>
                <w:color w:val="000000"/>
                <w:sz w:val="20"/>
              </w:rPr>
              <w:t>uneia</w:t>
            </w:r>
            <w:proofErr w:type="spellEnd"/>
            <w:r w:rsidRPr="001F0542">
              <w:rPr>
                <w:color w:val="000000"/>
                <w:sz w:val="20"/>
              </w:rPr>
              <w:t xml:space="preserve"> </w:t>
            </w:r>
            <w:proofErr w:type="spellStart"/>
            <w:r w:rsidRPr="001F0542">
              <w:rPr>
                <w:color w:val="000000"/>
                <w:sz w:val="20"/>
              </w:rPr>
              <w:t>dintre</w:t>
            </w:r>
            <w:proofErr w:type="spellEnd"/>
            <w:r w:rsidRPr="001F0542">
              <w:rPr>
                <w:color w:val="000000"/>
                <w:sz w:val="20"/>
              </w:rPr>
              <w:t xml:space="preserve"> </w:t>
            </w:r>
            <w:proofErr w:type="spellStart"/>
            <w:r w:rsidRPr="001F0542">
              <w:rPr>
                <w:color w:val="000000"/>
                <w:sz w:val="20"/>
              </w:rPr>
              <w:t>activitățile</w:t>
            </w:r>
            <w:proofErr w:type="spellEnd"/>
            <w:r w:rsidRPr="001F0542">
              <w:rPr>
                <w:color w:val="000000"/>
                <w:sz w:val="20"/>
              </w:rPr>
              <w:t xml:space="preserve"> </w:t>
            </w:r>
            <w:proofErr w:type="spellStart"/>
            <w:r w:rsidRPr="001F0542">
              <w:rPr>
                <w:color w:val="000000"/>
                <w:sz w:val="20"/>
              </w:rPr>
              <w:t>reglementate</w:t>
            </w:r>
            <w:proofErr w:type="spellEnd"/>
            <w:r w:rsidRPr="001F0542">
              <w:rPr>
                <w:color w:val="000000"/>
                <w:sz w:val="20"/>
              </w:rPr>
              <w:t xml:space="preserve"> de </w:t>
            </w:r>
            <w:proofErr w:type="spellStart"/>
            <w:r w:rsidRPr="001F0542">
              <w:rPr>
                <w:color w:val="000000"/>
                <w:sz w:val="20"/>
              </w:rPr>
              <w:t>lege</w:t>
            </w:r>
            <w:proofErr w:type="spellEnd"/>
            <w:r w:rsidRPr="001F0542">
              <w:rPr>
                <w:color w:val="000000"/>
                <w:sz w:val="20"/>
              </w:rPr>
              <w:t xml:space="preserve"> </w:t>
            </w:r>
            <w:proofErr w:type="spellStart"/>
            <w:r w:rsidRPr="001F0542">
              <w:rPr>
                <w:color w:val="000000"/>
                <w:sz w:val="20"/>
              </w:rPr>
              <w:t>fără</w:t>
            </w:r>
            <w:proofErr w:type="spellEnd"/>
            <w:r w:rsidRPr="001F0542">
              <w:rPr>
                <w:color w:val="000000"/>
                <w:sz w:val="20"/>
              </w:rPr>
              <w:t xml:space="preserve"> </w:t>
            </w:r>
            <w:proofErr w:type="spellStart"/>
            <w:r w:rsidRPr="001F0542">
              <w:rPr>
                <w:color w:val="000000"/>
                <w:sz w:val="20"/>
              </w:rPr>
              <w:t>aprobarea</w:t>
            </w:r>
            <w:proofErr w:type="spellEnd"/>
            <w:r w:rsidRPr="001F0542">
              <w:rPr>
                <w:color w:val="000000"/>
                <w:sz w:val="20"/>
              </w:rPr>
              <w:t xml:space="preserve"> </w:t>
            </w:r>
            <w:proofErr w:type="spellStart"/>
            <w:r w:rsidRPr="001F0542">
              <w:rPr>
                <w:color w:val="000000"/>
                <w:sz w:val="20"/>
              </w:rPr>
              <w:t>autorităților</w:t>
            </w:r>
            <w:proofErr w:type="spellEnd"/>
            <w:r w:rsidRPr="001F0542">
              <w:rPr>
                <w:color w:val="000000"/>
                <w:sz w:val="20"/>
              </w:rPr>
              <w:t xml:space="preserve"> </w:t>
            </w:r>
            <w:proofErr w:type="spellStart"/>
            <w:r w:rsidRPr="001F0542">
              <w:rPr>
                <w:color w:val="000000"/>
                <w:sz w:val="20"/>
              </w:rPr>
              <w:t>administrației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locale </w:t>
            </w:r>
            <w:proofErr w:type="spellStart"/>
            <w:r w:rsidRPr="001F0542">
              <w:rPr>
                <w:color w:val="000000"/>
                <w:sz w:val="20"/>
              </w:rPr>
              <w:t>prin</w:t>
            </w:r>
            <w:proofErr w:type="spellEnd"/>
            <w:r w:rsidRPr="001F0542">
              <w:rPr>
                <w:color w:val="000000"/>
                <w:sz w:val="20"/>
              </w:rPr>
              <w:t xml:space="preserve"> </w:t>
            </w:r>
            <w:proofErr w:type="spellStart"/>
            <w:r w:rsidRPr="001F0542">
              <w:rPr>
                <w:color w:val="000000"/>
                <w:sz w:val="20"/>
              </w:rPr>
              <w:t>hotărârea</w:t>
            </w:r>
            <w:proofErr w:type="spellEnd"/>
            <w:r w:rsidRPr="001F0542">
              <w:rPr>
                <w:color w:val="000000"/>
                <w:sz w:val="20"/>
              </w:rPr>
              <w:t xml:space="preserve"> de dare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administrare</w:t>
            </w:r>
            <w:proofErr w:type="spellEnd"/>
            <w:r w:rsidRPr="001F0542">
              <w:rPr>
                <w:color w:val="000000"/>
                <w:sz w:val="20"/>
              </w:rPr>
              <w:t xml:space="preserve">, </w:t>
            </w:r>
            <w:proofErr w:type="spellStart"/>
            <w:r w:rsidRPr="001F0542">
              <w:rPr>
                <w:color w:val="000000"/>
                <w:sz w:val="20"/>
              </w:rPr>
              <w:t>respectiv</w:t>
            </w:r>
            <w:proofErr w:type="spellEnd"/>
            <w:r w:rsidRPr="001F0542">
              <w:rPr>
                <w:color w:val="000000"/>
                <w:sz w:val="20"/>
              </w:rPr>
              <w:t xml:space="preserve"> </w:t>
            </w:r>
            <w:proofErr w:type="spellStart"/>
            <w:r w:rsidRPr="001F0542">
              <w:rPr>
                <w:color w:val="000000"/>
                <w:sz w:val="20"/>
              </w:rPr>
              <w:t>hotărârea</w:t>
            </w:r>
            <w:proofErr w:type="spellEnd"/>
            <w:r w:rsidRPr="001F0542">
              <w:rPr>
                <w:color w:val="000000"/>
                <w:sz w:val="20"/>
              </w:rPr>
              <w:t xml:space="preserve"> de </w:t>
            </w:r>
            <w:proofErr w:type="spellStart"/>
            <w:r w:rsidRPr="001F0542">
              <w:rPr>
                <w:color w:val="000000"/>
                <w:sz w:val="20"/>
              </w:rPr>
              <w:t>atribuire</w:t>
            </w:r>
            <w:proofErr w:type="spellEnd"/>
            <w:r w:rsidRPr="001F0542">
              <w:rPr>
                <w:color w:val="000000"/>
                <w:sz w:val="20"/>
              </w:rPr>
              <w:t xml:space="preserve"> a </w:t>
            </w:r>
            <w:proofErr w:type="spellStart"/>
            <w:r w:rsidRPr="001F0542">
              <w:rPr>
                <w:color w:val="000000"/>
                <w:sz w:val="20"/>
              </w:rPr>
              <w:t>contractului</w:t>
            </w:r>
            <w:proofErr w:type="spellEnd"/>
            <w:r w:rsidRPr="001F0542">
              <w:rPr>
                <w:color w:val="000000"/>
                <w:sz w:val="20"/>
              </w:rPr>
              <w:t xml:space="preserve"> de </w:t>
            </w:r>
            <w:proofErr w:type="spellStart"/>
            <w:r w:rsidRPr="001F0542">
              <w:rPr>
                <w:color w:val="000000"/>
                <w:sz w:val="20"/>
              </w:rPr>
              <w:t>delegare</w:t>
            </w:r>
            <w:proofErr w:type="spellEnd"/>
            <w:r w:rsidRPr="001F0542">
              <w:rPr>
                <w:color w:val="000000"/>
                <w:sz w:val="20"/>
              </w:rPr>
              <w:t xml:space="preserve"> a </w:t>
            </w:r>
            <w:proofErr w:type="spellStart"/>
            <w:r w:rsidRPr="001F0542">
              <w:rPr>
                <w:color w:val="000000"/>
                <w:sz w:val="20"/>
              </w:rPr>
              <w:t>gestiunii</w:t>
            </w:r>
            <w:proofErr w:type="spellEnd"/>
          </w:p>
        </w:tc>
        <w:tc>
          <w:tcPr>
            <w:tcW w:w="1247" w:type="dxa"/>
          </w:tcPr>
          <w:p w14:paraId="01694DD0" w14:textId="77777777" w:rsidR="006633E6" w:rsidRPr="001F0542" w:rsidRDefault="00000000">
            <w:pPr>
              <w:spacing w:after="0"/>
              <w:jc w:val="center"/>
            </w:pPr>
            <w:r w:rsidRPr="001F0542">
              <w:rPr>
                <w:b/>
                <w:color w:val="000000"/>
                <w:sz w:val="20"/>
              </w:rPr>
              <w:t>-</w:t>
            </w:r>
          </w:p>
        </w:tc>
        <w:tc>
          <w:tcPr>
            <w:tcW w:w="1304" w:type="dxa"/>
          </w:tcPr>
          <w:p w14:paraId="3FDAE17B" w14:textId="77777777" w:rsidR="006633E6" w:rsidRPr="001F0542" w:rsidRDefault="00000000">
            <w:pPr>
              <w:spacing w:after="0"/>
              <w:jc w:val="center"/>
            </w:pPr>
            <w:r w:rsidRPr="001F0542">
              <w:rPr>
                <w:b/>
                <w:color w:val="000000"/>
                <w:sz w:val="20"/>
              </w:rPr>
              <w:t>-</w:t>
            </w:r>
          </w:p>
        </w:tc>
        <w:tc>
          <w:tcPr>
            <w:tcW w:w="1304" w:type="dxa"/>
          </w:tcPr>
          <w:p w14:paraId="4B08F903" w14:textId="77777777" w:rsidR="006633E6" w:rsidRPr="001F0542" w:rsidRDefault="00000000">
            <w:pPr>
              <w:spacing w:after="0"/>
              <w:jc w:val="center"/>
            </w:pPr>
            <w:r w:rsidRPr="001F0542">
              <w:rPr>
                <w:b/>
                <w:color w:val="000000"/>
                <w:sz w:val="20"/>
              </w:rPr>
              <w:t>30.000-50.000</w:t>
            </w:r>
          </w:p>
        </w:tc>
      </w:tr>
      <w:tr w:rsidR="006633E6" w:rsidRPr="001F0542" w14:paraId="09D56EC4" w14:textId="77777777">
        <w:trPr>
          <w:jc w:val="center"/>
        </w:trPr>
        <w:tc>
          <w:tcPr>
            <w:tcW w:w="680" w:type="dxa"/>
          </w:tcPr>
          <w:p w14:paraId="37C0898F" w14:textId="77777777" w:rsidR="006633E6" w:rsidRPr="001F0542" w:rsidRDefault="00000000">
            <w:pPr>
              <w:spacing w:after="0"/>
              <w:jc w:val="center"/>
            </w:pPr>
            <w:r w:rsidRPr="001F0542">
              <w:rPr>
                <w:color w:val="000000"/>
                <w:sz w:val="20"/>
              </w:rPr>
              <w:t>7.</w:t>
            </w:r>
          </w:p>
        </w:tc>
        <w:tc>
          <w:tcPr>
            <w:tcW w:w="5102" w:type="dxa"/>
          </w:tcPr>
          <w:p w14:paraId="7069FEA0" w14:textId="77777777" w:rsidR="006633E6" w:rsidRPr="001F0542" w:rsidRDefault="00000000">
            <w:pPr>
              <w:spacing w:after="0"/>
            </w:pPr>
            <w:proofErr w:type="spellStart"/>
            <w:r w:rsidRPr="001F0542">
              <w:rPr>
                <w:color w:val="000000"/>
                <w:sz w:val="20"/>
              </w:rPr>
              <w:t>Refuzul</w:t>
            </w:r>
            <w:proofErr w:type="spellEnd"/>
            <w:r w:rsidRPr="001F0542">
              <w:rPr>
                <w:color w:val="000000"/>
                <w:sz w:val="20"/>
              </w:rPr>
              <w:t xml:space="preserve"> </w:t>
            </w:r>
            <w:proofErr w:type="spellStart"/>
            <w:r w:rsidRPr="001F0542">
              <w:rPr>
                <w:color w:val="000000"/>
                <w:sz w:val="20"/>
              </w:rPr>
              <w:t>operatorilor</w:t>
            </w:r>
            <w:proofErr w:type="spellEnd"/>
            <w:r w:rsidRPr="001F0542">
              <w:rPr>
                <w:color w:val="000000"/>
                <w:sz w:val="20"/>
              </w:rPr>
              <w:t xml:space="preserve"> de a se </w:t>
            </w:r>
            <w:proofErr w:type="spellStart"/>
            <w:r w:rsidRPr="001F0542">
              <w:rPr>
                <w:color w:val="000000"/>
                <w:sz w:val="20"/>
              </w:rPr>
              <w:t>supune</w:t>
            </w:r>
            <w:proofErr w:type="spellEnd"/>
            <w:r w:rsidRPr="001F0542">
              <w:rPr>
                <w:color w:val="000000"/>
                <w:sz w:val="20"/>
              </w:rPr>
              <w:t xml:space="preserve"> </w:t>
            </w:r>
            <w:proofErr w:type="spellStart"/>
            <w:r w:rsidRPr="001F0542">
              <w:rPr>
                <w:color w:val="000000"/>
                <w:sz w:val="20"/>
              </w:rPr>
              <w:t>controlului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de a </w:t>
            </w:r>
            <w:proofErr w:type="spellStart"/>
            <w:r w:rsidRPr="001F0542">
              <w:rPr>
                <w:color w:val="000000"/>
                <w:sz w:val="20"/>
              </w:rPr>
              <w:t>permite</w:t>
            </w:r>
            <w:proofErr w:type="spellEnd"/>
            <w:r w:rsidRPr="001F0542">
              <w:rPr>
                <w:color w:val="000000"/>
                <w:sz w:val="20"/>
              </w:rPr>
              <w:t xml:space="preserve"> </w:t>
            </w:r>
            <w:proofErr w:type="spellStart"/>
            <w:r w:rsidRPr="001F0542">
              <w:rPr>
                <w:color w:val="000000"/>
                <w:sz w:val="20"/>
              </w:rPr>
              <w:t>verificările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inspecțiile</w:t>
            </w:r>
            <w:proofErr w:type="spellEnd"/>
            <w:r w:rsidRPr="001F0542">
              <w:rPr>
                <w:color w:val="000000"/>
                <w:sz w:val="20"/>
              </w:rPr>
              <w:t xml:space="preserve"> </w:t>
            </w:r>
            <w:proofErr w:type="spellStart"/>
            <w:r w:rsidRPr="001F0542">
              <w:rPr>
                <w:color w:val="000000"/>
                <w:sz w:val="20"/>
              </w:rPr>
              <w:t>prevăzute</w:t>
            </w:r>
            <w:proofErr w:type="spellEnd"/>
            <w:r w:rsidRPr="001F0542">
              <w:rPr>
                <w:color w:val="000000"/>
                <w:sz w:val="20"/>
              </w:rPr>
              <w:t xml:space="preserve"> </w:t>
            </w:r>
            <w:proofErr w:type="spellStart"/>
            <w:r w:rsidRPr="001F0542">
              <w:rPr>
                <w:color w:val="000000"/>
                <w:sz w:val="20"/>
              </w:rPr>
              <w:t>prin</w:t>
            </w:r>
            <w:proofErr w:type="spellEnd"/>
            <w:r w:rsidRPr="001F0542">
              <w:rPr>
                <w:color w:val="000000"/>
                <w:sz w:val="20"/>
              </w:rPr>
              <w:t xml:space="preserve"> </w:t>
            </w:r>
            <w:proofErr w:type="spellStart"/>
            <w:r w:rsidRPr="001F0542">
              <w:rPr>
                <w:color w:val="000000"/>
                <w:sz w:val="20"/>
              </w:rPr>
              <w:t>reglementări</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dispuse</w:t>
            </w:r>
            <w:proofErr w:type="spellEnd"/>
            <w:r w:rsidRPr="001F0542">
              <w:rPr>
                <w:color w:val="000000"/>
                <w:sz w:val="20"/>
              </w:rPr>
              <w:t xml:space="preserve"> de </w:t>
            </w:r>
            <w:proofErr w:type="spellStart"/>
            <w:r w:rsidRPr="001F0542">
              <w:rPr>
                <w:color w:val="000000"/>
                <w:sz w:val="20"/>
              </w:rPr>
              <w:t>autoritatea</w:t>
            </w:r>
            <w:proofErr w:type="spellEnd"/>
            <w:r w:rsidRPr="001F0542">
              <w:rPr>
                <w:color w:val="000000"/>
                <w:sz w:val="20"/>
              </w:rPr>
              <w:t xml:space="preserve"> de </w:t>
            </w:r>
            <w:proofErr w:type="spellStart"/>
            <w:r w:rsidRPr="001F0542">
              <w:rPr>
                <w:color w:val="000000"/>
                <w:sz w:val="20"/>
              </w:rPr>
              <w:t>reglementare</w:t>
            </w:r>
            <w:proofErr w:type="spellEnd"/>
            <w:r w:rsidRPr="001F0542">
              <w:rPr>
                <w:color w:val="000000"/>
                <w:sz w:val="20"/>
              </w:rPr>
              <w:t xml:space="preserve"> </w:t>
            </w:r>
            <w:proofErr w:type="spellStart"/>
            <w:r w:rsidRPr="001F0542">
              <w:rPr>
                <w:color w:val="000000"/>
                <w:sz w:val="20"/>
              </w:rPr>
              <w:t>competentă</w:t>
            </w:r>
            <w:proofErr w:type="spellEnd"/>
            <w:r w:rsidRPr="001F0542">
              <w:rPr>
                <w:color w:val="000000"/>
                <w:sz w:val="20"/>
              </w:rPr>
              <w:t xml:space="preserve">, precum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obstrucționarea</w:t>
            </w:r>
            <w:proofErr w:type="spellEnd"/>
            <w:r w:rsidRPr="001F0542">
              <w:rPr>
                <w:color w:val="000000"/>
                <w:sz w:val="20"/>
              </w:rPr>
              <w:t xml:space="preserve"> </w:t>
            </w:r>
            <w:proofErr w:type="spellStart"/>
            <w:r w:rsidRPr="001F0542">
              <w:rPr>
                <w:color w:val="000000"/>
                <w:sz w:val="20"/>
              </w:rPr>
              <w:t>acesteia</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îndeplinirea</w:t>
            </w:r>
            <w:proofErr w:type="spellEnd"/>
            <w:r w:rsidRPr="001F0542">
              <w:rPr>
                <w:color w:val="000000"/>
                <w:sz w:val="20"/>
              </w:rPr>
              <w:t xml:space="preserve"> </w:t>
            </w:r>
            <w:proofErr w:type="spellStart"/>
            <w:r w:rsidRPr="001F0542">
              <w:rPr>
                <w:color w:val="000000"/>
                <w:sz w:val="20"/>
              </w:rPr>
              <w:t>atribuțiilor</w:t>
            </w:r>
            <w:proofErr w:type="spellEnd"/>
            <w:r w:rsidRPr="001F0542">
              <w:rPr>
                <w:color w:val="000000"/>
                <w:sz w:val="20"/>
              </w:rPr>
              <w:t xml:space="preserve"> sale</w:t>
            </w:r>
          </w:p>
        </w:tc>
        <w:tc>
          <w:tcPr>
            <w:tcW w:w="1247" w:type="dxa"/>
          </w:tcPr>
          <w:p w14:paraId="2D5A2B80" w14:textId="77777777" w:rsidR="006633E6" w:rsidRPr="001F0542" w:rsidRDefault="00000000">
            <w:pPr>
              <w:spacing w:after="0"/>
              <w:jc w:val="center"/>
            </w:pPr>
            <w:r w:rsidRPr="001F0542">
              <w:rPr>
                <w:b/>
                <w:color w:val="000000"/>
                <w:sz w:val="20"/>
              </w:rPr>
              <w:t>-</w:t>
            </w:r>
          </w:p>
        </w:tc>
        <w:tc>
          <w:tcPr>
            <w:tcW w:w="1304" w:type="dxa"/>
          </w:tcPr>
          <w:p w14:paraId="77438C36" w14:textId="77777777" w:rsidR="006633E6" w:rsidRPr="001F0542" w:rsidRDefault="00000000">
            <w:pPr>
              <w:spacing w:after="0"/>
              <w:jc w:val="center"/>
            </w:pPr>
            <w:r w:rsidRPr="001F0542">
              <w:rPr>
                <w:b/>
                <w:color w:val="000000"/>
                <w:sz w:val="20"/>
              </w:rPr>
              <w:t>-</w:t>
            </w:r>
          </w:p>
        </w:tc>
        <w:tc>
          <w:tcPr>
            <w:tcW w:w="1304" w:type="dxa"/>
          </w:tcPr>
          <w:p w14:paraId="7566F517" w14:textId="77777777" w:rsidR="006633E6" w:rsidRPr="001F0542" w:rsidRDefault="00000000">
            <w:pPr>
              <w:spacing w:after="0"/>
              <w:jc w:val="center"/>
            </w:pPr>
            <w:r w:rsidRPr="001F0542">
              <w:rPr>
                <w:b/>
                <w:color w:val="000000"/>
                <w:sz w:val="20"/>
              </w:rPr>
              <w:t>30.000-50.000</w:t>
            </w:r>
          </w:p>
        </w:tc>
      </w:tr>
      <w:tr w:rsidR="006633E6" w:rsidRPr="001F0542" w14:paraId="1010BA3C" w14:textId="77777777">
        <w:trPr>
          <w:jc w:val="center"/>
        </w:trPr>
        <w:tc>
          <w:tcPr>
            <w:tcW w:w="680" w:type="dxa"/>
          </w:tcPr>
          <w:p w14:paraId="5C070EF9" w14:textId="77777777" w:rsidR="006633E6" w:rsidRPr="001F0542" w:rsidRDefault="00000000">
            <w:pPr>
              <w:spacing w:after="0"/>
              <w:jc w:val="center"/>
            </w:pPr>
            <w:r w:rsidRPr="001F0542">
              <w:rPr>
                <w:color w:val="000000"/>
                <w:sz w:val="20"/>
              </w:rPr>
              <w:t>8.</w:t>
            </w:r>
          </w:p>
        </w:tc>
        <w:tc>
          <w:tcPr>
            <w:tcW w:w="5102" w:type="dxa"/>
          </w:tcPr>
          <w:p w14:paraId="15D64206" w14:textId="15B49087" w:rsidR="006633E6" w:rsidRPr="001F0542" w:rsidRDefault="00000000">
            <w:pPr>
              <w:spacing w:after="0"/>
            </w:pPr>
            <w:r w:rsidRPr="001F0542">
              <w:rPr>
                <w:color w:val="000000"/>
                <w:sz w:val="20"/>
              </w:rPr>
              <w:t>Furnizarea/</w:t>
            </w:r>
            <w:proofErr w:type="spellStart"/>
            <w:r w:rsidRPr="001F0542">
              <w:rPr>
                <w:color w:val="000000"/>
                <w:sz w:val="20"/>
              </w:rPr>
              <w:t>prestarea</w:t>
            </w:r>
            <w:proofErr w:type="spellEnd"/>
            <w:r w:rsidRPr="001F0542">
              <w:rPr>
                <w:color w:val="000000"/>
                <w:sz w:val="20"/>
              </w:rPr>
              <w:t xml:space="preserve"> </w:t>
            </w:r>
            <w:proofErr w:type="spellStart"/>
            <w:r w:rsidRPr="001F0542">
              <w:rPr>
                <w:color w:val="000000"/>
                <w:sz w:val="20"/>
              </w:rPr>
              <w:t>serviciilor</w:t>
            </w:r>
            <w:proofErr w:type="spellEnd"/>
            <w:r w:rsidRPr="001F0542">
              <w:rPr>
                <w:color w:val="000000"/>
                <w:sz w:val="20"/>
              </w:rPr>
              <w:t xml:space="preserve"> de </w:t>
            </w:r>
            <w:proofErr w:type="spellStart"/>
            <w:r w:rsidRPr="001F0542">
              <w:rPr>
                <w:color w:val="000000"/>
                <w:sz w:val="20"/>
              </w:rPr>
              <w:t>utilități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de </w:t>
            </w:r>
            <w:proofErr w:type="spellStart"/>
            <w:r w:rsidRPr="001F0542">
              <w:rPr>
                <w:color w:val="000000"/>
                <w:sz w:val="20"/>
              </w:rPr>
              <w:t>către</w:t>
            </w:r>
            <w:proofErr w:type="spellEnd"/>
            <w:r w:rsidRPr="001F0542">
              <w:rPr>
                <w:color w:val="000000"/>
                <w:sz w:val="20"/>
              </w:rPr>
              <w:t xml:space="preserve"> </w:t>
            </w:r>
            <w:proofErr w:type="spellStart"/>
            <w:r w:rsidRPr="001F0542">
              <w:rPr>
                <w:color w:val="000000"/>
                <w:sz w:val="20"/>
              </w:rPr>
              <w:t>operatori</w:t>
            </w:r>
            <w:proofErr w:type="spellEnd"/>
            <w:r w:rsidRPr="001F0542">
              <w:rPr>
                <w:color w:val="000000"/>
                <w:sz w:val="20"/>
              </w:rPr>
              <w:t xml:space="preserve"> </w:t>
            </w:r>
            <w:proofErr w:type="spellStart"/>
            <w:r w:rsidRPr="001F0542">
              <w:rPr>
                <w:color w:val="000000"/>
                <w:sz w:val="20"/>
              </w:rPr>
              <w:t>fără</w:t>
            </w:r>
            <w:proofErr w:type="spellEnd"/>
            <w:r w:rsidRPr="001F0542">
              <w:rPr>
                <w:color w:val="000000"/>
                <w:sz w:val="20"/>
              </w:rPr>
              <w:t xml:space="preserve"> </w:t>
            </w:r>
            <w:proofErr w:type="spellStart"/>
            <w:r w:rsidRPr="001F0542">
              <w:rPr>
                <w:color w:val="000000"/>
                <w:sz w:val="20"/>
              </w:rPr>
              <w:t>licență</w:t>
            </w:r>
            <w:proofErr w:type="spellEnd"/>
            <w:r w:rsidRPr="001F0542">
              <w:rPr>
                <w:color w:val="000000"/>
                <w:sz w:val="20"/>
              </w:rPr>
              <w:t xml:space="preserve"> </w:t>
            </w:r>
            <w:proofErr w:type="spellStart"/>
            <w:r w:rsidRPr="001F0542">
              <w:rPr>
                <w:color w:val="000000"/>
                <w:sz w:val="20"/>
              </w:rPr>
              <w:t>eliberată</w:t>
            </w:r>
            <w:proofErr w:type="spellEnd"/>
            <w:r w:rsidRPr="001F0542">
              <w:rPr>
                <w:color w:val="000000"/>
                <w:sz w:val="20"/>
              </w:rPr>
              <w:t xml:space="preserve"> </w:t>
            </w:r>
            <w:proofErr w:type="spellStart"/>
            <w:r w:rsidRPr="001F0542">
              <w:rPr>
                <w:color w:val="000000"/>
                <w:sz w:val="20"/>
              </w:rPr>
              <w:t>potrivit</w:t>
            </w:r>
            <w:proofErr w:type="spellEnd"/>
            <w:r w:rsidRPr="001F0542">
              <w:rPr>
                <w:color w:val="000000"/>
                <w:sz w:val="20"/>
              </w:rPr>
              <w:t xml:space="preserve"> </w:t>
            </w:r>
            <w:proofErr w:type="spellStart"/>
            <w:r w:rsidRPr="001F0542">
              <w:rPr>
                <w:color w:val="000000"/>
                <w:sz w:val="20"/>
              </w:rPr>
              <w:t>prevederilor</w:t>
            </w:r>
            <w:proofErr w:type="spellEnd"/>
            <w:r w:rsidRPr="001F0542">
              <w:rPr>
                <w:color w:val="000000"/>
                <w:sz w:val="20"/>
              </w:rPr>
              <w:t xml:space="preserve"> </w:t>
            </w:r>
            <w:proofErr w:type="spellStart"/>
            <w:r w:rsidRPr="001F0542">
              <w:rPr>
                <w:color w:val="000000"/>
                <w:sz w:val="20"/>
              </w:rPr>
              <w:t>legii</w:t>
            </w:r>
            <w:proofErr w:type="spellEnd"/>
          </w:p>
        </w:tc>
        <w:tc>
          <w:tcPr>
            <w:tcW w:w="1247" w:type="dxa"/>
          </w:tcPr>
          <w:p w14:paraId="57AF924E" w14:textId="77777777" w:rsidR="006633E6" w:rsidRPr="001F0542" w:rsidRDefault="00000000">
            <w:pPr>
              <w:spacing w:after="0"/>
              <w:jc w:val="center"/>
            </w:pPr>
            <w:r w:rsidRPr="001F0542">
              <w:rPr>
                <w:b/>
                <w:color w:val="000000"/>
                <w:sz w:val="20"/>
              </w:rPr>
              <w:t>-</w:t>
            </w:r>
          </w:p>
        </w:tc>
        <w:tc>
          <w:tcPr>
            <w:tcW w:w="1304" w:type="dxa"/>
          </w:tcPr>
          <w:p w14:paraId="058CA809" w14:textId="77777777" w:rsidR="006633E6" w:rsidRPr="001F0542" w:rsidRDefault="00000000">
            <w:pPr>
              <w:spacing w:after="0"/>
              <w:jc w:val="center"/>
            </w:pPr>
            <w:r w:rsidRPr="001F0542">
              <w:rPr>
                <w:b/>
                <w:color w:val="000000"/>
                <w:sz w:val="20"/>
              </w:rPr>
              <w:t>-</w:t>
            </w:r>
          </w:p>
        </w:tc>
        <w:tc>
          <w:tcPr>
            <w:tcW w:w="1304" w:type="dxa"/>
          </w:tcPr>
          <w:p w14:paraId="001711C1" w14:textId="77777777" w:rsidR="006633E6" w:rsidRPr="001F0542" w:rsidRDefault="00000000">
            <w:pPr>
              <w:spacing w:after="0"/>
              <w:jc w:val="center"/>
            </w:pPr>
            <w:r w:rsidRPr="001F0542">
              <w:rPr>
                <w:b/>
                <w:color w:val="000000"/>
                <w:sz w:val="20"/>
              </w:rPr>
              <w:t>30.000-50.000</w:t>
            </w:r>
          </w:p>
        </w:tc>
      </w:tr>
      <w:tr w:rsidR="006633E6" w:rsidRPr="001F0542" w14:paraId="11C35C4E" w14:textId="77777777">
        <w:trPr>
          <w:jc w:val="center"/>
        </w:trPr>
        <w:tc>
          <w:tcPr>
            <w:tcW w:w="680" w:type="dxa"/>
          </w:tcPr>
          <w:p w14:paraId="6CC54E36" w14:textId="77777777" w:rsidR="006633E6" w:rsidRPr="001F0542" w:rsidRDefault="00000000">
            <w:pPr>
              <w:spacing w:after="0"/>
              <w:jc w:val="center"/>
            </w:pPr>
            <w:r w:rsidRPr="001F0542">
              <w:rPr>
                <w:color w:val="000000"/>
                <w:sz w:val="20"/>
              </w:rPr>
              <w:t>9.</w:t>
            </w:r>
          </w:p>
        </w:tc>
        <w:tc>
          <w:tcPr>
            <w:tcW w:w="5102" w:type="dxa"/>
          </w:tcPr>
          <w:p w14:paraId="685660E0" w14:textId="56A1BEDA" w:rsidR="006633E6" w:rsidRPr="001F0542" w:rsidRDefault="00000000">
            <w:pPr>
              <w:spacing w:after="0"/>
            </w:pPr>
            <w:r w:rsidRPr="001F0542">
              <w:rPr>
                <w:color w:val="000000"/>
                <w:sz w:val="20"/>
              </w:rPr>
              <w:t>Furnizarea/</w:t>
            </w:r>
            <w:proofErr w:type="spellStart"/>
            <w:r w:rsidRPr="001F0542">
              <w:rPr>
                <w:color w:val="000000"/>
                <w:sz w:val="20"/>
              </w:rPr>
              <w:t>prestarea</w:t>
            </w:r>
            <w:proofErr w:type="spellEnd"/>
            <w:r w:rsidRPr="001F0542">
              <w:rPr>
                <w:color w:val="000000"/>
                <w:sz w:val="20"/>
              </w:rPr>
              <w:t xml:space="preserve"> </w:t>
            </w:r>
            <w:proofErr w:type="spellStart"/>
            <w:r w:rsidRPr="001F0542">
              <w:rPr>
                <w:color w:val="000000"/>
                <w:sz w:val="20"/>
              </w:rPr>
              <w:t>serviciilor</w:t>
            </w:r>
            <w:proofErr w:type="spellEnd"/>
            <w:r w:rsidRPr="001F0542">
              <w:rPr>
                <w:color w:val="000000"/>
                <w:sz w:val="20"/>
              </w:rPr>
              <w:t xml:space="preserve"> de </w:t>
            </w:r>
            <w:proofErr w:type="spellStart"/>
            <w:r w:rsidRPr="001F0542">
              <w:rPr>
                <w:color w:val="000000"/>
                <w:sz w:val="20"/>
              </w:rPr>
              <w:t>utilități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w:t>
            </w:r>
            <w:proofErr w:type="spellStart"/>
            <w:r w:rsidRPr="001F0542">
              <w:rPr>
                <w:color w:val="000000"/>
                <w:sz w:val="20"/>
              </w:rPr>
              <w:t>fără</w:t>
            </w:r>
            <w:proofErr w:type="spellEnd"/>
            <w:r w:rsidRPr="001F0542">
              <w:rPr>
                <w:color w:val="000000"/>
                <w:sz w:val="20"/>
              </w:rPr>
              <w:t xml:space="preserve"> contract de </w:t>
            </w:r>
            <w:proofErr w:type="spellStart"/>
            <w:r w:rsidRPr="001F0542">
              <w:rPr>
                <w:color w:val="000000"/>
                <w:sz w:val="20"/>
              </w:rPr>
              <w:t>delegare</w:t>
            </w:r>
            <w:proofErr w:type="spellEnd"/>
            <w:r w:rsidRPr="001F0542">
              <w:rPr>
                <w:color w:val="000000"/>
                <w:sz w:val="20"/>
              </w:rPr>
              <w:t xml:space="preserve"> a </w:t>
            </w:r>
            <w:proofErr w:type="spellStart"/>
            <w:r w:rsidRPr="001F0542">
              <w:rPr>
                <w:color w:val="000000"/>
                <w:sz w:val="20"/>
              </w:rPr>
              <w:t>gestiunii</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cazul</w:t>
            </w:r>
            <w:proofErr w:type="spellEnd"/>
            <w:r w:rsidRPr="001F0542">
              <w:rPr>
                <w:color w:val="000000"/>
                <w:sz w:val="20"/>
              </w:rPr>
              <w:t xml:space="preserve"> </w:t>
            </w:r>
            <w:proofErr w:type="spellStart"/>
            <w:r w:rsidRPr="001F0542">
              <w:rPr>
                <w:color w:val="000000"/>
                <w:sz w:val="20"/>
              </w:rPr>
              <w:t>gestiunii</w:t>
            </w:r>
            <w:proofErr w:type="spellEnd"/>
            <w:r w:rsidRPr="001F0542">
              <w:rPr>
                <w:color w:val="000000"/>
                <w:sz w:val="20"/>
              </w:rPr>
              <w:t xml:space="preserve"> delegate</w:t>
            </w:r>
            <w:r w:rsidR="00C96664" w:rsidRPr="001F0542">
              <w:rPr>
                <w:color w:val="000000"/>
                <w:sz w:val="20"/>
              </w:rPr>
              <w:t xml:space="preserve"> </w:t>
            </w:r>
            <w:proofErr w:type="spellStart"/>
            <w:r w:rsidR="00C96664" w:rsidRPr="001F0542">
              <w:rPr>
                <w:color w:val="000000"/>
                <w:sz w:val="20"/>
              </w:rPr>
              <w:t>și</w:t>
            </w:r>
            <w:proofErr w:type="spellEnd"/>
            <w:r w:rsidR="00C96664" w:rsidRPr="001F0542">
              <w:rPr>
                <w:color w:val="000000"/>
                <w:sz w:val="20"/>
              </w:rPr>
              <w:t xml:space="preserve"> </w:t>
            </w:r>
            <w:proofErr w:type="spellStart"/>
            <w:r w:rsidR="00C96664" w:rsidRPr="001F0542">
              <w:rPr>
                <w:color w:val="000000"/>
                <w:sz w:val="20"/>
              </w:rPr>
              <w:t>fără</w:t>
            </w:r>
            <w:proofErr w:type="spellEnd"/>
            <w:r w:rsidR="00C96664" w:rsidRPr="001F0542">
              <w:rPr>
                <w:color w:val="000000"/>
                <w:sz w:val="20"/>
              </w:rPr>
              <w:t xml:space="preserve"> </w:t>
            </w:r>
            <w:proofErr w:type="spellStart"/>
            <w:r w:rsidR="00C96664" w:rsidRPr="001F0542">
              <w:rPr>
                <w:color w:val="000000"/>
                <w:sz w:val="20"/>
              </w:rPr>
              <w:t>hotărâre</w:t>
            </w:r>
            <w:proofErr w:type="spellEnd"/>
            <w:r w:rsidR="00C96664" w:rsidRPr="001F0542">
              <w:rPr>
                <w:color w:val="000000"/>
                <w:sz w:val="20"/>
              </w:rPr>
              <w:t xml:space="preserve"> de dare </w:t>
            </w:r>
            <w:proofErr w:type="spellStart"/>
            <w:r w:rsidR="00C96664" w:rsidRPr="001F0542">
              <w:rPr>
                <w:color w:val="000000"/>
                <w:sz w:val="20"/>
              </w:rPr>
              <w:t>în</w:t>
            </w:r>
            <w:proofErr w:type="spellEnd"/>
            <w:r w:rsidR="00C96664" w:rsidRPr="001F0542">
              <w:rPr>
                <w:color w:val="000000"/>
                <w:sz w:val="20"/>
              </w:rPr>
              <w:t xml:space="preserve"> </w:t>
            </w:r>
            <w:proofErr w:type="spellStart"/>
            <w:r w:rsidR="00C96664" w:rsidRPr="001F0542">
              <w:rPr>
                <w:color w:val="000000"/>
                <w:sz w:val="20"/>
              </w:rPr>
              <w:t>administrare</w:t>
            </w:r>
            <w:proofErr w:type="spellEnd"/>
            <w:r w:rsidR="00C96664" w:rsidRPr="001F0542">
              <w:rPr>
                <w:color w:val="000000"/>
                <w:sz w:val="20"/>
              </w:rPr>
              <w:t xml:space="preserve"> </w:t>
            </w:r>
            <w:proofErr w:type="spellStart"/>
            <w:r w:rsidR="00C96664" w:rsidRPr="001F0542">
              <w:rPr>
                <w:color w:val="000000"/>
                <w:sz w:val="20"/>
              </w:rPr>
              <w:t>în</w:t>
            </w:r>
            <w:proofErr w:type="spellEnd"/>
            <w:r w:rsidR="00C96664" w:rsidRPr="001F0542">
              <w:rPr>
                <w:color w:val="000000"/>
                <w:sz w:val="20"/>
              </w:rPr>
              <w:t xml:space="preserve"> </w:t>
            </w:r>
            <w:proofErr w:type="spellStart"/>
            <w:r w:rsidR="00C96664" w:rsidRPr="001F0542">
              <w:rPr>
                <w:color w:val="000000"/>
                <w:sz w:val="20"/>
              </w:rPr>
              <w:t>cazul</w:t>
            </w:r>
            <w:proofErr w:type="spellEnd"/>
            <w:r w:rsidR="00C96664" w:rsidRPr="001F0542">
              <w:rPr>
                <w:color w:val="000000"/>
                <w:sz w:val="20"/>
              </w:rPr>
              <w:t xml:space="preserve"> </w:t>
            </w:r>
            <w:proofErr w:type="spellStart"/>
            <w:r w:rsidR="00C96664" w:rsidRPr="001F0542">
              <w:rPr>
                <w:color w:val="000000"/>
                <w:sz w:val="20"/>
              </w:rPr>
              <w:t>gestiunii</w:t>
            </w:r>
            <w:proofErr w:type="spellEnd"/>
            <w:r w:rsidR="00C96664" w:rsidRPr="001F0542">
              <w:rPr>
                <w:color w:val="000000"/>
                <w:sz w:val="20"/>
              </w:rPr>
              <w:t xml:space="preserve"> </w:t>
            </w:r>
            <w:proofErr w:type="spellStart"/>
            <w:r w:rsidR="00C96664" w:rsidRPr="001F0542">
              <w:rPr>
                <w:color w:val="000000"/>
                <w:sz w:val="20"/>
              </w:rPr>
              <w:t>directe</w:t>
            </w:r>
            <w:proofErr w:type="spellEnd"/>
          </w:p>
        </w:tc>
        <w:tc>
          <w:tcPr>
            <w:tcW w:w="1247" w:type="dxa"/>
          </w:tcPr>
          <w:p w14:paraId="54CF515B" w14:textId="77777777" w:rsidR="006633E6" w:rsidRPr="001F0542" w:rsidRDefault="00000000">
            <w:pPr>
              <w:spacing w:after="0"/>
              <w:jc w:val="center"/>
            </w:pPr>
            <w:r w:rsidRPr="001F0542">
              <w:rPr>
                <w:b/>
                <w:color w:val="000000"/>
                <w:sz w:val="20"/>
              </w:rPr>
              <w:t>-</w:t>
            </w:r>
          </w:p>
        </w:tc>
        <w:tc>
          <w:tcPr>
            <w:tcW w:w="1304" w:type="dxa"/>
          </w:tcPr>
          <w:p w14:paraId="3071040D" w14:textId="77777777" w:rsidR="006633E6" w:rsidRPr="001F0542" w:rsidRDefault="00000000">
            <w:pPr>
              <w:spacing w:after="0"/>
              <w:jc w:val="center"/>
            </w:pPr>
            <w:r w:rsidRPr="001F0542">
              <w:rPr>
                <w:b/>
                <w:color w:val="000000"/>
                <w:sz w:val="20"/>
              </w:rPr>
              <w:t>-</w:t>
            </w:r>
          </w:p>
        </w:tc>
        <w:tc>
          <w:tcPr>
            <w:tcW w:w="1304" w:type="dxa"/>
          </w:tcPr>
          <w:p w14:paraId="7AB52117" w14:textId="77777777" w:rsidR="006633E6" w:rsidRPr="001F0542" w:rsidRDefault="00000000">
            <w:pPr>
              <w:spacing w:after="0"/>
              <w:jc w:val="center"/>
            </w:pPr>
            <w:r w:rsidRPr="001F0542">
              <w:rPr>
                <w:b/>
                <w:color w:val="000000"/>
                <w:sz w:val="20"/>
              </w:rPr>
              <w:t>30.000-50.000</w:t>
            </w:r>
          </w:p>
        </w:tc>
      </w:tr>
      <w:tr w:rsidR="006633E6" w:rsidRPr="001F0542" w14:paraId="1CCFBB55" w14:textId="77777777">
        <w:trPr>
          <w:jc w:val="center"/>
        </w:trPr>
        <w:tc>
          <w:tcPr>
            <w:tcW w:w="680" w:type="dxa"/>
          </w:tcPr>
          <w:p w14:paraId="0EB8D403" w14:textId="77777777" w:rsidR="006633E6" w:rsidRPr="001F0542" w:rsidRDefault="00000000">
            <w:pPr>
              <w:spacing w:after="0"/>
              <w:jc w:val="center"/>
            </w:pPr>
            <w:r w:rsidRPr="001F0542">
              <w:rPr>
                <w:color w:val="000000"/>
                <w:sz w:val="20"/>
              </w:rPr>
              <w:t>10.</w:t>
            </w:r>
          </w:p>
        </w:tc>
        <w:tc>
          <w:tcPr>
            <w:tcW w:w="5102" w:type="dxa"/>
          </w:tcPr>
          <w:p w14:paraId="63AA28FE" w14:textId="77777777" w:rsidR="006633E6" w:rsidRPr="001F0542" w:rsidRDefault="00000000">
            <w:pPr>
              <w:spacing w:after="0"/>
            </w:pPr>
            <w:proofErr w:type="spellStart"/>
            <w:r w:rsidRPr="001F0542">
              <w:rPr>
                <w:color w:val="000000"/>
                <w:sz w:val="20"/>
              </w:rPr>
              <w:t>Nerespectarea</w:t>
            </w:r>
            <w:proofErr w:type="spellEnd"/>
            <w:r w:rsidRPr="001F0542">
              <w:rPr>
                <w:color w:val="000000"/>
                <w:sz w:val="20"/>
              </w:rPr>
              <w:t xml:space="preserve"> de </w:t>
            </w:r>
            <w:proofErr w:type="spellStart"/>
            <w:r w:rsidRPr="001F0542">
              <w:rPr>
                <w:color w:val="000000"/>
                <w:sz w:val="20"/>
              </w:rPr>
              <w:t>către</w:t>
            </w:r>
            <w:proofErr w:type="spellEnd"/>
            <w:r w:rsidRPr="001F0542">
              <w:rPr>
                <w:color w:val="000000"/>
                <w:sz w:val="20"/>
              </w:rPr>
              <w:t xml:space="preserve"> </w:t>
            </w:r>
            <w:proofErr w:type="spellStart"/>
            <w:r w:rsidRPr="001F0542">
              <w:rPr>
                <w:color w:val="000000"/>
                <w:sz w:val="20"/>
              </w:rPr>
              <w:t>operatori</w:t>
            </w:r>
            <w:proofErr w:type="spellEnd"/>
            <w:r w:rsidRPr="001F0542">
              <w:rPr>
                <w:color w:val="000000"/>
                <w:sz w:val="20"/>
              </w:rPr>
              <w:t xml:space="preserve"> a </w:t>
            </w:r>
            <w:proofErr w:type="spellStart"/>
            <w:r w:rsidRPr="001F0542">
              <w:rPr>
                <w:color w:val="000000"/>
                <w:sz w:val="20"/>
              </w:rPr>
              <w:t>normelor</w:t>
            </w:r>
            <w:proofErr w:type="spellEnd"/>
            <w:r w:rsidRPr="001F0542">
              <w:rPr>
                <w:color w:val="000000"/>
                <w:sz w:val="20"/>
              </w:rPr>
              <w:t xml:space="preserve"> </w:t>
            </w:r>
            <w:proofErr w:type="spellStart"/>
            <w:r w:rsidRPr="001F0542">
              <w:rPr>
                <w:color w:val="000000"/>
                <w:sz w:val="20"/>
              </w:rPr>
              <w:t>privind</w:t>
            </w:r>
            <w:proofErr w:type="spellEnd"/>
            <w:r w:rsidRPr="001F0542">
              <w:rPr>
                <w:color w:val="000000"/>
                <w:sz w:val="20"/>
              </w:rPr>
              <w:t xml:space="preserve"> </w:t>
            </w:r>
            <w:proofErr w:type="spellStart"/>
            <w:r w:rsidRPr="001F0542">
              <w:rPr>
                <w:color w:val="000000"/>
                <w:sz w:val="20"/>
              </w:rPr>
              <w:t>protecția</w:t>
            </w:r>
            <w:proofErr w:type="spellEnd"/>
            <w:r w:rsidRPr="001F0542">
              <w:rPr>
                <w:color w:val="000000"/>
                <w:sz w:val="20"/>
              </w:rPr>
              <w:t xml:space="preserve"> </w:t>
            </w:r>
            <w:proofErr w:type="spellStart"/>
            <w:r w:rsidRPr="001F0542">
              <w:rPr>
                <w:color w:val="000000"/>
                <w:sz w:val="20"/>
              </w:rPr>
              <w:t>igienei</w:t>
            </w:r>
            <w:proofErr w:type="spellEnd"/>
            <w:r w:rsidRPr="001F0542">
              <w:rPr>
                <w:color w:val="000000"/>
                <w:sz w:val="20"/>
              </w:rPr>
              <w:t xml:space="preserve"> </w:t>
            </w:r>
            <w:proofErr w:type="spellStart"/>
            <w:r w:rsidRPr="001F0542">
              <w:rPr>
                <w:color w:val="000000"/>
                <w:sz w:val="20"/>
              </w:rPr>
              <w:t>publice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a </w:t>
            </w:r>
            <w:proofErr w:type="spellStart"/>
            <w:r w:rsidRPr="001F0542">
              <w:rPr>
                <w:color w:val="000000"/>
                <w:sz w:val="20"/>
              </w:rPr>
              <w:t>sănătății</w:t>
            </w:r>
            <w:proofErr w:type="spellEnd"/>
            <w:r w:rsidRPr="001F0542">
              <w:rPr>
                <w:color w:val="000000"/>
                <w:sz w:val="20"/>
              </w:rPr>
              <w:t xml:space="preserve"> </w:t>
            </w:r>
            <w:proofErr w:type="spellStart"/>
            <w:r w:rsidRPr="001F0542">
              <w:rPr>
                <w:color w:val="000000"/>
                <w:sz w:val="20"/>
              </w:rPr>
              <w:t>populației</w:t>
            </w:r>
            <w:proofErr w:type="spellEnd"/>
            <w:r w:rsidRPr="001F0542">
              <w:rPr>
                <w:color w:val="000000"/>
                <w:sz w:val="20"/>
              </w:rPr>
              <w:t xml:space="preserve">, a </w:t>
            </w:r>
            <w:proofErr w:type="spellStart"/>
            <w:r w:rsidRPr="001F0542">
              <w:rPr>
                <w:color w:val="000000"/>
                <w:sz w:val="20"/>
              </w:rPr>
              <w:t>mediului</w:t>
            </w:r>
            <w:proofErr w:type="spellEnd"/>
            <w:r w:rsidRPr="001F0542">
              <w:rPr>
                <w:color w:val="000000"/>
                <w:sz w:val="20"/>
              </w:rPr>
              <w:t xml:space="preserve"> de </w:t>
            </w:r>
            <w:proofErr w:type="spellStart"/>
            <w:r w:rsidRPr="001F0542">
              <w:rPr>
                <w:color w:val="000000"/>
                <w:sz w:val="20"/>
              </w:rPr>
              <w:t>viață</w:t>
            </w:r>
            <w:proofErr w:type="spellEnd"/>
            <w:r w:rsidRPr="001F0542">
              <w:rPr>
                <w:color w:val="000000"/>
                <w:sz w:val="20"/>
              </w:rPr>
              <w:t xml:space="preserve"> al </w:t>
            </w:r>
            <w:proofErr w:type="spellStart"/>
            <w:r w:rsidRPr="001F0542">
              <w:rPr>
                <w:color w:val="000000"/>
                <w:sz w:val="20"/>
              </w:rPr>
              <w:t>populației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al </w:t>
            </w:r>
            <w:proofErr w:type="spellStart"/>
            <w:r w:rsidRPr="001F0542">
              <w:rPr>
                <w:color w:val="000000"/>
                <w:sz w:val="20"/>
              </w:rPr>
              <w:t>mediului</w:t>
            </w:r>
            <w:proofErr w:type="spellEnd"/>
          </w:p>
        </w:tc>
        <w:tc>
          <w:tcPr>
            <w:tcW w:w="1247" w:type="dxa"/>
          </w:tcPr>
          <w:p w14:paraId="11F37111" w14:textId="77777777" w:rsidR="006633E6" w:rsidRPr="001F0542" w:rsidRDefault="00000000">
            <w:pPr>
              <w:spacing w:after="0"/>
              <w:jc w:val="center"/>
            </w:pPr>
            <w:r w:rsidRPr="001F0542">
              <w:rPr>
                <w:b/>
                <w:color w:val="000000"/>
                <w:sz w:val="20"/>
              </w:rPr>
              <w:t>-</w:t>
            </w:r>
          </w:p>
        </w:tc>
        <w:tc>
          <w:tcPr>
            <w:tcW w:w="1304" w:type="dxa"/>
          </w:tcPr>
          <w:p w14:paraId="43455605" w14:textId="77777777" w:rsidR="006633E6" w:rsidRPr="001F0542" w:rsidRDefault="00000000">
            <w:pPr>
              <w:spacing w:after="0"/>
              <w:jc w:val="center"/>
            </w:pPr>
            <w:r w:rsidRPr="001F0542">
              <w:rPr>
                <w:b/>
                <w:color w:val="000000"/>
                <w:sz w:val="20"/>
              </w:rPr>
              <w:t>-</w:t>
            </w:r>
          </w:p>
        </w:tc>
        <w:tc>
          <w:tcPr>
            <w:tcW w:w="1304" w:type="dxa"/>
          </w:tcPr>
          <w:p w14:paraId="5601C42C" w14:textId="77777777" w:rsidR="006633E6" w:rsidRPr="001F0542" w:rsidRDefault="00000000">
            <w:pPr>
              <w:spacing w:after="0"/>
              <w:jc w:val="center"/>
            </w:pPr>
            <w:r w:rsidRPr="001F0542">
              <w:rPr>
                <w:b/>
                <w:color w:val="000000"/>
                <w:sz w:val="20"/>
              </w:rPr>
              <w:t>30.000-50.000</w:t>
            </w:r>
          </w:p>
        </w:tc>
      </w:tr>
      <w:tr w:rsidR="006633E6" w:rsidRPr="001F0542" w14:paraId="79B8162D" w14:textId="77777777">
        <w:trPr>
          <w:jc w:val="center"/>
        </w:trPr>
        <w:tc>
          <w:tcPr>
            <w:tcW w:w="680" w:type="dxa"/>
          </w:tcPr>
          <w:p w14:paraId="68525C35" w14:textId="77777777" w:rsidR="006633E6" w:rsidRPr="001F0542" w:rsidRDefault="00000000">
            <w:pPr>
              <w:spacing w:after="0"/>
              <w:jc w:val="center"/>
            </w:pPr>
            <w:r w:rsidRPr="001F0542">
              <w:rPr>
                <w:color w:val="000000"/>
                <w:sz w:val="20"/>
              </w:rPr>
              <w:t>11.</w:t>
            </w:r>
          </w:p>
        </w:tc>
        <w:tc>
          <w:tcPr>
            <w:tcW w:w="5102" w:type="dxa"/>
          </w:tcPr>
          <w:p w14:paraId="3AA83D2A" w14:textId="77777777" w:rsidR="006633E6" w:rsidRPr="001F0542" w:rsidRDefault="00000000">
            <w:pPr>
              <w:spacing w:after="0"/>
            </w:pPr>
            <w:proofErr w:type="spellStart"/>
            <w:r w:rsidRPr="001F0542">
              <w:rPr>
                <w:color w:val="000000"/>
                <w:sz w:val="20"/>
              </w:rPr>
              <w:t>Sistarea</w:t>
            </w:r>
            <w:proofErr w:type="spellEnd"/>
            <w:r w:rsidRPr="001F0542">
              <w:rPr>
                <w:color w:val="000000"/>
                <w:sz w:val="20"/>
              </w:rPr>
              <w:t xml:space="preserve"> </w:t>
            </w:r>
            <w:proofErr w:type="spellStart"/>
            <w:r w:rsidRPr="001F0542">
              <w:rPr>
                <w:color w:val="000000"/>
                <w:sz w:val="20"/>
              </w:rPr>
              <w:t>nejustificată</w:t>
            </w:r>
            <w:proofErr w:type="spellEnd"/>
            <w:r w:rsidRPr="001F0542">
              <w:rPr>
                <w:color w:val="000000"/>
                <w:sz w:val="20"/>
              </w:rPr>
              <w:t xml:space="preserve"> a </w:t>
            </w:r>
            <w:proofErr w:type="spellStart"/>
            <w:r w:rsidRPr="001F0542">
              <w:rPr>
                <w:color w:val="000000"/>
                <w:sz w:val="20"/>
              </w:rPr>
              <w:t>serviciului</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refuzul</w:t>
            </w:r>
            <w:proofErr w:type="spellEnd"/>
            <w:r w:rsidRPr="001F0542">
              <w:rPr>
                <w:color w:val="000000"/>
                <w:sz w:val="20"/>
              </w:rPr>
              <w:t xml:space="preserve"> de a </w:t>
            </w:r>
            <w:proofErr w:type="spellStart"/>
            <w:r w:rsidRPr="001F0542">
              <w:rPr>
                <w:color w:val="000000"/>
                <w:sz w:val="20"/>
              </w:rPr>
              <w:t>relua</w:t>
            </w:r>
            <w:proofErr w:type="spellEnd"/>
            <w:r w:rsidRPr="001F0542">
              <w:rPr>
                <w:color w:val="000000"/>
                <w:sz w:val="20"/>
              </w:rPr>
              <w:t xml:space="preserve"> </w:t>
            </w:r>
            <w:proofErr w:type="spellStart"/>
            <w:r w:rsidRPr="001F0542">
              <w:rPr>
                <w:color w:val="000000"/>
                <w:sz w:val="20"/>
              </w:rPr>
              <w:t>activitatea</w:t>
            </w:r>
            <w:proofErr w:type="spellEnd"/>
            <w:r w:rsidRPr="001F0542">
              <w:rPr>
                <w:color w:val="000000"/>
                <w:sz w:val="20"/>
              </w:rPr>
              <w:t xml:space="preserve"> </w:t>
            </w:r>
            <w:proofErr w:type="spellStart"/>
            <w:r w:rsidRPr="001F0542">
              <w:rPr>
                <w:color w:val="000000"/>
                <w:sz w:val="20"/>
              </w:rPr>
              <w:t>după</w:t>
            </w:r>
            <w:proofErr w:type="spellEnd"/>
            <w:r w:rsidRPr="001F0542">
              <w:rPr>
                <w:color w:val="000000"/>
                <w:sz w:val="20"/>
              </w:rPr>
              <w:t xml:space="preserve"> </w:t>
            </w:r>
            <w:proofErr w:type="spellStart"/>
            <w:r w:rsidRPr="001F0542">
              <w:rPr>
                <w:color w:val="000000"/>
                <w:sz w:val="20"/>
              </w:rPr>
              <w:t>achitarea</w:t>
            </w:r>
            <w:proofErr w:type="spellEnd"/>
            <w:r w:rsidRPr="001F0542">
              <w:rPr>
                <w:color w:val="000000"/>
                <w:sz w:val="20"/>
              </w:rPr>
              <w:t xml:space="preserve"> la zi a </w:t>
            </w:r>
            <w:proofErr w:type="spellStart"/>
            <w:r w:rsidRPr="001F0542">
              <w:rPr>
                <w:color w:val="000000"/>
                <w:sz w:val="20"/>
              </w:rPr>
              <w:t>debitelor</w:t>
            </w:r>
            <w:proofErr w:type="spellEnd"/>
            <w:r w:rsidRPr="001F0542">
              <w:rPr>
                <w:color w:val="000000"/>
                <w:sz w:val="20"/>
              </w:rPr>
              <w:t xml:space="preserve"> restante</w:t>
            </w:r>
          </w:p>
        </w:tc>
        <w:tc>
          <w:tcPr>
            <w:tcW w:w="1247" w:type="dxa"/>
          </w:tcPr>
          <w:p w14:paraId="633F3AEA" w14:textId="77777777" w:rsidR="006633E6" w:rsidRPr="001F0542" w:rsidRDefault="00000000">
            <w:pPr>
              <w:spacing w:after="0"/>
              <w:jc w:val="center"/>
            </w:pPr>
            <w:r w:rsidRPr="001F0542">
              <w:rPr>
                <w:b/>
                <w:color w:val="000000"/>
                <w:sz w:val="20"/>
              </w:rPr>
              <w:t>-</w:t>
            </w:r>
          </w:p>
        </w:tc>
        <w:tc>
          <w:tcPr>
            <w:tcW w:w="1304" w:type="dxa"/>
          </w:tcPr>
          <w:p w14:paraId="0BC407DD" w14:textId="77777777" w:rsidR="006633E6" w:rsidRPr="001F0542" w:rsidRDefault="00000000">
            <w:pPr>
              <w:spacing w:after="0"/>
              <w:jc w:val="center"/>
            </w:pPr>
            <w:r w:rsidRPr="001F0542">
              <w:rPr>
                <w:b/>
                <w:color w:val="000000"/>
                <w:sz w:val="20"/>
              </w:rPr>
              <w:t>-</w:t>
            </w:r>
          </w:p>
        </w:tc>
        <w:tc>
          <w:tcPr>
            <w:tcW w:w="1304" w:type="dxa"/>
          </w:tcPr>
          <w:p w14:paraId="7A6E6F7D" w14:textId="77777777" w:rsidR="006633E6" w:rsidRPr="001F0542" w:rsidRDefault="00000000">
            <w:pPr>
              <w:spacing w:after="0"/>
              <w:jc w:val="center"/>
            </w:pPr>
            <w:r w:rsidRPr="001F0542">
              <w:rPr>
                <w:b/>
                <w:color w:val="000000"/>
                <w:sz w:val="20"/>
              </w:rPr>
              <w:t>10.000-20.000</w:t>
            </w:r>
          </w:p>
        </w:tc>
      </w:tr>
      <w:tr w:rsidR="006633E6" w:rsidRPr="001F0542" w14:paraId="640DAC8B" w14:textId="77777777">
        <w:trPr>
          <w:jc w:val="center"/>
        </w:trPr>
        <w:tc>
          <w:tcPr>
            <w:tcW w:w="680" w:type="dxa"/>
          </w:tcPr>
          <w:p w14:paraId="2637C1A6" w14:textId="77777777" w:rsidR="006633E6" w:rsidRPr="001F0542" w:rsidRDefault="00000000">
            <w:pPr>
              <w:spacing w:after="0"/>
              <w:jc w:val="center"/>
            </w:pPr>
            <w:r w:rsidRPr="001F0542">
              <w:rPr>
                <w:color w:val="000000"/>
                <w:sz w:val="20"/>
              </w:rPr>
              <w:t>12.</w:t>
            </w:r>
          </w:p>
        </w:tc>
        <w:tc>
          <w:tcPr>
            <w:tcW w:w="5102" w:type="dxa"/>
          </w:tcPr>
          <w:p w14:paraId="440CB62D" w14:textId="77777777" w:rsidR="006633E6" w:rsidRPr="001F0542" w:rsidRDefault="00000000">
            <w:pPr>
              <w:spacing w:after="0"/>
              <w:rPr>
                <w:lang w:val="pt-PT"/>
              </w:rPr>
            </w:pPr>
            <w:r w:rsidRPr="001F0542">
              <w:rPr>
                <w:color w:val="000000"/>
                <w:sz w:val="20"/>
                <w:lang w:val="pt-PT"/>
              </w:rPr>
              <w:t>Nerespectarea fluxului deșeurilor indicat de autoritatea locală/contractantă</w:t>
            </w:r>
          </w:p>
        </w:tc>
        <w:tc>
          <w:tcPr>
            <w:tcW w:w="1247" w:type="dxa"/>
          </w:tcPr>
          <w:p w14:paraId="36B5B104" w14:textId="77777777" w:rsidR="006633E6" w:rsidRPr="001F0542" w:rsidRDefault="00000000">
            <w:pPr>
              <w:spacing w:after="0"/>
              <w:jc w:val="center"/>
            </w:pPr>
            <w:r w:rsidRPr="001F0542">
              <w:rPr>
                <w:b/>
                <w:color w:val="000000"/>
                <w:sz w:val="20"/>
              </w:rPr>
              <w:t>500-1.000</w:t>
            </w:r>
          </w:p>
        </w:tc>
        <w:tc>
          <w:tcPr>
            <w:tcW w:w="1304" w:type="dxa"/>
          </w:tcPr>
          <w:p w14:paraId="7354CA08" w14:textId="77777777" w:rsidR="006633E6" w:rsidRPr="001F0542" w:rsidRDefault="00000000">
            <w:pPr>
              <w:spacing w:after="0"/>
              <w:jc w:val="center"/>
            </w:pPr>
            <w:r w:rsidRPr="001F0542">
              <w:rPr>
                <w:b/>
                <w:color w:val="000000"/>
                <w:sz w:val="20"/>
              </w:rPr>
              <w:t>2.000-5.000</w:t>
            </w:r>
          </w:p>
        </w:tc>
        <w:tc>
          <w:tcPr>
            <w:tcW w:w="1304" w:type="dxa"/>
          </w:tcPr>
          <w:p w14:paraId="16D77E1C" w14:textId="77777777" w:rsidR="006633E6" w:rsidRPr="001F0542" w:rsidRDefault="00000000">
            <w:pPr>
              <w:spacing w:after="0"/>
              <w:jc w:val="center"/>
            </w:pPr>
            <w:r w:rsidRPr="001F0542">
              <w:rPr>
                <w:b/>
                <w:color w:val="000000"/>
                <w:sz w:val="20"/>
              </w:rPr>
              <w:t>2.000-5.000</w:t>
            </w:r>
          </w:p>
        </w:tc>
      </w:tr>
      <w:tr w:rsidR="006633E6" w:rsidRPr="001F0542" w14:paraId="38696767" w14:textId="77777777">
        <w:trPr>
          <w:jc w:val="center"/>
        </w:trPr>
        <w:tc>
          <w:tcPr>
            <w:tcW w:w="680" w:type="dxa"/>
          </w:tcPr>
          <w:p w14:paraId="7BA14F6C" w14:textId="77777777" w:rsidR="006633E6" w:rsidRPr="001F0542" w:rsidRDefault="00000000">
            <w:pPr>
              <w:spacing w:after="0"/>
              <w:jc w:val="center"/>
            </w:pPr>
            <w:r w:rsidRPr="001F0542">
              <w:rPr>
                <w:color w:val="000000"/>
                <w:sz w:val="20"/>
              </w:rPr>
              <w:t>13.</w:t>
            </w:r>
          </w:p>
        </w:tc>
        <w:tc>
          <w:tcPr>
            <w:tcW w:w="5102" w:type="dxa"/>
          </w:tcPr>
          <w:p w14:paraId="7670D6E5" w14:textId="3ACDBE00" w:rsidR="006633E6" w:rsidRPr="001F0542" w:rsidRDefault="00000000">
            <w:pPr>
              <w:spacing w:after="0"/>
              <w:rPr>
                <w:lang w:val="pt-PT"/>
              </w:rPr>
            </w:pPr>
            <w:r w:rsidRPr="001F0542">
              <w:rPr>
                <w:color w:val="000000"/>
                <w:sz w:val="20"/>
                <w:lang w:val="pt-PT"/>
              </w:rPr>
              <w:t>Neprestarea serviciului de salubrizare la toți utilizatorii care au încheiat contract de prestare a acestui serviciu</w:t>
            </w:r>
            <w:r w:rsidR="00C96664" w:rsidRPr="001F0542">
              <w:rPr>
                <w:color w:val="000000"/>
                <w:sz w:val="20"/>
                <w:lang w:val="pt-PT"/>
              </w:rPr>
              <w:t>/achită taxa de salubrizare</w:t>
            </w:r>
            <w:r w:rsidRPr="001F0542">
              <w:rPr>
                <w:color w:val="000000"/>
                <w:sz w:val="20"/>
                <w:lang w:val="pt-PT"/>
              </w:rPr>
              <w:t>, sau prestarea cu deficiențe a acestuia (neridicarea întregii cantități de deșeuri contractate, a tuturor deșeurilor depozitate în zonele de amplasare a containerelor, nerespectarea programului sau graficelor de colectare, alte asemenea).</w:t>
            </w:r>
          </w:p>
        </w:tc>
        <w:tc>
          <w:tcPr>
            <w:tcW w:w="1247" w:type="dxa"/>
          </w:tcPr>
          <w:p w14:paraId="61F10859" w14:textId="77777777" w:rsidR="006633E6" w:rsidRPr="001F0542" w:rsidRDefault="00000000">
            <w:pPr>
              <w:spacing w:after="0"/>
              <w:jc w:val="center"/>
            </w:pPr>
            <w:r w:rsidRPr="001F0542">
              <w:rPr>
                <w:b/>
                <w:color w:val="000000"/>
                <w:sz w:val="20"/>
              </w:rPr>
              <w:t>-</w:t>
            </w:r>
          </w:p>
        </w:tc>
        <w:tc>
          <w:tcPr>
            <w:tcW w:w="1304" w:type="dxa"/>
          </w:tcPr>
          <w:p w14:paraId="76DA3397" w14:textId="77777777" w:rsidR="006633E6" w:rsidRPr="001F0542" w:rsidRDefault="00000000">
            <w:pPr>
              <w:spacing w:after="0"/>
              <w:jc w:val="center"/>
            </w:pPr>
            <w:r w:rsidRPr="001F0542">
              <w:rPr>
                <w:b/>
                <w:color w:val="000000"/>
                <w:sz w:val="20"/>
              </w:rPr>
              <w:t>-</w:t>
            </w:r>
          </w:p>
        </w:tc>
        <w:tc>
          <w:tcPr>
            <w:tcW w:w="1304" w:type="dxa"/>
          </w:tcPr>
          <w:p w14:paraId="2BFA3253" w14:textId="77777777" w:rsidR="006633E6" w:rsidRPr="001F0542" w:rsidRDefault="00000000">
            <w:pPr>
              <w:spacing w:after="0"/>
              <w:jc w:val="center"/>
            </w:pPr>
            <w:r w:rsidRPr="001F0542">
              <w:rPr>
                <w:b/>
                <w:color w:val="000000"/>
                <w:sz w:val="20"/>
              </w:rPr>
              <w:t>2.000-5.000</w:t>
            </w:r>
          </w:p>
        </w:tc>
      </w:tr>
      <w:tr w:rsidR="006633E6" w:rsidRPr="001F0542" w14:paraId="41B5A21A" w14:textId="77777777">
        <w:trPr>
          <w:jc w:val="center"/>
        </w:trPr>
        <w:tc>
          <w:tcPr>
            <w:tcW w:w="680" w:type="dxa"/>
          </w:tcPr>
          <w:p w14:paraId="3EB0BEAC" w14:textId="77777777" w:rsidR="006633E6" w:rsidRPr="001F0542" w:rsidRDefault="00000000">
            <w:pPr>
              <w:spacing w:after="0"/>
              <w:jc w:val="center"/>
            </w:pPr>
            <w:r w:rsidRPr="001F0542">
              <w:rPr>
                <w:color w:val="000000"/>
                <w:sz w:val="20"/>
              </w:rPr>
              <w:t>14.</w:t>
            </w:r>
          </w:p>
        </w:tc>
        <w:tc>
          <w:tcPr>
            <w:tcW w:w="5102" w:type="dxa"/>
          </w:tcPr>
          <w:p w14:paraId="1D8FA7AD" w14:textId="77777777" w:rsidR="006633E6" w:rsidRPr="001F0542" w:rsidRDefault="00000000">
            <w:pPr>
              <w:spacing w:after="0"/>
            </w:pPr>
            <w:proofErr w:type="spellStart"/>
            <w:r w:rsidRPr="001F0542">
              <w:rPr>
                <w:color w:val="000000"/>
                <w:sz w:val="20"/>
              </w:rPr>
              <w:t>Neefectuarea</w:t>
            </w:r>
            <w:proofErr w:type="spellEnd"/>
            <w:r w:rsidRPr="001F0542">
              <w:rPr>
                <w:color w:val="000000"/>
                <w:sz w:val="20"/>
              </w:rPr>
              <w:t xml:space="preserve"> </w:t>
            </w:r>
            <w:proofErr w:type="spellStart"/>
            <w:r w:rsidRPr="001F0542">
              <w:rPr>
                <w:color w:val="000000"/>
                <w:sz w:val="20"/>
              </w:rPr>
              <w:t>curățeniei</w:t>
            </w:r>
            <w:proofErr w:type="spellEnd"/>
            <w:r w:rsidRPr="001F0542">
              <w:rPr>
                <w:color w:val="000000"/>
                <w:sz w:val="20"/>
              </w:rPr>
              <w:t xml:space="preserve"> </w:t>
            </w:r>
            <w:proofErr w:type="spellStart"/>
            <w:r w:rsidRPr="001F0542">
              <w:rPr>
                <w:color w:val="000000"/>
                <w:sz w:val="20"/>
              </w:rPr>
              <w:t>străzilor</w:t>
            </w:r>
            <w:proofErr w:type="spellEnd"/>
            <w:r w:rsidRPr="001F0542">
              <w:rPr>
                <w:color w:val="000000"/>
                <w:sz w:val="20"/>
              </w:rPr>
              <w:t xml:space="preserve">, </w:t>
            </w:r>
            <w:proofErr w:type="spellStart"/>
            <w:r w:rsidRPr="001F0542">
              <w:rPr>
                <w:color w:val="000000"/>
                <w:sz w:val="20"/>
              </w:rPr>
              <w:t>parcurilor</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gramStart"/>
            <w:r w:rsidRPr="001F0542">
              <w:rPr>
                <w:color w:val="000000"/>
                <w:sz w:val="20"/>
              </w:rPr>
              <w:t>a</w:t>
            </w:r>
            <w:proofErr w:type="gramEnd"/>
            <w:r w:rsidRPr="001F0542">
              <w:rPr>
                <w:color w:val="000000"/>
                <w:sz w:val="20"/>
              </w:rPr>
              <w:t xml:space="preserve"> </w:t>
            </w:r>
            <w:proofErr w:type="spellStart"/>
            <w:r w:rsidRPr="001F0542">
              <w:rPr>
                <w:color w:val="000000"/>
                <w:sz w:val="20"/>
              </w:rPr>
              <w:t>altor</w:t>
            </w:r>
            <w:proofErr w:type="spellEnd"/>
            <w:r w:rsidRPr="001F0542">
              <w:rPr>
                <w:color w:val="000000"/>
                <w:sz w:val="20"/>
              </w:rPr>
              <w:t xml:space="preserve"> zone </w:t>
            </w:r>
            <w:proofErr w:type="spellStart"/>
            <w:r w:rsidRPr="001F0542">
              <w:rPr>
                <w:color w:val="000000"/>
                <w:sz w:val="20"/>
              </w:rPr>
              <w:t>publice</w:t>
            </w:r>
            <w:proofErr w:type="spellEnd"/>
            <w:r w:rsidRPr="001F0542">
              <w:rPr>
                <w:color w:val="000000"/>
                <w:sz w:val="20"/>
              </w:rPr>
              <w:t xml:space="preserve"> de </w:t>
            </w:r>
            <w:proofErr w:type="spellStart"/>
            <w:r w:rsidRPr="001F0542">
              <w:rPr>
                <w:color w:val="000000"/>
                <w:sz w:val="20"/>
              </w:rPr>
              <w:t>către</w:t>
            </w:r>
            <w:proofErr w:type="spellEnd"/>
            <w:r w:rsidRPr="001F0542">
              <w:rPr>
                <w:color w:val="000000"/>
                <w:sz w:val="20"/>
              </w:rPr>
              <w:t xml:space="preserve"> operator, conform </w:t>
            </w:r>
            <w:proofErr w:type="spellStart"/>
            <w:r w:rsidRPr="001F0542">
              <w:rPr>
                <w:color w:val="000000"/>
                <w:sz w:val="20"/>
              </w:rPr>
              <w:t>graficelor</w:t>
            </w:r>
            <w:proofErr w:type="spellEnd"/>
            <w:r w:rsidRPr="001F0542">
              <w:rPr>
                <w:color w:val="000000"/>
                <w:sz w:val="20"/>
              </w:rPr>
              <w:t xml:space="preserve"> </w:t>
            </w:r>
            <w:proofErr w:type="spellStart"/>
            <w:r w:rsidRPr="001F0542">
              <w:rPr>
                <w:color w:val="000000"/>
                <w:sz w:val="20"/>
              </w:rPr>
              <w:t>stabilite</w:t>
            </w:r>
            <w:proofErr w:type="spellEnd"/>
            <w:r w:rsidRPr="001F0542">
              <w:rPr>
                <w:color w:val="000000"/>
                <w:sz w:val="20"/>
              </w:rPr>
              <w:t xml:space="preserve"> de </w:t>
            </w:r>
            <w:proofErr w:type="spellStart"/>
            <w:r w:rsidRPr="001F0542">
              <w:rPr>
                <w:color w:val="000000"/>
                <w:sz w:val="20"/>
              </w:rPr>
              <w:t>Primăria</w:t>
            </w:r>
            <w:proofErr w:type="spellEnd"/>
            <w:r w:rsidRPr="001F0542">
              <w:rPr>
                <w:color w:val="000000"/>
                <w:sz w:val="20"/>
              </w:rPr>
              <w:t xml:space="preserve"> </w:t>
            </w:r>
            <w:proofErr w:type="spellStart"/>
            <w:r w:rsidRPr="001F0542">
              <w:rPr>
                <w:color w:val="000000"/>
                <w:sz w:val="20"/>
              </w:rPr>
              <w:t>orașului</w:t>
            </w:r>
            <w:proofErr w:type="spellEnd"/>
            <w:r w:rsidRPr="001F0542">
              <w:rPr>
                <w:color w:val="000000"/>
                <w:sz w:val="20"/>
              </w:rPr>
              <w:t xml:space="preserve"> </w:t>
            </w:r>
            <w:proofErr w:type="spellStart"/>
            <w:r w:rsidRPr="001F0542">
              <w:rPr>
                <w:color w:val="000000"/>
                <w:sz w:val="20"/>
              </w:rPr>
              <w:t>Buhuși</w:t>
            </w:r>
            <w:proofErr w:type="spellEnd"/>
            <w:r w:rsidRPr="001F0542">
              <w:rPr>
                <w:color w:val="000000"/>
                <w:sz w:val="20"/>
              </w:rPr>
              <w:t>.</w:t>
            </w:r>
          </w:p>
        </w:tc>
        <w:tc>
          <w:tcPr>
            <w:tcW w:w="1247" w:type="dxa"/>
          </w:tcPr>
          <w:p w14:paraId="2B204D7F" w14:textId="77777777" w:rsidR="006633E6" w:rsidRPr="001F0542" w:rsidRDefault="00000000">
            <w:pPr>
              <w:spacing w:after="0"/>
              <w:jc w:val="center"/>
            </w:pPr>
            <w:r w:rsidRPr="001F0542">
              <w:rPr>
                <w:b/>
                <w:color w:val="000000"/>
                <w:sz w:val="20"/>
              </w:rPr>
              <w:t>-</w:t>
            </w:r>
          </w:p>
        </w:tc>
        <w:tc>
          <w:tcPr>
            <w:tcW w:w="1304" w:type="dxa"/>
          </w:tcPr>
          <w:p w14:paraId="1149DD14" w14:textId="77777777" w:rsidR="006633E6" w:rsidRPr="001F0542" w:rsidRDefault="00000000">
            <w:pPr>
              <w:spacing w:after="0"/>
              <w:jc w:val="center"/>
            </w:pPr>
            <w:r w:rsidRPr="001F0542">
              <w:rPr>
                <w:b/>
                <w:color w:val="000000"/>
                <w:sz w:val="20"/>
              </w:rPr>
              <w:t>-</w:t>
            </w:r>
          </w:p>
        </w:tc>
        <w:tc>
          <w:tcPr>
            <w:tcW w:w="1304" w:type="dxa"/>
          </w:tcPr>
          <w:p w14:paraId="59B2F6DF" w14:textId="77777777" w:rsidR="006633E6" w:rsidRPr="001F0542" w:rsidRDefault="00000000">
            <w:pPr>
              <w:spacing w:after="0"/>
              <w:jc w:val="center"/>
            </w:pPr>
            <w:r w:rsidRPr="001F0542">
              <w:rPr>
                <w:b/>
                <w:color w:val="000000"/>
                <w:sz w:val="20"/>
              </w:rPr>
              <w:t>2.000-5.000</w:t>
            </w:r>
          </w:p>
        </w:tc>
      </w:tr>
      <w:tr w:rsidR="006633E6" w:rsidRPr="001F0542" w14:paraId="20E64816" w14:textId="77777777">
        <w:trPr>
          <w:jc w:val="center"/>
        </w:trPr>
        <w:tc>
          <w:tcPr>
            <w:tcW w:w="680" w:type="dxa"/>
          </w:tcPr>
          <w:p w14:paraId="70189828" w14:textId="77777777" w:rsidR="006633E6" w:rsidRPr="001F0542" w:rsidRDefault="00000000">
            <w:pPr>
              <w:spacing w:after="0"/>
              <w:jc w:val="center"/>
            </w:pPr>
            <w:r w:rsidRPr="001F0542">
              <w:rPr>
                <w:color w:val="000000"/>
                <w:sz w:val="20"/>
              </w:rPr>
              <w:t>15.</w:t>
            </w:r>
          </w:p>
        </w:tc>
        <w:tc>
          <w:tcPr>
            <w:tcW w:w="5102" w:type="dxa"/>
          </w:tcPr>
          <w:p w14:paraId="7A923921" w14:textId="77777777" w:rsidR="006633E6" w:rsidRPr="001F0542" w:rsidRDefault="00000000">
            <w:pPr>
              <w:spacing w:after="0"/>
              <w:rPr>
                <w:lang w:val="pt-PT"/>
              </w:rPr>
            </w:pPr>
            <w:r w:rsidRPr="001F0542">
              <w:rPr>
                <w:color w:val="000000"/>
                <w:sz w:val="20"/>
                <w:lang w:val="pt-PT"/>
              </w:rPr>
              <w:t>Neefectuarea sau neîntreținerea curățeniei la punctele de colectare a deșeurilor menajere precum și a recipienților de colectare</w:t>
            </w:r>
          </w:p>
        </w:tc>
        <w:tc>
          <w:tcPr>
            <w:tcW w:w="1247" w:type="dxa"/>
          </w:tcPr>
          <w:p w14:paraId="56A697E7" w14:textId="77777777" w:rsidR="006633E6" w:rsidRPr="001F0542" w:rsidRDefault="00000000">
            <w:pPr>
              <w:spacing w:after="0"/>
              <w:jc w:val="center"/>
            </w:pPr>
            <w:r w:rsidRPr="001F0542">
              <w:rPr>
                <w:b/>
                <w:color w:val="000000"/>
                <w:sz w:val="20"/>
              </w:rPr>
              <w:t>-</w:t>
            </w:r>
          </w:p>
        </w:tc>
        <w:tc>
          <w:tcPr>
            <w:tcW w:w="1304" w:type="dxa"/>
          </w:tcPr>
          <w:p w14:paraId="501E6EEE" w14:textId="77777777" w:rsidR="006633E6" w:rsidRPr="001F0542" w:rsidRDefault="00000000">
            <w:pPr>
              <w:spacing w:after="0"/>
              <w:jc w:val="center"/>
            </w:pPr>
            <w:r w:rsidRPr="001F0542">
              <w:rPr>
                <w:b/>
                <w:color w:val="000000"/>
                <w:sz w:val="20"/>
              </w:rPr>
              <w:t>-</w:t>
            </w:r>
          </w:p>
        </w:tc>
        <w:tc>
          <w:tcPr>
            <w:tcW w:w="1304" w:type="dxa"/>
          </w:tcPr>
          <w:p w14:paraId="3A927D86" w14:textId="77777777" w:rsidR="006633E6" w:rsidRPr="001F0542" w:rsidRDefault="00000000">
            <w:pPr>
              <w:spacing w:after="0"/>
              <w:jc w:val="center"/>
            </w:pPr>
            <w:r w:rsidRPr="001F0542">
              <w:rPr>
                <w:b/>
                <w:color w:val="000000"/>
                <w:sz w:val="20"/>
              </w:rPr>
              <w:t>2.000-5.000</w:t>
            </w:r>
          </w:p>
        </w:tc>
      </w:tr>
      <w:tr w:rsidR="006633E6" w:rsidRPr="001F0542" w14:paraId="72D4046A" w14:textId="77777777">
        <w:trPr>
          <w:jc w:val="center"/>
        </w:trPr>
        <w:tc>
          <w:tcPr>
            <w:tcW w:w="680" w:type="dxa"/>
          </w:tcPr>
          <w:p w14:paraId="3D6835A1" w14:textId="77777777" w:rsidR="006633E6" w:rsidRPr="001F0542" w:rsidRDefault="00000000">
            <w:pPr>
              <w:spacing w:after="0"/>
              <w:jc w:val="center"/>
            </w:pPr>
            <w:r w:rsidRPr="001F0542">
              <w:rPr>
                <w:color w:val="000000"/>
                <w:sz w:val="20"/>
              </w:rPr>
              <w:t>16.</w:t>
            </w:r>
          </w:p>
        </w:tc>
        <w:tc>
          <w:tcPr>
            <w:tcW w:w="5102" w:type="dxa"/>
          </w:tcPr>
          <w:p w14:paraId="61DE3FD2" w14:textId="2C7524DE" w:rsidR="006633E6" w:rsidRPr="001F0542" w:rsidRDefault="00000000">
            <w:pPr>
              <w:spacing w:after="0"/>
              <w:rPr>
                <w:lang w:val="pt-PT"/>
              </w:rPr>
            </w:pPr>
            <w:r w:rsidRPr="001F0542">
              <w:rPr>
                <w:color w:val="000000"/>
                <w:sz w:val="20"/>
                <w:lang w:val="pt-PT"/>
              </w:rPr>
              <w:t>Nedotarea utilizatorilor cu containere și pubele, conform contractelor încheiate</w:t>
            </w:r>
            <w:r w:rsidR="00C96664" w:rsidRPr="001F0542">
              <w:rPr>
                <w:color w:val="000000"/>
                <w:sz w:val="20"/>
                <w:lang w:val="pt-PT"/>
              </w:rPr>
              <w:t>/Caietului de Sarcini</w:t>
            </w:r>
            <w:r w:rsidRPr="001F0542">
              <w:rPr>
                <w:color w:val="000000"/>
                <w:sz w:val="20"/>
                <w:lang w:val="pt-PT"/>
              </w:rPr>
              <w:t xml:space="preserve"> și a legislației privind colectarea selectivă a deșeurilor</w:t>
            </w:r>
          </w:p>
        </w:tc>
        <w:tc>
          <w:tcPr>
            <w:tcW w:w="1247" w:type="dxa"/>
          </w:tcPr>
          <w:p w14:paraId="26434F6E" w14:textId="77777777" w:rsidR="006633E6" w:rsidRPr="001F0542" w:rsidRDefault="00000000">
            <w:pPr>
              <w:spacing w:after="0"/>
              <w:jc w:val="center"/>
            </w:pPr>
            <w:r w:rsidRPr="001F0542">
              <w:rPr>
                <w:b/>
                <w:color w:val="000000"/>
                <w:sz w:val="20"/>
              </w:rPr>
              <w:t>-</w:t>
            </w:r>
          </w:p>
        </w:tc>
        <w:tc>
          <w:tcPr>
            <w:tcW w:w="1304" w:type="dxa"/>
          </w:tcPr>
          <w:p w14:paraId="7F4AF743" w14:textId="77777777" w:rsidR="006633E6" w:rsidRPr="001F0542" w:rsidRDefault="00000000">
            <w:pPr>
              <w:spacing w:after="0"/>
              <w:jc w:val="center"/>
            </w:pPr>
            <w:r w:rsidRPr="001F0542">
              <w:rPr>
                <w:b/>
                <w:color w:val="000000"/>
                <w:sz w:val="20"/>
              </w:rPr>
              <w:t>-</w:t>
            </w:r>
          </w:p>
        </w:tc>
        <w:tc>
          <w:tcPr>
            <w:tcW w:w="1304" w:type="dxa"/>
          </w:tcPr>
          <w:p w14:paraId="79FCD067" w14:textId="77777777" w:rsidR="006633E6" w:rsidRPr="001F0542" w:rsidRDefault="00000000">
            <w:pPr>
              <w:spacing w:after="0"/>
              <w:jc w:val="center"/>
            </w:pPr>
            <w:r w:rsidRPr="001F0542">
              <w:rPr>
                <w:b/>
                <w:color w:val="000000"/>
                <w:sz w:val="20"/>
              </w:rPr>
              <w:t>2.000-5.000</w:t>
            </w:r>
          </w:p>
        </w:tc>
      </w:tr>
      <w:tr w:rsidR="006633E6" w:rsidRPr="001F0542" w14:paraId="380A52EF" w14:textId="77777777">
        <w:trPr>
          <w:jc w:val="center"/>
        </w:trPr>
        <w:tc>
          <w:tcPr>
            <w:tcW w:w="680" w:type="dxa"/>
          </w:tcPr>
          <w:p w14:paraId="4ABA403B" w14:textId="77777777" w:rsidR="006633E6" w:rsidRPr="001F0542" w:rsidRDefault="00000000">
            <w:pPr>
              <w:spacing w:after="0"/>
              <w:jc w:val="center"/>
            </w:pPr>
            <w:r w:rsidRPr="001F0542">
              <w:rPr>
                <w:color w:val="000000"/>
                <w:sz w:val="20"/>
              </w:rPr>
              <w:t>17.</w:t>
            </w:r>
          </w:p>
        </w:tc>
        <w:tc>
          <w:tcPr>
            <w:tcW w:w="5102" w:type="dxa"/>
          </w:tcPr>
          <w:p w14:paraId="663EFCA9" w14:textId="77777777" w:rsidR="006633E6" w:rsidRPr="001F0542" w:rsidRDefault="00000000">
            <w:pPr>
              <w:spacing w:after="0"/>
            </w:pPr>
            <w:proofErr w:type="spellStart"/>
            <w:r w:rsidRPr="001F0542">
              <w:rPr>
                <w:color w:val="000000"/>
                <w:sz w:val="20"/>
              </w:rPr>
              <w:t>Nesalubrizarea</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aceeași</w:t>
            </w:r>
            <w:proofErr w:type="spellEnd"/>
            <w:r w:rsidRPr="001F0542">
              <w:rPr>
                <w:color w:val="000000"/>
                <w:sz w:val="20"/>
              </w:rPr>
              <w:t xml:space="preserve"> zi a </w:t>
            </w:r>
            <w:proofErr w:type="spellStart"/>
            <w:r w:rsidRPr="001F0542">
              <w:rPr>
                <w:color w:val="000000"/>
                <w:sz w:val="20"/>
              </w:rPr>
              <w:t>domeniului</w:t>
            </w:r>
            <w:proofErr w:type="spellEnd"/>
            <w:r w:rsidRPr="001F0542">
              <w:rPr>
                <w:color w:val="000000"/>
                <w:sz w:val="20"/>
              </w:rPr>
              <w:t xml:space="preserve"> public </w:t>
            </w:r>
            <w:proofErr w:type="spellStart"/>
            <w:r w:rsidRPr="001F0542">
              <w:rPr>
                <w:color w:val="000000"/>
                <w:sz w:val="20"/>
              </w:rPr>
              <w:t>sau</w:t>
            </w:r>
            <w:proofErr w:type="spellEnd"/>
            <w:r w:rsidRPr="001F0542">
              <w:rPr>
                <w:color w:val="000000"/>
                <w:sz w:val="20"/>
              </w:rPr>
              <w:t xml:space="preserve"> a </w:t>
            </w:r>
            <w:proofErr w:type="spellStart"/>
            <w:r w:rsidRPr="001F0542">
              <w:rPr>
                <w:color w:val="000000"/>
                <w:sz w:val="20"/>
              </w:rPr>
              <w:t>zonei</w:t>
            </w:r>
            <w:proofErr w:type="spellEnd"/>
            <w:r w:rsidRPr="001F0542">
              <w:rPr>
                <w:color w:val="000000"/>
                <w:sz w:val="20"/>
              </w:rPr>
              <w:t xml:space="preserve"> </w:t>
            </w:r>
            <w:proofErr w:type="spellStart"/>
            <w:r w:rsidRPr="001F0542">
              <w:rPr>
                <w:color w:val="000000"/>
                <w:sz w:val="20"/>
              </w:rPr>
              <w:t>unde</w:t>
            </w:r>
            <w:proofErr w:type="spellEnd"/>
            <w:r w:rsidRPr="001F0542">
              <w:rPr>
                <w:color w:val="000000"/>
                <w:sz w:val="20"/>
              </w:rPr>
              <w:t xml:space="preserve"> se </w:t>
            </w:r>
            <w:proofErr w:type="spellStart"/>
            <w:r w:rsidRPr="001F0542">
              <w:rPr>
                <w:color w:val="000000"/>
                <w:sz w:val="20"/>
              </w:rPr>
              <w:t>execută</w:t>
            </w:r>
            <w:proofErr w:type="spellEnd"/>
            <w:r w:rsidRPr="001F0542">
              <w:rPr>
                <w:color w:val="000000"/>
                <w:sz w:val="20"/>
              </w:rPr>
              <w:t xml:space="preserve"> </w:t>
            </w:r>
            <w:proofErr w:type="spellStart"/>
            <w:r w:rsidRPr="001F0542">
              <w:rPr>
                <w:color w:val="000000"/>
                <w:sz w:val="20"/>
              </w:rPr>
              <w:t>lucrări</w:t>
            </w:r>
            <w:proofErr w:type="spellEnd"/>
            <w:r w:rsidRPr="001F0542">
              <w:rPr>
                <w:color w:val="000000"/>
                <w:sz w:val="20"/>
              </w:rPr>
              <w:t xml:space="preserve"> de </w:t>
            </w:r>
            <w:proofErr w:type="spellStart"/>
            <w:r w:rsidRPr="001F0542">
              <w:rPr>
                <w:color w:val="000000"/>
                <w:sz w:val="20"/>
              </w:rPr>
              <w:t>construcții</w:t>
            </w:r>
            <w:proofErr w:type="spellEnd"/>
            <w:r w:rsidRPr="001F0542">
              <w:rPr>
                <w:color w:val="000000"/>
                <w:sz w:val="20"/>
              </w:rPr>
              <w:t xml:space="preserve">, </w:t>
            </w:r>
            <w:proofErr w:type="spellStart"/>
            <w:r w:rsidRPr="001F0542">
              <w:rPr>
                <w:color w:val="000000"/>
                <w:sz w:val="20"/>
              </w:rPr>
              <w:t>reparații</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intervenții</w:t>
            </w:r>
            <w:proofErr w:type="spellEnd"/>
            <w:r w:rsidRPr="001F0542">
              <w:rPr>
                <w:color w:val="000000"/>
                <w:sz w:val="20"/>
              </w:rPr>
              <w:t xml:space="preserve"> la </w:t>
            </w:r>
            <w:proofErr w:type="spellStart"/>
            <w:r w:rsidRPr="001F0542">
              <w:rPr>
                <w:color w:val="000000"/>
                <w:sz w:val="20"/>
              </w:rPr>
              <w:t>rețelele</w:t>
            </w:r>
            <w:proofErr w:type="spellEnd"/>
            <w:r w:rsidRPr="001F0542">
              <w:rPr>
                <w:color w:val="000000"/>
                <w:sz w:val="20"/>
              </w:rPr>
              <w:t xml:space="preserve"> </w:t>
            </w:r>
            <w:proofErr w:type="spellStart"/>
            <w:r w:rsidRPr="001F0542">
              <w:rPr>
                <w:color w:val="000000"/>
                <w:sz w:val="20"/>
              </w:rPr>
              <w:t>tehnico-edilitare</w:t>
            </w:r>
            <w:proofErr w:type="spellEnd"/>
            <w:r w:rsidRPr="001F0542">
              <w:rPr>
                <w:color w:val="000000"/>
                <w:sz w:val="20"/>
              </w:rPr>
              <w:t xml:space="preserve">, </w:t>
            </w:r>
            <w:proofErr w:type="spellStart"/>
            <w:r w:rsidRPr="001F0542">
              <w:rPr>
                <w:color w:val="000000"/>
                <w:sz w:val="20"/>
              </w:rPr>
              <w:t>indiferent</w:t>
            </w:r>
            <w:proofErr w:type="spellEnd"/>
            <w:r w:rsidRPr="001F0542">
              <w:rPr>
                <w:color w:val="000000"/>
                <w:sz w:val="20"/>
              </w:rPr>
              <w:t xml:space="preserve"> </w:t>
            </w:r>
            <w:proofErr w:type="spellStart"/>
            <w:r w:rsidRPr="001F0542">
              <w:rPr>
                <w:color w:val="000000"/>
                <w:sz w:val="20"/>
              </w:rPr>
              <w:t>dacă</w:t>
            </w:r>
            <w:proofErr w:type="spellEnd"/>
            <w:r w:rsidRPr="001F0542">
              <w:rPr>
                <w:color w:val="000000"/>
                <w:sz w:val="20"/>
              </w:rPr>
              <w:t xml:space="preserve"> </w:t>
            </w:r>
            <w:proofErr w:type="spellStart"/>
            <w:r w:rsidRPr="001F0542">
              <w:rPr>
                <w:color w:val="000000"/>
                <w:sz w:val="20"/>
              </w:rPr>
              <w:t>lucrarea</w:t>
            </w:r>
            <w:proofErr w:type="spellEnd"/>
            <w:r w:rsidRPr="001F0542">
              <w:rPr>
                <w:color w:val="000000"/>
                <w:sz w:val="20"/>
              </w:rPr>
              <w:t xml:space="preserve"> </w:t>
            </w:r>
            <w:proofErr w:type="spellStart"/>
            <w:r w:rsidRPr="001F0542">
              <w:rPr>
                <w:color w:val="000000"/>
                <w:sz w:val="20"/>
              </w:rPr>
              <w:t>este</w:t>
            </w:r>
            <w:proofErr w:type="spellEnd"/>
            <w:r w:rsidRPr="001F0542">
              <w:rPr>
                <w:color w:val="000000"/>
                <w:sz w:val="20"/>
              </w:rPr>
              <w:t xml:space="preserve"> </w:t>
            </w:r>
            <w:proofErr w:type="spellStart"/>
            <w:r w:rsidRPr="001F0542">
              <w:rPr>
                <w:color w:val="000000"/>
                <w:sz w:val="20"/>
              </w:rPr>
              <w:t>terminată</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continuă</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zilele</w:t>
            </w:r>
            <w:proofErr w:type="spellEnd"/>
            <w:r w:rsidRPr="001F0542">
              <w:rPr>
                <w:color w:val="000000"/>
                <w:sz w:val="20"/>
              </w:rPr>
              <w:t xml:space="preserve"> </w:t>
            </w:r>
            <w:proofErr w:type="spellStart"/>
            <w:r w:rsidRPr="001F0542">
              <w:rPr>
                <w:color w:val="000000"/>
                <w:sz w:val="20"/>
              </w:rPr>
              <w:t>următoare</w:t>
            </w:r>
            <w:proofErr w:type="spellEnd"/>
            <w:r w:rsidRPr="001F0542">
              <w:rPr>
                <w:color w:val="000000"/>
                <w:sz w:val="20"/>
              </w:rPr>
              <w:t xml:space="preserve">, </w:t>
            </w:r>
            <w:proofErr w:type="spellStart"/>
            <w:r w:rsidRPr="001F0542">
              <w:rPr>
                <w:color w:val="000000"/>
                <w:sz w:val="20"/>
              </w:rPr>
              <w:t>până</w:t>
            </w:r>
            <w:proofErr w:type="spellEnd"/>
            <w:r w:rsidRPr="001F0542">
              <w:rPr>
                <w:color w:val="000000"/>
                <w:sz w:val="20"/>
              </w:rPr>
              <w:t xml:space="preserve"> la </w:t>
            </w:r>
            <w:proofErr w:type="spellStart"/>
            <w:r w:rsidRPr="001F0542">
              <w:rPr>
                <w:color w:val="000000"/>
                <w:sz w:val="20"/>
              </w:rPr>
              <w:t>finalizare</w:t>
            </w:r>
            <w:proofErr w:type="spellEnd"/>
          </w:p>
        </w:tc>
        <w:tc>
          <w:tcPr>
            <w:tcW w:w="1247" w:type="dxa"/>
          </w:tcPr>
          <w:p w14:paraId="196FC872" w14:textId="77777777" w:rsidR="006633E6" w:rsidRPr="001F0542" w:rsidRDefault="00000000">
            <w:pPr>
              <w:spacing w:after="0"/>
              <w:jc w:val="center"/>
            </w:pPr>
            <w:r w:rsidRPr="001F0542">
              <w:rPr>
                <w:b/>
                <w:color w:val="000000"/>
                <w:sz w:val="20"/>
              </w:rPr>
              <w:t>500-1.000</w:t>
            </w:r>
          </w:p>
        </w:tc>
        <w:tc>
          <w:tcPr>
            <w:tcW w:w="1304" w:type="dxa"/>
          </w:tcPr>
          <w:p w14:paraId="70698A37" w14:textId="77777777" w:rsidR="006633E6" w:rsidRPr="001F0542" w:rsidRDefault="00000000">
            <w:pPr>
              <w:spacing w:after="0"/>
              <w:jc w:val="center"/>
            </w:pPr>
            <w:r w:rsidRPr="001F0542">
              <w:rPr>
                <w:b/>
                <w:color w:val="000000"/>
                <w:sz w:val="20"/>
              </w:rPr>
              <w:t>2.000-5.000</w:t>
            </w:r>
          </w:p>
        </w:tc>
        <w:tc>
          <w:tcPr>
            <w:tcW w:w="1304" w:type="dxa"/>
          </w:tcPr>
          <w:p w14:paraId="1BE840CA" w14:textId="77777777" w:rsidR="006633E6" w:rsidRPr="001F0542" w:rsidRDefault="00000000">
            <w:pPr>
              <w:spacing w:after="0"/>
              <w:jc w:val="center"/>
            </w:pPr>
            <w:r w:rsidRPr="001F0542">
              <w:rPr>
                <w:b/>
                <w:color w:val="000000"/>
                <w:sz w:val="20"/>
              </w:rPr>
              <w:t>2.000-5.000</w:t>
            </w:r>
          </w:p>
        </w:tc>
      </w:tr>
      <w:tr w:rsidR="006633E6" w:rsidRPr="001F0542" w14:paraId="244553FC" w14:textId="77777777">
        <w:trPr>
          <w:jc w:val="center"/>
        </w:trPr>
        <w:tc>
          <w:tcPr>
            <w:tcW w:w="680" w:type="dxa"/>
          </w:tcPr>
          <w:p w14:paraId="7F1C7496" w14:textId="77777777" w:rsidR="006633E6" w:rsidRPr="001F0542" w:rsidRDefault="00000000">
            <w:pPr>
              <w:spacing w:after="0"/>
              <w:jc w:val="center"/>
            </w:pPr>
            <w:r w:rsidRPr="001F0542">
              <w:rPr>
                <w:color w:val="000000"/>
                <w:sz w:val="20"/>
              </w:rPr>
              <w:t>18.</w:t>
            </w:r>
          </w:p>
        </w:tc>
        <w:tc>
          <w:tcPr>
            <w:tcW w:w="5102" w:type="dxa"/>
          </w:tcPr>
          <w:p w14:paraId="01B18F90" w14:textId="77777777" w:rsidR="006633E6" w:rsidRPr="001F0542" w:rsidRDefault="00000000">
            <w:pPr>
              <w:spacing w:after="0"/>
              <w:rPr>
                <w:lang w:val="pt-PT"/>
              </w:rPr>
            </w:pPr>
            <w:r w:rsidRPr="001F0542">
              <w:rPr>
                <w:color w:val="000000"/>
                <w:sz w:val="20"/>
                <w:lang w:val="pt-PT"/>
              </w:rPr>
              <w:t>Neefectuarea dezinfectării periodice a recipienților de colectare a deșeurilor menajere de către operator</w:t>
            </w:r>
          </w:p>
        </w:tc>
        <w:tc>
          <w:tcPr>
            <w:tcW w:w="1247" w:type="dxa"/>
          </w:tcPr>
          <w:p w14:paraId="13DD3E8A" w14:textId="77777777" w:rsidR="006633E6" w:rsidRPr="001F0542" w:rsidRDefault="00000000">
            <w:pPr>
              <w:spacing w:after="0"/>
              <w:jc w:val="center"/>
            </w:pPr>
            <w:r w:rsidRPr="001F0542">
              <w:rPr>
                <w:b/>
                <w:color w:val="000000"/>
                <w:sz w:val="20"/>
              </w:rPr>
              <w:t>-</w:t>
            </w:r>
          </w:p>
        </w:tc>
        <w:tc>
          <w:tcPr>
            <w:tcW w:w="1304" w:type="dxa"/>
          </w:tcPr>
          <w:p w14:paraId="29B4E298" w14:textId="77777777" w:rsidR="006633E6" w:rsidRPr="001F0542" w:rsidRDefault="00000000">
            <w:pPr>
              <w:spacing w:after="0"/>
              <w:jc w:val="center"/>
            </w:pPr>
            <w:r w:rsidRPr="001F0542">
              <w:rPr>
                <w:b/>
                <w:color w:val="000000"/>
                <w:sz w:val="20"/>
              </w:rPr>
              <w:t>-</w:t>
            </w:r>
          </w:p>
        </w:tc>
        <w:tc>
          <w:tcPr>
            <w:tcW w:w="1304" w:type="dxa"/>
          </w:tcPr>
          <w:p w14:paraId="1B659D04" w14:textId="77777777" w:rsidR="006633E6" w:rsidRPr="001F0542" w:rsidRDefault="00000000">
            <w:pPr>
              <w:spacing w:after="0"/>
              <w:jc w:val="center"/>
            </w:pPr>
            <w:r w:rsidRPr="001F0542">
              <w:rPr>
                <w:b/>
                <w:color w:val="000000"/>
                <w:sz w:val="20"/>
              </w:rPr>
              <w:t>2.000-5.000</w:t>
            </w:r>
          </w:p>
        </w:tc>
      </w:tr>
      <w:tr w:rsidR="006633E6" w:rsidRPr="001F0542" w14:paraId="58F44878" w14:textId="77777777">
        <w:trPr>
          <w:jc w:val="center"/>
        </w:trPr>
        <w:tc>
          <w:tcPr>
            <w:tcW w:w="680" w:type="dxa"/>
          </w:tcPr>
          <w:p w14:paraId="12B3A080" w14:textId="77777777" w:rsidR="006633E6" w:rsidRPr="001F0542" w:rsidRDefault="00000000">
            <w:pPr>
              <w:spacing w:after="0"/>
              <w:jc w:val="center"/>
            </w:pPr>
            <w:r w:rsidRPr="001F0542">
              <w:rPr>
                <w:color w:val="000000"/>
                <w:sz w:val="20"/>
              </w:rPr>
              <w:t>19.</w:t>
            </w:r>
          </w:p>
        </w:tc>
        <w:tc>
          <w:tcPr>
            <w:tcW w:w="5102" w:type="dxa"/>
          </w:tcPr>
          <w:p w14:paraId="1020F996" w14:textId="77777777" w:rsidR="006633E6" w:rsidRPr="001F0542" w:rsidRDefault="00000000">
            <w:pPr>
              <w:spacing w:after="0"/>
            </w:pPr>
            <w:proofErr w:type="spellStart"/>
            <w:r w:rsidRPr="001F0542">
              <w:rPr>
                <w:color w:val="000000"/>
                <w:sz w:val="20"/>
              </w:rPr>
              <w:t>Neluarea</w:t>
            </w:r>
            <w:proofErr w:type="spellEnd"/>
            <w:r w:rsidRPr="001F0542">
              <w:rPr>
                <w:color w:val="000000"/>
                <w:sz w:val="20"/>
              </w:rPr>
              <w:t xml:space="preserve"> </w:t>
            </w:r>
            <w:proofErr w:type="spellStart"/>
            <w:r w:rsidRPr="001F0542">
              <w:rPr>
                <w:color w:val="000000"/>
                <w:sz w:val="20"/>
              </w:rPr>
              <w:t>măsurilor</w:t>
            </w:r>
            <w:proofErr w:type="spellEnd"/>
            <w:r w:rsidRPr="001F0542">
              <w:rPr>
                <w:color w:val="000000"/>
                <w:sz w:val="20"/>
              </w:rPr>
              <w:t xml:space="preserve"> de </w:t>
            </w:r>
            <w:proofErr w:type="spellStart"/>
            <w:r w:rsidRPr="001F0542">
              <w:rPr>
                <w:color w:val="000000"/>
                <w:sz w:val="20"/>
              </w:rPr>
              <w:t>spălare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dezinfecție</w:t>
            </w:r>
            <w:proofErr w:type="spellEnd"/>
            <w:r w:rsidRPr="001F0542">
              <w:rPr>
                <w:color w:val="000000"/>
                <w:sz w:val="20"/>
              </w:rPr>
              <w:t xml:space="preserve"> </w:t>
            </w:r>
            <w:proofErr w:type="gramStart"/>
            <w:r w:rsidRPr="001F0542">
              <w:rPr>
                <w:color w:val="000000"/>
                <w:sz w:val="20"/>
              </w:rPr>
              <w:t>a</w:t>
            </w:r>
            <w:proofErr w:type="gramEnd"/>
            <w:r w:rsidRPr="001F0542">
              <w:rPr>
                <w:color w:val="000000"/>
                <w:sz w:val="20"/>
              </w:rPr>
              <w:t xml:space="preserve"> </w:t>
            </w:r>
            <w:proofErr w:type="spellStart"/>
            <w:r w:rsidRPr="001F0542">
              <w:rPr>
                <w:color w:val="000000"/>
                <w:sz w:val="20"/>
              </w:rPr>
              <w:t>autocontainerelor</w:t>
            </w:r>
            <w:proofErr w:type="spellEnd"/>
            <w:r w:rsidRPr="001F0542">
              <w:rPr>
                <w:color w:val="000000"/>
                <w:sz w:val="20"/>
              </w:rPr>
              <w:t xml:space="preserve">, a </w:t>
            </w:r>
            <w:proofErr w:type="spellStart"/>
            <w:r w:rsidRPr="001F0542">
              <w:rPr>
                <w:color w:val="000000"/>
                <w:sz w:val="20"/>
              </w:rPr>
              <w:t>mijloacelor</w:t>
            </w:r>
            <w:proofErr w:type="spellEnd"/>
            <w:r w:rsidRPr="001F0542">
              <w:rPr>
                <w:color w:val="000000"/>
                <w:sz w:val="20"/>
              </w:rPr>
              <w:t xml:space="preserve"> de transport </w:t>
            </w:r>
            <w:proofErr w:type="spellStart"/>
            <w:r w:rsidRPr="001F0542">
              <w:rPr>
                <w:color w:val="000000"/>
                <w:sz w:val="20"/>
              </w:rPr>
              <w:t>deșeuri</w:t>
            </w:r>
            <w:proofErr w:type="spellEnd"/>
            <w:r w:rsidRPr="001F0542">
              <w:rPr>
                <w:color w:val="000000"/>
                <w:sz w:val="20"/>
              </w:rPr>
              <w:t xml:space="preserve">, </w:t>
            </w:r>
            <w:proofErr w:type="spellStart"/>
            <w:r w:rsidRPr="001F0542">
              <w:rPr>
                <w:color w:val="000000"/>
                <w:sz w:val="20"/>
              </w:rPr>
              <w:t>săptămânal</w:t>
            </w:r>
            <w:proofErr w:type="spellEnd"/>
            <w:r w:rsidRPr="001F0542">
              <w:rPr>
                <w:color w:val="000000"/>
                <w:sz w:val="20"/>
              </w:rPr>
              <w:t xml:space="preserve"> </w:t>
            </w:r>
            <w:proofErr w:type="spellStart"/>
            <w:r w:rsidRPr="001F0542">
              <w:rPr>
                <w:color w:val="000000"/>
                <w:sz w:val="20"/>
              </w:rPr>
              <w:t>atât</w:t>
            </w:r>
            <w:proofErr w:type="spellEnd"/>
            <w:r w:rsidRPr="001F0542">
              <w:rPr>
                <w:color w:val="000000"/>
                <w:sz w:val="20"/>
              </w:rPr>
              <w:t xml:space="preserve"> </w:t>
            </w:r>
            <w:proofErr w:type="spellStart"/>
            <w:r w:rsidRPr="001F0542">
              <w:rPr>
                <w:color w:val="000000"/>
                <w:sz w:val="20"/>
              </w:rPr>
              <w:t>vara</w:t>
            </w:r>
            <w:proofErr w:type="spellEnd"/>
            <w:r w:rsidRPr="001F0542">
              <w:rPr>
                <w:color w:val="000000"/>
                <w:sz w:val="20"/>
              </w:rPr>
              <w:t xml:space="preserve"> </w:t>
            </w:r>
            <w:proofErr w:type="spellStart"/>
            <w:r w:rsidRPr="001F0542">
              <w:rPr>
                <w:color w:val="000000"/>
                <w:sz w:val="20"/>
              </w:rPr>
              <w:t>cât</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iarna</w:t>
            </w:r>
            <w:proofErr w:type="spellEnd"/>
          </w:p>
        </w:tc>
        <w:tc>
          <w:tcPr>
            <w:tcW w:w="1247" w:type="dxa"/>
          </w:tcPr>
          <w:p w14:paraId="5C13B3FA" w14:textId="77777777" w:rsidR="006633E6" w:rsidRPr="001F0542" w:rsidRDefault="00000000">
            <w:pPr>
              <w:spacing w:after="0"/>
              <w:jc w:val="center"/>
            </w:pPr>
            <w:r w:rsidRPr="001F0542">
              <w:rPr>
                <w:b/>
                <w:color w:val="000000"/>
                <w:sz w:val="20"/>
              </w:rPr>
              <w:t>-</w:t>
            </w:r>
          </w:p>
        </w:tc>
        <w:tc>
          <w:tcPr>
            <w:tcW w:w="1304" w:type="dxa"/>
          </w:tcPr>
          <w:p w14:paraId="7AEC5868" w14:textId="77777777" w:rsidR="006633E6" w:rsidRPr="001F0542" w:rsidRDefault="00000000">
            <w:pPr>
              <w:spacing w:after="0"/>
              <w:jc w:val="center"/>
            </w:pPr>
            <w:r w:rsidRPr="001F0542">
              <w:rPr>
                <w:b/>
                <w:color w:val="000000"/>
                <w:sz w:val="20"/>
              </w:rPr>
              <w:t>-</w:t>
            </w:r>
          </w:p>
        </w:tc>
        <w:tc>
          <w:tcPr>
            <w:tcW w:w="1304" w:type="dxa"/>
          </w:tcPr>
          <w:p w14:paraId="58087EC6" w14:textId="77777777" w:rsidR="006633E6" w:rsidRPr="001F0542" w:rsidRDefault="00000000">
            <w:pPr>
              <w:spacing w:after="0"/>
              <w:jc w:val="center"/>
            </w:pPr>
            <w:r w:rsidRPr="001F0542">
              <w:rPr>
                <w:b/>
                <w:color w:val="000000"/>
                <w:sz w:val="20"/>
              </w:rPr>
              <w:t>2.000-5.000</w:t>
            </w:r>
          </w:p>
        </w:tc>
      </w:tr>
      <w:tr w:rsidR="006633E6" w:rsidRPr="001F0542" w14:paraId="0B0677B1" w14:textId="77777777">
        <w:trPr>
          <w:jc w:val="center"/>
        </w:trPr>
        <w:tc>
          <w:tcPr>
            <w:tcW w:w="680" w:type="dxa"/>
          </w:tcPr>
          <w:p w14:paraId="2E8D1BEE" w14:textId="77777777" w:rsidR="006633E6" w:rsidRPr="001F0542" w:rsidRDefault="00000000">
            <w:pPr>
              <w:spacing w:after="0"/>
              <w:jc w:val="center"/>
            </w:pPr>
            <w:r w:rsidRPr="001F0542">
              <w:rPr>
                <w:color w:val="000000"/>
                <w:sz w:val="20"/>
              </w:rPr>
              <w:lastRenderedPageBreak/>
              <w:t>20.</w:t>
            </w:r>
          </w:p>
        </w:tc>
        <w:tc>
          <w:tcPr>
            <w:tcW w:w="5102" w:type="dxa"/>
          </w:tcPr>
          <w:p w14:paraId="7675485C" w14:textId="77777777" w:rsidR="006633E6" w:rsidRPr="001F0542" w:rsidRDefault="00000000">
            <w:pPr>
              <w:spacing w:after="0"/>
            </w:pPr>
            <w:proofErr w:type="spellStart"/>
            <w:r w:rsidRPr="001F0542">
              <w:rPr>
                <w:color w:val="000000"/>
                <w:sz w:val="20"/>
              </w:rPr>
              <w:t>Refuzul</w:t>
            </w:r>
            <w:proofErr w:type="spellEnd"/>
            <w:r w:rsidRPr="001F0542">
              <w:rPr>
                <w:color w:val="000000"/>
                <w:sz w:val="20"/>
              </w:rPr>
              <w:t xml:space="preserve"> </w:t>
            </w:r>
            <w:proofErr w:type="spellStart"/>
            <w:r w:rsidRPr="001F0542">
              <w:rPr>
                <w:color w:val="000000"/>
                <w:sz w:val="20"/>
              </w:rPr>
              <w:t>utilizatorilor</w:t>
            </w:r>
            <w:proofErr w:type="spellEnd"/>
            <w:r w:rsidRPr="001F0542">
              <w:rPr>
                <w:color w:val="000000"/>
                <w:sz w:val="20"/>
              </w:rPr>
              <w:t xml:space="preserve"> </w:t>
            </w:r>
            <w:proofErr w:type="spellStart"/>
            <w:r w:rsidRPr="001F0542">
              <w:rPr>
                <w:color w:val="000000"/>
                <w:sz w:val="20"/>
              </w:rPr>
              <w:t>casnici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non-</w:t>
            </w:r>
            <w:proofErr w:type="spellStart"/>
            <w:r w:rsidRPr="001F0542">
              <w:rPr>
                <w:color w:val="000000"/>
                <w:sz w:val="20"/>
              </w:rPr>
              <w:t>casnici</w:t>
            </w:r>
            <w:proofErr w:type="spellEnd"/>
            <w:r w:rsidRPr="001F0542">
              <w:rPr>
                <w:color w:val="000000"/>
                <w:sz w:val="20"/>
              </w:rPr>
              <w:t xml:space="preserve"> de a </w:t>
            </w:r>
            <w:proofErr w:type="spellStart"/>
            <w:r w:rsidRPr="001F0542">
              <w:rPr>
                <w:color w:val="000000"/>
                <w:sz w:val="20"/>
              </w:rPr>
              <w:t>încheia</w:t>
            </w:r>
            <w:proofErr w:type="spellEnd"/>
            <w:r w:rsidRPr="001F0542">
              <w:rPr>
                <w:color w:val="000000"/>
                <w:sz w:val="20"/>
              </w:rPr>
              <w:t xml:space="preserve"> </w:t>
            </w:r>
            <w:proofErr w:type="spellStart"/>
            <w:r w:rsidRPr="001F0542">
              <w:rPr>
                <w:color w:val="000000"/>
                <w:sz w:val="20"/>
              </w:rPr>
              <w:t>contracte</w:t>
            </w:r>
            <w:proofErr w:type="spellEnd"/>
            <w:r w:rsidRPr="001F0542">
              <w:rPr>
                <w:color w:val="000000"/>
                <w:sz w:val="20"/>
              </w:rPr>
              <w:t xml:space="preserve"> de </w:t>
            </w:r>
            <w:proofErr w:type="spellStart"/>
            <w:r w:rsidRPr="001F0542">
              <w:rPr>
                <w:color w:val="000000"/>
                <w:sz w:val="20"/>
              </w:rPr>
              <w:t>prestări</w:t>
            </w:r>
            <w:proofErr w:type="spellEnd"/>
            <w:r w:rsidRPr="001F0542">
              <w:rPr>
                <w:color w:val="000000"/>
                <w:sz w:val="20"/>
              </w:rPr>
              <w:t xml:space="preserve"> </w:t>
            </w:r>
            <w:proofErr w:type="spellStart"/>
            <w:r w:rsidRPr="001F0542">
              <w:rPr>
                <w:color w:val="000000"/>
                <w:sz w:val="20"/>
              </w:rPr>
              <w:t>servicii</w:t>
            </w:r>
            <w:proofErr w:type="spellEnd"/>
            <w:r w:rsidRPr="001F0542">
              <w:rPr>
                <w:color w:val="000000"/>
                <w:sz w:val="20"/>
              </w:rPr>
              <w:t xml:space="preserve"> cu </w:t>
            </w:r>
            <w:proofErr w:type="spellStart"/>
            <w:r w:rsidRPr="001F0542">
              <w:rPr>
                <w:color w:val="000000"/>
                <w:sz w:val="20"/>
              </w:rPr>
              <w:t>operatorul</w:t>
            </w:r>
            <w:proofErr w:type="spellEnd"/>
            <w:r w:rsidRPr="001F0542">
              <w:rPr>
                <w:color w:val="000000"/>
                <w:sz w:val="20"/>
              </w:rPr>
              <w:t xml:space="preserve"> de </w:t>
            </w:r>
            <w:proofErr w:type="spellStart"/>
            <w:r w:rsidRPr="001F0542">
              <w:rPr>
                <w:color w:val="000000"/>
                <w:sz w:val="20"/>
              </w:rPr>
              <w:t>salubrizare</w:t>
            </w:r>
            <w:proofErr w:type="spellEnd"/>
            <w:r w:rsidRPr="001F0542">
              <w:rPr>
                <w:color w:val="000000"/>
                <w:sz w:val="20"/>
              </w:rPr>
              <w:t xml:space="preserve"> </w:t>
            </w:r>
            <w:proofErr w:type="spellStart"/>
            <w:r w:rsidRPr="001F0542">
              <w:rPr>
                <w:color w:val="000000"/>
                <w:sz w:val="20"/>
              </w:rPr>
              <w:t>licențiat</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aria de </w:t>
            </w:r>
            <w:proofErr w:type="spellStart"/>
            <w:r w:rsidRPr="001F0542">
              <w:rPr>
                <w:color w:val="000000"/>
                <w:sz w:val="20"/>
              </w:rPr>
              <w:t>delegare</w:t>
            </w:r>
            <w:proofErr w:type="spellEnd"/>
            <w:r w:rsidRPr="001F0542">
              <w:rPr>
                <w:color w:val="000000"/>
                <w:sz w:val="20"/>
              </w:rPr>
              <w:t xml:space="preserve"> </w:t>
            </w:r>
            <w:proofErr w:type="spellStart"/>
            <w:r w:rsidRPr="001F0542">
              <w:rPr>
                <w:color w:val="000000"/>
                <w:sz w:val="20"/>
              </w:rPr>
              <w:t>respectivă</w:t>
            </w:r>
            <w:proofErr w:type="spellEnd"/>
            <w:r w:rsidRPr="001F0542">
              <w:rPr>
                <w:color w:val="000000"/>
                <w:sz w:val="20"/>
              </w:rPr>
              <w:t xml:space="preserve"> </w:t>
            </w:r>
            <w:proofErr w:type="spellStart"/>
            <w:r w:rsidRPr="001F0542">
              <w:rPr>
                <w:color w:val="000000"/>
                <w:sz w:val="20"/>
              </w:rPr>
              <w:t>pentru</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de </w:t>
            </w:r>
            <w:proofErr w:type="spellStart"/>
            <w:r w:rsidRPr="001F0542">
              <w:rPr>
                <w:color w:val="000000"/>
                <w:sz w:val="20"/>
              </w:rPr>
              <w:t>construcții-demolări</w:t>
            </w:r>
            <w:proofErr w:type="spellEnd"/>
            <w:r w:rsidRPr="001F0542">
              <w:rPr>
                <w:color w:val="000000"/>
                <w:sz w:val="20"/>
              </w:rPr>
              <w:t xml:space="preserve"> generate de </w:t>
            </w:r>
            <w:proofErr w:type="spellStart"/>
            <w:r w:rsidRPr="001F0542">
              <w:rPr>
                <w:color w:val="000000"/>
                <w:sz w:val="20"/>
              </w:rPr>
              <w:t>activități</w:t>
            </w:r>
            <w:proofErr w:type="spellEnd"/>
            <w:r w:rsidRPr="001F0542">
              <w:rPr>
                <w:color w:val="000000"/>
                <w:sz w:val="20"/>
              </w:rPr>
              <w:t xml:space="preserve"> de </w:t>
            </w:r>
            <w:proofErr w:type="spellStart"/>
            <w:r w:rsidRPr="001F0542">
              <w:rPr>
                <w:color w:val="000000"/>
                <w:sz w:val="20"/>
              </w:rPr>
              <w:t>reamenajare</w:t>
            </w:r>
            <w:proofErr w:type="spellEnd"/>
            <w:r w:rsidRPr="001F0542">
              <w:rPr>
                <w:color w:val="000000"/>
                <w:sz w:val="20"/>
              </w:rPr>
              <w:t xml:space="preserve"> </w:t>
            </w:r>
            <w:proofErr w:type="spellStart"/>
            <w:r w:rsidRPr="001F0542">
              <w:rPr>
                <w:color w:val="000000"/>
                <w:sz w:val="20"/>
              </w:rPr>
              <w:t>interioară</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exterioară</w:t>
            </w:r>
            <w:proofErr w:type="spellEnd"/>
            <w:r w:rsidRPr="001F0542">
              <w:rPr>
                <w:color w:val="000000"/>
                <w:sz w:val="20"/>
              </w:rPr>
              <w:t xml:space="preserve"> a </w:t>
            </w:r>
            <w:proofErr w:type="spellStart"/>
            <w:r w:rsidRPr="001F0542">
              <w:rPr>
                <w:color w:val="000000"/>
                <w:sz w:val="20"/>
              </w:rPr>
              <w:t>locuințelor</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w:t>
            </w:r>
            <w:proofErr w:type="spellStart"/>
            <w:r w:rsidRPr="001F0542">
              <w:rPr>
                <w:color w:val="000000"/>
                <w:sz w:val="20"/>
              </w:rPr>
              <w:t>biodegradabile</w:t>
            </w:r>
            <w:proofErr w:type="spellEnd"/>
          </w:p>
        </w:tc>
        <w:tc>
          <w:tcPr>
            <w:tcW w:w="1247" w:type="dxa"/>
          </w:tcPr>
          <w:p w14:paraId="0C65D588" w14:textId="77777777" w:rsidR="006633E6" w:rsidRPr="001F0542" w:rsidRDefault="00000000">
            <w:pPr>
              <w:spacing w:after="0"/>
              <w:jc w:val="center"/>
            </w:pPr>
            <w:r w:rsidRPr="001F0542">
              <w:rPr>
                <w:b/>
                <w:color w:val="000000"/>
                <w:sz w:val="20"/>
              </w:rPr>
              <w:t>500-1.000</w:t>
            </w:r>
          </w:p>
        </w:tc>
        <w:tc>
          <w:tcPr>
            <w:tcW w:w="1304" w:type="dxa"/>
          </w:tcPr>
          <w:p w14:paraId="39BD694B" w14:textId="77777777" w:rsidR="006633E6" w:rsidRPr="001F0542" w:rsidRDefault="00000000">
            <w:pPr>
              <w:spacing w:after="0"/>
              <w:jc w:val="center"/>
            </w:pPr>
            <w:r w:rsidRPr="001F0542">
              <w:rPr>
                <w:b/>
                <w:color w:val="000000"/>
                <w:sz w:val="20"/>
              </w:rPr>
              <w:t>2.000-5.000</w:t>
            </w:r>
          </w:p>
        </w:tc>
        <w:tc>
          <w:tcPr>
            <w:tcW w:w="1304" w:type="dxa"/>
          </w:tcPr>
          <w:p w14:paraId="327D4680" w14:textId="77777777" w:rsidR="006633E6" w:rsidRPr="001F0542" w:rsidRDefault="00000000">
            <w:pPr>
              <w:spacing w:after="0"/>
              <w:jc w:val="center"/>
            </w:pPr>
            <w:r w:rsidRPr="001F0542">
              <w:rPr>
                <w:b/>
                <w:color w:val="000000"/>
                <w:sz w:val="20"/>
              </w:rPr>
              <w:t>2.000-5.000</w:t>
            </w:r>
          </w:p>
        </w:tc>
      </w:tr>
      <w:tr w:rsidR="006633E6" w:rsidRPr="001F0542" w14:paraId="79B641D1" w14:textId="77777777">
        <w:trPr>
          <w:jc w:val="center"/>
        </w:trPr>
        <w:tc>
          <w:tcPr>
            <w:tcW w:w="680" w:type="dxa"/>
          </w:tcPr>
          <w:p w14:paraId="122A76F4" w14:textId="77777777" w:rsidR="006633E6" w:rsidRPr="001F0542" w:rsidRDefault="00000000">
            <w:pPr>
              <w:spacing w:after="0"/>
              <w:jc w:val="center"/>
            </w:pPr>
            <w:r w:rsidRPr="001F0542">
              <w:rPr>
                <w:color w:val="000000"/>
                <w:sz w:val="20"/>
              </w:rPr>
              <w:t>21.</w:t>
            </w:r>
          </w:p>
        </w:tc>
        <w:tc>
          <w:tcPr>
            <w:tcW w:w="5102" w:type="dxa"/>
          </w:tcPr>
          <w:p w14:paraId="02222438" w14:textId="77777777" w:rsidR="006633E6" w:rsidRPr="001F0542" w:rsidRDefault="00000000">
            <w:pPr>
              <w:spacing w:after="0"/>
              <w:rPr>
                <w:lang w:val="pt-PT"/>
              </w:rPr>
            </w:pPr>
            <w:r w:rsidRPr="001F0542">
              <w:rPr>
                <w:color w:val="000000"/>
                <w:sz w:val="20"/>
                <w:lang w:val="pt-PT"/>
              </w:rPr>
              <w:t>Manipularea, folosirea necorespunzătoare a containerelor, pubelelor sau a coșurilor de gunoi stradale</w:t>
            </w:r>
          </w:p>
        </w:tc>
        <w:tc>
          <w:tcPr>
            <w:tcW w:w="1247" w:type="dxa"/>
          </w:tcPr>
          <w:p w14:paraId="72D426F2" w14:textId="77777777" w:rsidR="006633E6" w:rsidRPr="001F0542" w:rsidRDefault="00000000">
            <w:pPr>
              <w:spacing w:after="0"/>
              <w:jc w:val="center"/>
            </w:pPr>
            <w:r w:rsidRPr="001F0542">
              <w:rPr>
                <w:b/>
                <w:color w:val="000000"/>
                <w:sz w:val="20"/>
              </w:rPr>
              <w:t>500-1.000</w:t>
            </w:r>
          </w:p>
        </w:tc>
        <w:tc>
          <w:tcPr>
            <w:tcW w:w="1304" w:type="dxa"/>
          </w:tcPr>
          <w:p w14:paraId="4FE7115E" w14:textId="77777777" w:rsidR="006633E6" w:rsidRPr="001F0542" w:rsidRDefault="00000000">
            <w:pPr>
              <w:spacing w:after="0"/>
              <w:jc w:val="center"/>
            </w:pPr>
            <w:r w:rsidRPr="001F0542">
              <w:rPr>
                <w:b/>
                <w:color w:val="000000"/>
                <w:sz w:val="20"/>
              </w:rPr>
              <w:t>2.000-5.000</w:t>
            </w:r>
          </w:p>
        </w:tc>
        <w:tc>
          <w:tcPr>
            <w:tcW w:w="1304" w:type="dxa"/>
          </w:tcPr>
          <w:p w14:paraId="6E9232DD" w14:textId="77777777" w:rsidR="006633E6" w:rsidRPr="001F0542" w:rsidRDefault="00000000">
            <w:pPr>
              <w:spacing w:after="0"/>
              <w:jc w:val="center"/>
            </w:pPr>
            <w:r w:rsidRPr="001F0542">
              <w:rPr>
                <w:b/>
                <w:color w:val="000000"/>
                <w:sz w:val="20"/>
              </w:rPr>
              <w:t>2.000-5.000</w:t>
            </w:r>
          </w:p>
        </w:tc>
      </w:tr>
      <w:tr w:rsidR="006633E6" w:rsidRPr="001F0542" w14:paraId="3BB01BC3" w14:textId="77777777">
        <w:trPr>
          <w:jc w:val="center"/>
        </w:trPr>
        <w:tc>
          <w:tcPr>
            <w:tcW w:w="680" w:type="dxa"/>
          </w:tcPr>
          <w:p w14:paraId="6007E0BD" w14:textId="77777777" w:rsidR="006633E6" w:rsidRPr="001F0542" w:rsidRDefault="00000000">
            <w:pPr>
              <w:spacing w:after="0"/>
              <w:jc w:val="center"/>
            </w:pPr>
            <w:r w:rsidRPr="001F0542">
              <w:rPr>
                <w:color w:val="000000"/>
                <w:sz w:val="20"/>
              </w:rPr>
              <w:t>22.</w:t>
            </w:r>
          </w:p>
        </w:tc>
        <w:tc>
          <w:tcPr>
            <w:tcW w:w="5102" w:type="dxa"/>
          </w:tcPr>
          <w:p w14:paraId="2945AF91" w14:textId="77777777" w:rsidR="006633E6" w:rsidRPr="001F0542" w:rsidRDefault="00000000">
            <w:pPr>
              <w:spacing w:after="0"/>
            </w:pPr>
            <w:proofErr w:type="spellStart"/>
            <w:r w:rsidRPr="001F0542">
              <w:rPr>
                <w:color w:val="000000"/>
                <w:sz w:val="20"/>
              </w:rPr>
              <w:t>Mutarea</w:t>
            </w:r>
            <w:proofErr w:type="spellEnd"/>
            <w:r w:rsidRPr="001F0542">
              <w:rPr>
                <w:color w:val="000000"/>
                <w:sz w:val="20"/>
              </w:rPr>
              <w:t xml:space="preserve"> </w:t>
            </w:r>
            <w:proofErr w:type="spellStart"/>
            <w:r w:rsidRPr="001F0542">
              <w:rPr>
                <w:color w:val="000000"/>
                <w:sz w:val="20"/>
              </w:rPr>
              <w:t>recipienților</w:t>
            </w:r>
            <w:proofErr w:type="spellEnd"/>
            <w:r w:rsidRPr="001F0542">
              <w:rPr>
                <w:color w:val="000000"/>
                <w:sz w:val="20"/>
              </w:rPr>
              <w:t xml:space="preserve"> de </w:t>
            </w:r>
            <w:proofErr w:type="spellStart"/>
            <w:r w:rsidRPr="001F0542">
              <w:rPr>
                <w:color w:val="000000"/>
                <w:sz w:val="20"/>
              </w:rPr>
              <w:t>colectare</w:t>
            </w:r>
            <w:proofErr w:type="spellEnd"/>
            <w:r w:rsidRPr="001F0542">
              <w:rPr>
                <w:color w:val="000000"/>
                <w:sz w:val="20"/>
              </w:rPr>
              <w:t xml:space="preserve"> a </w:t>
            </w:r>
            <w:proofErr w:type="spellStart"/>
            <w:r w:rsidRPr="001F0542">
              <w:rPr>
                <w:color w:val="000000"/>
                <w:sz w:val="20"/>
              </w:rPr>
              <w:t>reziduurilor</w:t>
            </w:r>
            <w:proofErr w:type="spellEnd"/>
            <w:r w:rsidRPr="001F0542">
              <w:rPr>
                <w:color w:val="000000"/>
                <w:sz w:val="20"/>
              </w:rPr>
              <w:t xml:space="preserve"> </w:t>
            </w:r>
            <w:proofErr w:type="spellStart"/>
            <w:r w:rsidRPr="001F0542">
              <w:rPr>
                <w:color w:val="000000"/>
                <w:sz w:val="20"/>
              </w:rPr>
              <w:t>menajere</w:t>
            </w:r>
            <w:proofErr w:type="spellEnd"/>
            <w:r w:rsidRPr="001F0542">
              <w:rPr>
                <w:color w:val="000000"/>
                <w:sz w:val="20"/>
              </w:rPr>
              <w:t xml:space="preserve"> din </w:t>
            </w:r>
            <w:proofErr w:type="spellStart"/>
            <w:r w:rsidRPr="001F0542">
              <w:rPr>
                <w:color w:val="000000"/>
                <w:sz w:val="20"/>
              </w:rPr>
              <w:t>locurile</w:t>
            </w:r>
            <w:proofErr w:type="spellEnd"/>
            <w:r w:rsidRPr="001F0542">
              <w:rPr>
                <w:color w:val="000000"/>
                <w:sz w:val="20"/>
              </w:rPr>
              <w:t xml:space="preserve"> </w:t>
            </w:r>
            <w:proofErr w:type="spellStart"/>
            <w:r w:rsidRPr="001F0542">
              <w:rPr>
                <w:color w:val="000000"/>
                <w:sz w:val="20"/>
              </w:rPr>
              <w:t>stabilite-aprobate</w:t>
            </w:r>
            <w:proofErr w:type="spellEnd"/>
          </w:p>
        </w:tc>
        <w:tc>
          <w:tcPr>
            <w:tcW w:w="1247" w:type="dxa"/>
          </w:tcPr>
          <w:p w14:paraId="716D1FA5" w14:textId="77777777" w:rsidR="006633E6" w:rsidRPr="001F0542" w:rsidRDefault="00000000">
            <w:pPr>
              <w:spacing w:after="0"/>
              <w:jc w:val="center"/>
            </w:pPr>
            <w:r w:rsidRPr="001F0542">
              <w:rPr>
                <w:b/>
                <w:color w:val="000000"/>
                <w:sz w:val="20"/>
              </w:rPr>
              <w:t>500-1.000</w:t>
            </w:r>
          </w:p>
        </w:tc>
        <w:tc>
          <w:tcPr>
            <w:tcW w:w="1304" w:type="dxa"/>
          </w:tcPr>
          <w:p w14:paraId="0263F235" w14:textId="77777777" w:rsidR="006633E6" w:rsidRPr="001F0542" w:rsidRDefault="00000000">
            <w:pPr>
              <w:spacing w:after="0"/>
              <w:jc w:val="center"/>
            </w:pPr>
            <w:r w:rsidRPr="001F0542">
              <w:rPr>
                <w:b/>
                <w:color w:val="000000"/>
                <w:sz w:val="20"/>
              </w:rPr>
              <w:t>2.000-5.000</w:t>
            </w:r>
          </w:p>
        </w:tc>
        <w:tc>
          <w:tcPr>
            <w:tcW w:w="1304" w:type="dxa"/>
          </w:tcPr>
          <w:p w14:paraId="4F4F9912" w14:textId="77777777" w:rsidR="006633E6" w:rsidRPr="001F0542" w:rsidRDefault="00000000">
            <w:pPr>
              <w:spacing w:after="0"/>
              <w:jc w:val="center"/>
            </w:pPr>
            <w:r w:rsidRPr="001F0542">
              <w:rPr>
                <w:b/>
                <w:color w:val="000000"/>
                <w:sz w:val="20"/>
              </w:rPr>
              <w:t>2.000-5.000</w:t>
            </w:r>
          </w:p>
        </w:tc>
      </w:tr>
      <w:tr w:rsidR="006633E6" w:rsidRPr="001F0542" w14:paraId="05645B9E" w14:textId="77777777">
        <w:trPr>
          <w:jc w:val="center"/>
        </w:trPr>
        <w:tc>
          <w:tcPr>
            <w:tcW w:w="680" w:type="dxa"/>
          </w:tcPr>
          <w:p w14:paraId="6E25D89C" w14:textId="77777777" w:rsidR="006633E6" w:rsidRPr="001F0542" w:rsidRDefault="00000000">
            <w:pPr>
              <w:spacing w:after="0"/>
              <w:jc w:val="center"/>
            </w:pPr>
            <w:r w:rsidRPr="001F0542">
              <w:rPr>
                <w:color w:val="000000"/>
                <w:sz w:val="20"/>
              </w:rPr>
              <w:t>23.</w:t>
            </w:r>
          </w:p>
        </w:tc>
        <w:tc>
          <w:tcPr>
            <w:tcW w:w="5102" w:type="dxa"/>
          </w:tcPr>
          <w:p w14:paraId="3CF3D188" w14:textId="77777777" w:rsidR="006633E6" w:rsidRPr="001F0542" w:rsidRDefault="00000000">
            <w:pPr>
              <w:spacing w:after="0"/>
              <w:rPr>
                <w:lang w:val="pt-PT"/>
              </w:rPr>
            </w:pPr>
            <w:r w:rsidRPr="001F0542">
              <w:rPr>
                <w:color w:val="000000"/>
                <w:sz w:val="20"/>
                <w:lang w:val="pt-PT"/>
              </w:rPr>
              <w:t>Nerespectarea precolectării selective a deșeurilor</w:t>
            </w:r>
          </w:p>
        </w:tc>
        <w:tc>
          <w:tcPr>
            <w:tcW w:w="1247" w:type="dxa"/>
          </w:tcPr>
          <w:p w14:paraId="70BA27CB" w14:textId="77777777" w:rsidR="006633E6" w:rsidRPr="001F0542" w:rsidRDefault="00000000">
            <w:pPr>
              <w:spacing w:after="0"/>
              <w:jc w:val="center"/>
            </w:pPr>
            <w:r w:rsidRPr="001F0542">
              <w:rPr>
                <w:b/>
                <w:color w:val="000000"/>
                <w:sz w:val="20"/>
              </w:rPr>
              <w:t>100-300</w:t>
            </w:r>
          </w:p>
        </w:tc>
        <w:tc>
          <w:tcPr>
            <w:tcW w:w="1304" w:type="dxa"/>
          </w:tcPr>
          <w:p w14:paraId="30958B56" w14:textId="77777777" w:rsidR="006633E6" w:rsidRPr="001F0542" w:rsidRDefault="00000000">
            <w:pPr>
              <w:spacing w:after="0"/>
              <w:jc w:val="center"/>
            </w:pPr>
            <w:r w:rsidRPr="001F0542">
              <w:rPr>
                <w:b/>
                <w:color w:val="000000"/>
                <w:sz w:val="20"/>
              </w:rPr>
              <w:t>100-300</w:t>
            </w:r>
          </w:p>
        </w:tc>
        <w:tc>
          <w:tcPr>
            <w:tcW w:w="1304" w:type="dxa"/>
          </w:tcPr>
          <w:p w14:paraId="740F2DFE" w14:textId="77777777" w:rsidR="006633E6" w:rsidRPr="001F0542" w:rsidRDefault="00000000">
            <w:pPr>
              <w:spacing w:after="0"/>
              <w:jc w:val="center"/>
            </w:pPr>
            <w:r w:rsidRPr="001F0542">
              <w:rPr>
                <w:b/>
                <w:color w:val="000000"/>
                <w:sz w:val="20"/>
              </w:rPr>
              <w:t>100-300</w:t>
            </w:r>
          </w:p>
        </w:tc>
      </w:tr>
      <w:tr w:rsidR="006633E6" w:rsidRPr="001F0542" w14:paraId="721CBECD" w14:textId="77777777">
        <w:trPr>
          <w:jc w:val="center"/>
        </w:trPr>
        <w:tc>
          <w:tcPr>
            <w:tcW w:w="680" w:type="dxa"/>
          </w:tcPr>
          <w:p w14:paraId="761B7710" w14:textId="77777777" w:rsidR="006633E6" w:rsidRPr="001F0542" w:rsidRDefault="00000000">
            <w:pPr>
              <w:spacing w:after="0"/>
              <w:jc w:val="center"/>
            </w:pPr>
            <w:r w:rsidRPr="001F0542">
              <w:rPr>
                <w:color w:val="000000"/>
                <w:sz w:val="20"/>
              </w:rPr>
              <w:t>24.</w:t>
            </w:r>
          </w:p>
        </w:tc>
        <w:tc>
          <w:tcPr>
            <w:tcW w:w="5102" w:type="dxa"/>
          </w:tcPr>
          <w:p w14:paraId="16B3A9A2" w14:textId="77777777" w:rsidR="006633E6" w:rsidRPr="001F0542" w:rsidRDefault="00000000">
            <w:pPr>
              <w:spacing w:after="0"/>
            </w:pPr>
            <w:proofErr w:type="spellStart"/>
            <w:r w:rsidRPr="001F0542">
              <w:rPr>
                <w:color w:val="000000"/>
                <w:sz w:val="20"/>
              </w:rPr>
              <w:t>Colectarea</w:t>
            </w:r>
            <w:proofErr w:type="spellEnd"/>
            <w:r w:rsidRPr="001F0542">
              <w:rPr>
                <w:color w:val="000000"/>
                <w:sz w:val="20"/>
              </w:rPr>
              <w:t xml:space="preserve"> </w:t>
            </w:r>
            <w:proofErr w:type="spellStart"/>
            <w:r w:rsidRPr="001F0542">
              <w:rPr>
                <w:color w:val="000000"/>
                <w:sz w:val="20"/>
              </w:rPr>
              <w:t>deșeurilor</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amestec</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amestecarea</w:t>
            </w:r>
            <w:proofErr w:type="spellEnd"/>
            <w:r w:rsidRPr="001F0542">
              <w:rPr>
                <w:color w:val="000000"/>
                <w:sz w:val="20"/>
              </w:rPr>
              <w:t xml:space="preserve"> lor cu </w:t>
            </w:r>
            <w:proofErr w:type="spellStart"/>
            <w:r w:rsidRPr="001F0542">
              <w:rPr>
                <w:color w:val="000000"/>
                <w:sz w:val="20"/>
              </w:rPr>
              <w:t>alte</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materiale</w:t>
            </w:r>
            <w:proofErr w:type="spellEnd"/>
            <w:r w:rsidRPr="001F0542">
              <w:rPr>
                <w:color w:val="000000"/>
                <w:sz w:val="20"/>
              </w:rPr>
              <w:t xml:space="preserve"> cu </w:t>
            </w:r>
            <w:proofErr w:type="spellStart"/>
            <w:r w:rsidRPr="001F0542">
              <w:rPr>
                <w:color w:val="000000"/>
                <w:sz w:val="20"/>
              </w:rPr>
              <w:t>proprietăți</w:t>
            </w:r>
            <w:proofErr w:type="spellEnd"/>
            <w:r w:rsidRPr="001F0542">
              <w:rPr>
                <w:color w:val="000000"/>
                <w:sz w:val="20"/>
              </w:rPr>
              <w:t xml:space="preserve"> </w:t>
            </w:r>
            <w:proofErr w:type="spellStart"/>
            <w:r w:rsidRPr="001F0542">
              <w:rPr>
                <w:color w:val="000000"/>
                <w:sz w:val="20"/>
              </w:rPr>
              <w:t>diferite</w:t>
            </w:r>
            <w:proofErr w:type="spellEnd"/>
            <w:r w:rsidRPr="001F0542">
              <w:rPr>
                <w:color w:val="000000"/>
                <w:sz w:val="20"/>
              </w:rPr>
              <w:t>.</w:t>
            </w:r>
          </w:p>
        </w:tc>
        <w:tc>
          <w:tcPr>
            <w:tcW w:w="1247" w:type="dxa"/>
          </w:tcPr>
          <w:p w14:paraId="057F7968" w14:textId="77777777" w:rsidR="006633E6" w:rsidRPr="001F0542" w:rsidRDefault="00000000">
            <w:pPr>
              <w:spacing w:after="0"/>
              <w:jc w:val="center"/>
            </w:pPr>
            <w:r w:rsidRPr="001F0542">
              <w:rPr>
                <w:b/>
                <w:color w:val="000000"/>
                <w:sz w:val="20"/>
              </w:rPr>
              <w:t>5.000-15.000</w:t>
            </w:r>
          </w:p>
        </w:tc>
        <w:tc>
          <w:tcPr>
            <w:tcW w:w="1304" w:type="dxa"/>
          </w:tcPr>
          <w:p w14:paraId="06613E30" w14:textId="77777777" w:rsidR="006633E6" w:rsidRPr="001F0542" w:rsidRDefault="00000000">
            <w:pPr>
              <w:spacing w:after="0"/>
              <w:jc w:val="center"/>
            </w:pPr>
            <w:r w:rsidRPr="001F0542">
              <w:rPr>
                <w:b/>
                <w:color w:val="000000"/>
                <w:sz w:val="20"/>
              </w:rPr>
              <w:t>40.000-60.000</w:t>
            </w:r>
          </w:p>
        </w:tc>
        <w:tc>
          <w:tcPr>
            <w:tcW w:w="1304" w:type="dxa"/>
          </w:tcPr>
          <w:p w14:paraId="5B9B5BC7" w14:textId="77777777" w:rsidR="006633E6" w:rsidRPr="001F0542" w:rsidRDefault="00000000">
            <w:pPr>
              <w:spacing w:after="0"/>
              <w:jc w:val="center"/>
            </w:pPr>
            <w:r w:rsidRPr="001F0542">
              <w:rPr>
                <w:b/>
                <w:color w:val="000000"/>
                <w:sz w:val="20"/>
              </w:rPr>
              <w:t>40.000-60.000</w:t>
            </w:r>
          </w:p>
        </w:tc>
      </w:tr>
      <w:tr w:rsidR="006633E6" w:rsidRPr="001F0542" w14:paraId="0EF36D61" w14:textId="77777777">
        <w:trPr>
          <w:jc w:val="center"/>
        </w:trPr>
        <w:tc>
          <w:tcPr>
            <w:tcW w:w="680" w:type="dxa"/>
          </w:tcPr>
          <w:p w14:paraId="53D0B2B0" w14:textId="77777777" w:rsidR="006633E6" w:rsidRPr="001F0542" w:rsidRDefault="00000000">
            <w:pPr>
              <w:spacing w:after="0"/>
              <w:jc w:val="center"/>
            </w:pPr>
            <w:r w:rsidRPr="001F0542">
              <w:rPr>
                <w:color w:val="000000"/>
                <w:sz w:val="20"/>
              </w:rPr>
              <w:t>25.</w:t>
            </w:r>
          </w:p>
        </w:tc>
        <w:tc>
          <w:tcPr>
            <w:tcW w:w="5102" w:type="dxa"/>
          </w:tcPr>
          <w:p w14:paraId="0863D94A" w14:textId="77777777" w:rsidR="006633E6" w:rsidRPr="001F0542" w:rsidRDefault="00000000">
            <w:pPr>
              <w:spacing w:after="0"/>
            </w:pPr>
            <w:proofErr w:type="spellStart"/>
            <w:r w:rsidRPr="001F0542">
              <w:rPr>
                <w:color w:val="000000"/>
                <w:sz w:val="20"/>
              </w:rPr>
              <w:t>Ridicarea</w:t>
            </w:r>
            <w:proofErr w:type="spellEnd"/>
            <w:r w:rsidRPr="001F0542">
              <w:rPr>
                <w:color w:val="000000"/>
                <w:sz w:val="20"/>
              </w:rPr>
              <w:t xml:space="preserve"> </w:t>
            </w:r>
            <w:proofErr w:type="spellStart"/>
            <w:r w:rsidRPr="001F0542">
              <w:rPr>
                <w:color w:val="000000"/>
                <w:sz w:val="20"/>
              </w:rPr>
              <w:t>pubelelor</w:t>
            </w:r>
            <w:proofErr w:type="spellEnd"/>
            <w:r w:rsidRPr="001F0542">
              <w:rPr>
                <w:color w:val="000000"/>
                <w:sz w:val="20"/>
              </w:rPr>
              <w:t xml:space="preserve"> care nu </w:t>
            </w:r>
            <w:proofErr w:type="spellStart"/>
            <w:r w:rsidRPr="001F0542">
              <w:rPr>
                <w:color w:val="000000"/>
                <w:sz w:val="20"/>
              </w:rPr>
              <w:t>prezintă</w:t>
            </w:r>
            <w:proofErr w:type="spellEnd"/>
            <w:r w:rsidRPr="001F0542">
              <w:rPr>
                <w:color w:val="000000"/>
                <w:sz w:val="20"/>
              </w:rPr>
              <w:t xml:space="preserve"> TAG RFID </w:t>
            </w:r>
            <w:proofErr w:type="spellStart"/>
            <w:r w:rsidRPr="001F0542">
              <w:rPr>
                <w:color w:val="000000"/>
                <w:sz w:val="20"/>
              </w:rPr>
              <w:t>înregistrat</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sistem</w:t>
            </w:r>
            <w:proofErr w:type="spellEnd"/>
          </w:p>
        </w:tc>
        <w:tc>
          <w:tcPr>
            <w:tcW w:w="1247" w:type="dxa"/>
          </w:tcPr>
          <w:p w14:paraId="7993AD11" w14:textId="77777777" w:rsidR="006633E6" w:rsidRPr="001F0542" w:rsidRDefault="00000000">
            <w:pPr>
              <w:spacing w:after="0"/>
              <w:jc w:val="center"/>
            </w:pPr>
            <w:r w:rsidRPr="001F0542">
              <w:rPr>
                <w:b/>
                <w:color w:val="000000"/>
                <w:sz w:val="20"/>
              </w:rPr>
              <w:t>-</w:t>
            </w:r>
          </w:p>
        </w:tc>
        <w:tc>
          <w:tcPr>
            <w:tcW w:w="1304" w:type="dxa"/>
          </w:tcPr>
          <w:p w14:paraId="3163666E" w14:textId="77777777" w:rsidR="006633E6" w:rsidRPr="001F0542" w:rsidRDefault="00000000">
            <w:pPr>
              <w:spacing w:after="0"/>
              <w:jc w:val="center"/>
            </w:pPr>
            <w:r w:rsidRPr="001F0542">
              <w:rPr>
                <w:b/>
                <w:color w:val="000000"/>
                <w:sz w:val="20"/>
              </w:rPr>
              <w:t>-</w:t>
            </w:r>
          </w:p>
        </w:tc>
        <w:tc>
          <w:tcPr>
            <w:tcW w:w="1304" w:type="dxa"/>
          </w:tcPr>
          <w:p w14:paraId="4D5D4A2D" w14:textId="77777777" w:rsidR="006633E6" w:rsidRPr="001F0542" w:rsidRDefault="00000000">
            <w:pPr>
              <w:spacing w:after="0"/>
              <w:jc w:val="center"/>
            </w:pPr>
            <w:r w:rsidRPr="001F0542">
              <w:rPr>
                <w:b/>
                <w:color w:val="000000"/>
                <w:sz w:val="20"/>
              </w:rPr>
              <w:t>2.000-5.000</w:t>
            </w:r>
          </w:p>
        </w:tc>
      </w:tr>
      <w:tr w:rsidR="006633E6" w:rsidRPr="001F0542" w14:paraId="78F49C85" w14:textId="77777777">
        <w:trPr>
          <w:jc w:val="center"/>
        </w:trPr>
        <w:tc>
          <w:tcPr>
            <w:tcW w:w="680" w:type="dxa"/>
          </w:tcPr>
          <w:p w14:paraId="2BB7CB3A" w14:textId="77777777" w:rsidR="006633E6" w:rsidRPr="001F0542" w:rsidRDefault="00000000">
            <w:pPr>
              <w:spacing w:after="0"/>
              <w:jc w:val="center"/>
            </w:pPr>
            <w:r w:rsidRPr="001F0542">
              <w:rPr>
                <w:color w:val="000000"/>
                <w:sz w:val="20"/>
              </w:rPr>
              <w:t>26.</w:t>
            </w:r>
          </w:p>
        </w:tc>
        <w:tc>
          <w:tcPr>
            <w:tcW w:w="5102" w:type="dxa"/>
          </w:tcPr>
          <w:p w14:paraId="44FC3142" w14:textId="77777777" w:rsidR="006633E6" w:rsidRPr="001F0542" w:rsidRDefault="00000000">
            <w:pPr>
              <w:spacing w:after="0"/>
            </w:pPr>
            <w:proofErr w:type="spellStart"/>
            <w:r w:rsidRPr="001F0542">
              <w:rPr>
                <w:color w:val="000000"/>
                <w:sz w:val="20"/>
              </w:rPr>
              <w:t>Neverificarea</w:t>
            </w:r>
            <w:proofErr w:type="spellEnd"/>
            <w:r w:rsidRPr="001F0542">
              <w:rPr>
                <w:color w:val="000000"/>
                <w:sz w:val="20"/>
              </w:rPr>
              <w:t xml:space="preserve"> </w:t>
            </w:r>
            <w:proofErr w:type="spellStart"/>
            <w:r w:rsidRPr="001F0542">
              <w:rPr>
                <w:color w:val="000000"/>
                <w:sz w:val="20"/>
              </w:rPr>
              <w:t>vizuală</w:t>
            </w:r>
            <w:proofErr w:type="spellEnd"/>
            <w:r w:rsidRPr="001F0542">
              <w:rPr>
                <w:color w:val="000000"/>
                <w:sz w:val="20"/>
              </w:rPr>
              <w:t xml:space="preserve"> a </w:t>
            </w:r>
            <w:proofErr w:type="spellStart"/>
            <w:r w:rsidRPr="001F0542">
              <w:rPr>
                <w:color w:val="000000"/>
                <w:sz w:val="20"/>
              </w:rPr>
              <w:t>pubelelor</w:t>
            </w:r>
            <w:proofErr w:type="spellEnd"/>
            <w:r w:rsidRPr="001F0542">
              <w:rPr>
                <w:color w:val="000000"/>
                <w:sz w:val="20"/>
              </w:rPr>
              <w:t xml:space="preserve"> </w:t>
            </w:r>
            <w:proofErr w:type="spellStart"/>
            <w:r w:rsidRPr="001F0542">
              <w:rPr>
                <w:color w:val="000000"/>
                <w:sz w:val="20"/>
              </w:rPr>
              <w:t>dacă</w:t>
            </w:r>
            <w:proofErr w:type="spellEnd"/>
            <w:r w:rsidRPr="001F0542">
              <w:rPr>
                <w:color w:val="000000"/>
                <w:sz w:val="20"/>
              </w:rPr>
              <w:t xml:space="preserve"> </w:t>
            </w:r>
            <w:proofErr w:type="spellStart"/>
            <w:r w:rsidRPr="001F0542">
              <w:rPr>
                <w:color w:val="000000"/>
                <w:sz w:val="20"/>
              </w:rPr>
              <w:t>deșeurile</w:t>
            </w:r>
            <w:proofErr w:type="spellEnd"/>
            <w:r w:rsidRPr="001F0542">
              <w:rPr>
                <w:color w:val="000000"/>
                <w:sz w:val="20"/>
              </w:rPr>
              <w:t xml:space="preserve"> sunt separate </w:t>
            </w:r>
            <w:proofErr w:type="spellStart"/>
            <w:r w:rsidRPr="001F0542">
              <w:rPr>
                <w:color w:val="000000"/>
                <w:sz w:val="20"/>
              </w:rPr>
              <w:t>corespunzător</w:t>
            </w:r>
            <w:proofErr w:type="spellEnd"/>
            <w:r w:rsidRPr="001F0542">
              <w:rPr>
                <w:color w:val="000000"/>
                <w:sz w:val="20"/>
              </w:rPr>
              <w:t xml:space="preserve"> precum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ridicarea</w:t>
            </w:r>
            <w:proofErr w:type="spellEnd"/>
            <w:r w:rsidRPr="001F0542">
              <w:rPr>
                <w:color w:val="000000"/>
                <w:sz w:val="20"/>
              </w:rPr>
              <w:t xml:space="preserve"> </w:t>
            </w:r>
            <w:proofErr w:type="spellStart"/>
            <w:r w:rsidRPr="001F0542">
              <w:rPr>
                <w:color w:val="000000"/>
                <w:sz w:val="20"/>
              </w:rPr>
              <w:t>acestora</w:t>
            </w:r>
            <w:proofErr w:type="spellEnd"/>
            <w:r w:rsidRPr="001F0542">
              <w:rPr>
                <w:color w:val="000000"/>
                <w:sz w:val="20"/>
              </w:rPr>
              <w:t xml:space="preserve"> </w:t>
            </w:r>
            <w:proofErr w:type="spellStart"/>
            <w:r w:rsidRPr="001F0542">
              <w:rPr>
                <w:color w:val="000000"/>
                <w:sz w:val="20"/>
              </w:rPr>
              <w:t>separat</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amestecarea</w:t>
            </w:r>
            <w:proofErr w:type="spellEnd"/>
            <w:r w:rsidRPr="001F0542">
              <w:rPr>
                <w:color w:val="000000"/>
                <w:sz w:val="20"/>
              </w:rPr>
              <w:t xml:space="preserve"> lor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timpul</w:t>
            </w:r>
            <w:proofErr w:type="spellEnd"/>
            <w:r w:rsidRPr="001F0542">
              <w:rPr>
                <w:color w:val="000000"/>
                <w:sz w:val="20"/>
              </w:rPr>
              <w:t xml:space="preserve"> </w:t>
            </w:r>
            <w:proofErr w:type="spellStart"/>
            <w:r w:rsidRPr="001F0542">
              <w:rPr>
                <w:color w:val="000000"/>
                <w:sz w:val="20"/>
              </w:rPr>
              <w:t>transportului</w:t>
            </w:r>
            <w:proofErr w:type="spellEnd"/>
            <w:r w:rsidRPr="001F0542">
              <w:rPr>
                <w:color w:val="000000"/>
                <w:sz w:val="20"/>
              </w:rPr>
              <w:t xml:space="preserve"> cu </w:t>
            </w:r>
            <w:proofErr w:type="spellStart"/>
            <w:r w:rsidRPr="001F0542">
              <w:rPr>
                <w:color w:val="000000"/>
                <w:sz w:val="20"/>
              </w:rPr>
              <w:t>alte</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materiale</w:t>
            </w:r>
            <w:proofErr w:type="spellEnd"/>
            <w:r w:rsidRPr="001F0542">
              <w:rPr>
                <w:color w:val="000000"/>
                <w:sz w:val="20"/>
              </w:rPr>
              <w:t xml:space="preserve"> cu </w:t>
            </w:r>
            <w:proofErr w:type="spellStart"/>
            <w:r w:rsidRPr="001F0542">
              <w:rPr>
                <w:color w:val="000000"/>
                <w:sz w:val="20"/>
              </w:rPr>
              <w:t>proprietăți</w:t>
            </w:r>
            <w:proofErr w:type="spellEnd"/>
            <w:r w:rsidRPr="001F0542">
              <w:rPr>
                <w:color w:val="000000"/>
                <w:sz w:val="20"/>
              </w:rPr>
              <w:t xml:space="preserve"> </w:t>
            </w:r>
            <w:proofErr w:type="spellStart"/>
            <w:r w:rsidRPr="001F0542">
              <w:rPr>
                <w:color w:val="000000"/>
                <w:sz w:val="20"/>
              </w:rPr>
              <w:t>diferite</w:t>
            </w:r>
            <w:proofErr w:type="spellEnd"/>
          </w:p>
        </w:tc>
        <w:tc>
          <w:tcPr>
            <w:tcW w:w="1247" w:type="dxa"/>
          </w:tcPr>
          <w:p w14:paraId="19FA8BDE" w14:textId="77777777" w:rsidR="006633E6" w:rsidRPr="001F0542" w:rsidRDefault="00000000">
            <w:pPr>
              <w:spacing w:after="0"/>
              <w:jc w:val="center"/>
            </w:pPr>
            <w:r w:rsidRPr="001F0542">
              <w:rPr>
                <w:b/>
                <w:color w:val="000000"/>
                <w:sz w:val="20"/>
              </w:rPr>
              <w:t>-</w:t>
            </w:r>
          </w:p>
        </w:tc>
        <w:tc>
          <w:tcPr>
            <w:tcW w:w="1304" w:type="dxa"/>
          </w:tcPr>
          <w:p w14:paraId="3BD483CA" w14:textId="77777777" w:rsidR="006633E6" w:rsidRPr="001F0542" w:rsidRDefault="00000000">
            <w:pPr>
              <w:spacing w:after="0"/>
              <w:jc w:val="center"/>
            </w:pPr>
            <w:r w:rsidRPr="001F0542">
              <w:rPr>
                <w:b/>
                <w:color w:val="000000"/>
                <w:sz w:val="20"/>
              </w:rPr>
              <w:t>-</w:t>
            </w:r>
          </w:p>
        </w:tc>
        <w:tc>
          <w:tcPr>
            <w:tcW w:w="1304" w:type="dxa"/>
          </w:tcPr>
          <w:p w14:paraId="62D0A270" w14:textId="77777777" w:rsidR="006633E6" w:rsidRPr="001F0542" w:rsidRDefault="00000000">
            <w:pPr>
              <w:spacing w:after="0"/>
              <w:jc w:val="center"/>
            </w:pPr>
            <w:r w:rsidRPr="001F0542">
              <w:rPr>
                <w:b/>
                <w:color w:val="000000"/>
                <w:sz w:val="20"/>
              </w:rPr>
              <w:t>40.000-60.000</w:t>
            </w:r>
          </w:p>
        </w:tc>
      </w:tr>
      <w:tr w:rsidR="006633E6" w:rsidRPr="001F0542" w14:paraId="39413AC1" w14:textId="77777777">
        <w:trPr>
          <w:jc w:val="center"/>
        </w:trPr>
        <w:tc>
          <w:tcPr>
            <w:tcW w:w="680" w:type="dxa"/>
          </w:tcPr>
          <w:p w14:paraId="5B25817E" w14:textId="77777777" w:rsidR="006633E6" w:rsidRPr="001F0542" w:rsidRDefault="00000000">
            <w:pPr>
              <w:spacing w:after="0"/>
              <w:jc w:val="center"/>
            </w:pPr>
            <w:r w:rsidRPr="001F0542">
              <w:rPr>
                <w:color w:val="000000"/>
                <w:sz w:val="20"/>
              </w:rPr>
              <w:t>27.</w:t>
            </w:r>
          </w:p>
        </w:tc>
        <w:tc>
          <w:tcPr>
            <w:tcW w:w="5102" w:type="dxa"/>
          </w:tcPr>
          <w:p w14:paraId="48E59D42" w14:textId="6436A44D" w:rsidR="006633E6" w:rsidRPr="001F0542" w:rsidRDefault="00000000">
            <w:pPr>
              <w:spacing w:after="0"/>
              <w:rPr>
                <w:lang w:val="pt-PT"/>
              </w:rPr>
            </w:pPr>
            <w:r w:rsidRPr="001F0542">
              <w:rPr>
                <w:color w:val="000000"/>
                <w:sz w:val="20"/>
                <w:lang w:val="pt-PT"/>
              </w:rPr>
              <w:t>Nerespectarea contractelor de prestare a serviciilor publice conform obligațiilor asumate de</w:t>
            </w:r>
            <w:r w:rsidR="00C96664" w:rsidRPr="001F0542">
              <w:rPr>
                <w:color w:val="000000"/>
                <w:sz w:val="20"/>
                <w:lang w:val="pt-PT"/>
              </w:rPr>
              <w:t xml:space="preserve"> Serviciu/operator delegat</w:t>
            </w:r>
            <w:r w:rsidRPr="001F0542">
              <w:rPr>
                <w:color w:val="000000"/>
                <w:sz w:val="20"/>
                <w:lang w:val="pt-PT"/>
              </w:rPr>
              <w:t xml:space="preserve"> dar și de beneficiar </w:t>
            </w:r>
          </w:p>
        </w:tc>
        <w:tc>
          <w:tcPr>
            <w:tcW w:w="1247" w:type="dxa"/>
          </w:tcPr>
          <w:p w14:paraId="2BCEC8B1" w14:textId="77777777" w:rsidR="006633E6" w:rsidRPr="001F0542" w:rsidRDefault="00000000">
            <w:pPr>
              <w:spacing w:after="0"/>
              <w:jc w:val="center"/>
            </w:pPr>
            <w:r w:rsidRPr="001F0542">
              <w:rPr>
                <w:b/>
                <w:color w:val="000000"/>
                <w:sz w:val="20"/>
              </w:rPr>
              <w:t>500-1.000</w:t>
            </w:r>
          </w:p>
        </w:tc>
        <w:tc>
          <w:tcPr>
            <w:tcW w:w="1304" w:type="dxa"/>
          </w:tcPr>
          <w:p w14:paraId="36F5EE5E" w14:textId="77777777" w:rsidR="006633E6" w:rsidRPr="001F0542" w:rsidRDefault="00000000">
            <w:pPr>
              <w:spacing w:after="0"/>
              <w:jc w:val="center"/>
            </w:pPr>
            <w:r w:rsidRPr="001F0542">
              <w:rPr>
                <w:b/>
                <w:color w:val="000000"/>
                <w:sz w:val="20"/>
              </w:rPr>
              <w:t>2.000-5.000</w:t>
            </w:r>
          </w:p>
        </w:tc>
        <w:tc>
          <w:tcPr>
            <w:tcW w:w="1304" w:type="dxa"/>
          </w:tcPr>
          <w:p w14:paraId="13C64B3E" w14:textId="77777777" w:rsidR="006633E6" w:rsidRPr="001F0542" w:rsidRDefault="00000000">
            <w:pPr>
              <w:spacing w:after="0"/>
              <w:jc w:val="center"/>
            </w:pPr>
            <w:r w:rsidRPr="001F0542">
              <w:rPr>
                <w:b/>
                <w:color w:val="000000"/>
                <w:sz w:val="20"/>
              </w:rPr>
              <w:t>2.000-5.000</w:t>
            </w:r>
          </w:p>
        </w:tc>
      </w:tr>
      <w:tr w:rsidR="006633E6" w:rsidRPr="001F0542" w14:paraId="0953789E" w14:textId="77777777">
        <w:trPr>
          <w:jc w:val="center"/>
        </w:trPr>
        <w:tc>
          <w:tcPr>
            <w:tcW w:w="680" w:type="dxa"/>
          </w:tcPr>
          <w:p w14:paraId="1677BE8E" w14:textId="77777777" w:rsidR="006633E6" w:rsidRPr="001F0542" w:rsidRDefault="00000000">
            <w:pPr>
              <w:spacing w:after="0"/>
              <w:jc w:val="center"/>
            </w:pPr>
            <w:r w:rsidRPr="001F0542">
              <w:rPr>
                <w:color w:val="000000"/>
                <w:sz w:val="20"/>
              </w:rPr>
              <w:t>28.</w:t>
            </w:r>
          </w:p>
        </w:tc>
        <w:tc>
          <w:tcPr>
            <w:tcW w:w="5102" w:type="dxa"/>
          </w:tcPr>
          <w:p w14:paraId="0AD60928" w14:textId="77777777" w:rsidR="006633E6" w:rsidRPr="001F0542" w:rsidRDefault="00000000">
            <w:pPr>
              <w:spacing w:after="0"/>
            </w:pPr>
            <w:proofErr w:type="spellStart"/>
            <w:r w:rsidRPr="001F0542">
              <w:rPr>
                <w:color w:val="000000"/>
                <w:sz w:val="20"/>
              </w:rPr>
              <w:t>Neluarea</w:t>
            </w:r>
            <w:proofErr w:type="spellEnd"/>
            <w:r w:rsidRPr="001F0542">
              <w:rPr>
                <w:color w:val="000000"/>
                <w:sz w:val="20"/>
              </w:rPr>
              <w:t xml:space="preserve"> </w:t>
            </w:r>
            <w:proofErr w:type="spellStart"/>
            <w:r w:rsidRPr="001F0542">
              <w:rPr>
                <w:color w:val="000000"/>
                <w:sz w:val="20"/>
              </w:rPr>
              <w:t>măsurilor</w:t>
            </w:r>
            <w:proofErr w:type="spellEnd"/>
            <w:r w:rsidRPr="001F0542">
              <w:rPr>
                <w:color w:val="000000"/>
                <w:sz w:val="20"/>
              </w:rPr>
              <w:t xml:space="preserve"> de </w:t>
            </w:r>
            <w:proofErr w:type="spellStart"/>
            <w:r w:rsidRPr="001F0542">
              <w:rPr>
                <w:color w:val="000000"/>
                <w:sz w:val="20"/>
              </w:rPr>
              <w:t>acoperire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etanșeizare</w:t>
            </w:r>
            <w:proofErr w:type="spellEnd"/>
            <w:r w:rsidRPr="001F0542">
              <w:rPr>
                <w:color w:val="000000"/>
                <w:sz w:val="20"/>
              </w:rPr>
              <w:t xml:space="preserve"> </w:t>
            </w:r>
            <w:proofErr w:type="gramStart"/>
            <w:r w:rsidRPr="001F0542">
              <w:rPr>
                <w:color w:val="000000"/>
                <w:sz w:val="20"/>
              </w:rPr>
              <w:t>a</w:t>
            </w:r>
            <w:proofErr w:type="gramEnd"/>
            <w:r w:rsidRPr="001F0542">
              <w:rPr>
                <w:color w:val="000000"/>
                <w:sz w:val="20"/>
              </w:rPr>
              <w:t xml:space="preserve"> </w:t>
            </w:r>
            <w:proofErr w:type="spellStart"/>
            <w:r w:rsidRPr="001F0542">
              <w:rPr>
                <w:color w:val="000000"/>
                <w:sz w:val="20"/>
              </w:rPr>
              <w:t>autovehiculelor</w:t>
            </w:r>
            <w:proofErr w:type="spellEnd"/>
            <w:r w:rsidRPr="001F0542">
              <w:rPr>
                <w:color w:val="000000"/>
                <w:sz w:val="20"/>
              </w:rPr>
              <w:t xml:space="preserve"> de transport a </w:t>
            </w:r>
            <w:proofErr w:type="spellStart"/>
            <w:r w:rsidRPr="001F0542">
              <w:rPr>
                <w:color w:val="000000"/>
                <w:sz w:val="20"/>
              </w:rPr>
              <w:t>reziduurilor</w:t>
            </w:r>
            <w:proofErr w:type="spellEnd"/>
            <w:r w:rsidRPr="001F0542">
              <w:rPr>
                <w:color w:val="000000"/>
                <w:sz w:val="20"/>
              </w:rPr>
              <w:t xml:space="preserve"> </w:t>
            </w:r>
            <w:proofErr w:type="spellStart"/>
            <w:r w:rsidRPr="001F0542">
              <w:rPr>
                <w:color w:val="000000"/>
                <w:sz w:val="20"/>
              </w:rPr>
              <w:t>menajere</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stradale</w:t>
            </w:r>
            <w:proofErr w:type="spellEnd"/>
            <w:r w:rsidRPr="001F0542">
              <w:rPr>
                <w:color w:val="000000"/>
                <w:sz w:val="20"/>
              </w:rPr>
              <w:t xml:space="preserve"> </w:t>
            </w:r>
            <w:proofErr w:type="spellStart"/>
            <w:r w:rsidRPr="001F0542">
              <w:rPr>
                <w:color w:val="000000"/>
                <w:sz w:val="20"/>
              </w:rPr>
              <w:t>pentru</w:t>
            </w:r>
            <w:proofErr w:type="spellEnd"/>
            <w:r w:rsidRPr="001F0542">
              <w:rPr>
                <w:color w:val="000000"/>
                <w:sz w:val="20"/>
              </w:rPr>
              <w:t xml:space="preserve"> </w:t>
            </w:r>
            <w:proofErr w:type="gramStart"/>
            <w:r w:rsidRPr="001F0542">
              <w:rPr>
                <w:color w:val="000000"/>
                <w:sz w:val="20"/>
              </w:rPr>
              <w:t>a</w:t>
            </w:r>
            <w:proofErr w:type="gramEnd"/>
            <w:r w:rsidRPr="001F0542">
              <w:rPr>
                <w:color w:val="000000"/>
                <w:sz w:val="20"/>
              </w:rPr>
              <w:t xml:space="preserve"> </w:t>
            </w:r>
            <w:proofErr w:type="spellStart"/>
            <w:r w:rsidRPr="001F0542">
              <w:rPr>
                <w:color w:val="000000"/>
                <w:sz w:val="20"/>
              </w:rPr>
              <w:t>evita</w:t>
            </w:r>
            <w:proofErr w:type="spellEnd"/>
            <w:r w:rsidRPr="001F0542">
              <w:rPr>
                <w:color w:val="000000"/>
                <w:sz w:val="20"/>
              </w:rPr>
              <w:t xml:space="preserve"> </w:t>
            </w:r>
            <w:proofErr w:type="spellStart"/>
            <w:r w:rsidRPr="001F0542">
              <w:rPr>
                <w:color w:val="000000"/>
                <w:sz w:val="20"/>
              </w:rPr>
              <w:t>pierderea</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împrăștierea</w:t>
            </w:r>
            <w:proofErr w:type="spellEnd"/>
            <w:r w:rsidRPr="001F0542">
              <w:rPr>
                <w:color w:val="000000"/>
                <w:sz w:val="20"/>
              </w:rPr>
              <w:t xml:space="preserve"> </w:t>
            </w:r>
            <w:proofErr w:type="spellStart"/>
            <w:r w:rsidRPr="001F0542">
              <w:rPr>
                <w:color w:val="000000"/>
                <w:sz w:val="20"/>
              </w:rPr>
              <w:t>acestora</w:t>
            </w:r>
            <w:proofErr w:type="spellEnd"/>
            <w:r w:rsidRPr="001F0542">
              <w:rPr>
                <w:color w:val="000000"/>
                <w:sz w:val="20"/>
              </w:rPr>
              <w:t xml:space="preserve"> pe </w:t>
            </w:r>
            <w:proofErr w:type="spellStart"/>
            <w:r w:rsidRPr="001F0542">
              <w:rPr>
                <w:color w:val="000000"/>
                <w:sz w:val="20"/>
              </w:rPr>
              <w:t>căile</w:t>
            </w:r>
            <w:proofErr w:type="spellEnd"/>
            <w:r w:rsidRPr="001F0542">
              <w:rPr>
                <w:color w:val="000000"/>
                <w:sz w:val="20"/>
              </w:rPr>
              <w:t xml:space="preserve"> </w:t>
            </w:r>
            <w:proofErr w:type="spellStart"/>
            <w:r w:rsidRPr="001F0542">
              <w:rPr>
                <w:color w:val="000000"/>
                <w:sz w:val="20"/>
              </w:rPr>
              <w:t>publice</w:t>
            </w:r>
            <w:proofErr w:type="spellEnd"/>
          </w:p>
        </w:tc>
        <w:tc>
          <w:tcPr>
            <w:tcW w:w="1247" w:type="dxa"/>
          </w:tcPr>
          <w:p w14:paraId="502A0684" w14:textId="77777777" w:rsidR="006633E6" w:rsidRPr="001F0542" w:rsidRDefault="00000000">
            <w:pPr>
              <w:spacing w:after="0"/>
              <w:jc w:val="center"/>
            </w:pPr>
            <w:r w:rsidRPr="001F0542">
              <w:rPr>
                <w:b/>
                <w:color w:val="000000"/>
                <w:sz w:val="20"/>
              </w:rPr>
              <w:t>-</w:t>
            </w:r>
          </w:p>
        </w:tc>
        <w:tc>
          <w:tcPr>
            <w:tcW w:w="1304" w:type="dxa"/>
          </w:tcPr>
          <w:p w14:paraId="7748DEA0" w14:textId="77777777" w:rsidR="006633E6" w:rsidRPr="001F0542" w:rsidRDefault="00000000">
            <w:pPr>
              <w:spacing w:after="0"/>
              <w:jc w:val="center"/>
            </w:pPr>
            <w:r w:rsidRPr="001F0542">
              <w:rPr>
                <w:b/>
                <w:color w:val="000000"/>
                <w:sz w:val="20"/>
              </w:rPr>
              <w:t>-</w:t>
            </w:r>
          </w:p>
        </w:tc>
        <w:tc>
          <w:tcPr>
            <w:tcW w:w="1304" w:type="dxa"/>
          </w:tcPr>
          <w:p w14:paraId="419196D0" w14:textId="77777777" w:rsidR="006633E6" w:rsidRPr="001F0542" w:rsidRDefault="00000000">
            <w:pPr>
              <w:spacing w:after="0"/>
              <w:jc w:val="center"/>
            </w:pPr>
            <w:r w:rsidRPr="001F0542">
              <w:rPr>
                <w:b/>
                <w:color w:val="000000"/>
                <w:sz w:val="20"/>
              </w:rPr>
              <w:t>2.000-5.000</w:t>
            </w:r>
          </w:p>
        </w:tc>
      </w:tr>
      <w:tr w:rsidR="006633E6" w:rsidRPr="001F0542" w14:paraId="0C957711" w14:textId="77777777">
        <w:trPr>
          <w:jc w:val="center"/>
        </w:trPr>
        <w:tc>
          <w:tcPr>
            <w:tcW w:w="680" w:type="dxa"/>
          </w:tcPr>
          <w:p w14:paraId="6246EAB6" w14:textId="77777777" w:rsidR="006633E6" w:rsidRPr="001F0542" w:rsidRDefault="00000000">
            <w:pPr>
              <w:spacing w:after="0"/>
              <w:jc w:val="center"/>
            </w:pPr>
            <w:r w:rsidRPr="001F0542">
              <w:rPr>
                <w:color w:val="000000"/>
                <w:sz w:val="20"/>
              </w:rPr>
              <w:t>29.</w:t>
            </w:r>
          </w:p>
        </w:tc>
        <w:tc>
          <w:tcPr>
            <w:tcW w:w="5102" w:type="dxa"/>
          </w:tcPr>
          <w:p w14:paraId="55A7337D" w14:textId="77777777" w:rsidR="006633E6" w:rsidRPr="001F0542" w:rsidRDefault="00000000">
            <w:pPr>
              <w:spacing w:after="0"/>
            </w:pPr>
            <w:proofErr w:type="spellStart"/>
            <w:r w:rsidRPr="001F0542">
              <w:rPr>
                <w:color w:val="000000"/>
                <w:sz w:val="20"/>
              </w:rPr>
              <w:t>Neasigurarea</w:t>
            </w:r>
            <w:proofErr w:type="spellEnd"/>
            <w:r w:rsidRPr="001F0542">
              <w:rPr>
                <w:color w:val="000000"/>
                <w:sz w:val="20"/>
              </w:rPr>
              <w:t xml:space="preserve"> </w:t>
            </w:r>
            <w:proofErr w:type="spellStart"/>
            <w:r w:rsidRPr="001F0542">
              <w:rPr>
                <w:color w:val="000000"/>
                <w:sz w:val="20"/>
              </w:rPr>
              <w:t>curățării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transportului</w:t>
            </w:r>
            <w:proofErr w:type="spellEnd"/>
            <w:r w:rsidRPr="001F0542">
              <w:rPr>
                <w:color w:val="000000"/>
                <w:sz w:val="20"/>
              </w:rPr>
              <w:t xml:space="preserve"> </w:t>
            </w:r>
            <w:proofErr w:type="spellStart"/>
            <w:r w:rsidRPr="001F0542">
              <w:rPr>
                <w:color w:val="000000"/>
                <w:sz w:val="20"/>
              </w:rPr>
              <w:t>zăpezii</w:t>
            </w:r>
            <w:proofErr w:type="spellEnd"/>
            <w:r w:rsidRPr="001F0542">
              <w:rPr>
                <w:color w:val="000000"/>
                <w:sz w:val="20"/>
              </w:rPr>
              <w:t xml:space="preserve"> de pe </w:t>
            </w:r>
            <w:proofErr w:type="spellStart"/>
            <w:r w:rsidRPr="001F0542">
              <w:rPr>
                <w:color w:val="000000"/>
                <w:sz w:val="20"/>
              </w:rPr>
              <w:t>căile</w:t>
            </w:r>
            <w:proofErr w:type="spellEnd"/>
            <w:r w:rsidRPr="001F0542">
              <w:rPr>
                <w:color w:val="000000"/>
                <w:sz w:val="20"/>
              </w:rPr>
              <w:t xml:space="preserve"> de </w:t>
            </w:r>
            <w:proofErr w:type="spellStart"/>
            <w:r w:rsidRPr="001F0542">
              <w:rPr>
                <w:color w:val="000000"/>
                <w:sz w:val="20"/>
              </w:rPr>
              <w:t>acces</w:t>
            </w:r>
            <w:proofErr w:type="spellEnd"/>
            <w:r w:rsidRPr="001F0542">
              <w:rPr>
                <w:color w:val="000000"/>
                <w:sz w:val="20"/>
              </w:rPr>
              <w:t xml:space="preserve"> </w:t>
            </w:r>
            <w:proofErr w:type="spellStart"/>
            <w:r w:rsidRPr="001F0542">
              <w:rPr>
                <w:color w:val="000000"/>
                <w:sz w:val="20"/>
              </w:rPr>
              <w:t>stradal</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pietonal</w:t>
            </w:r>
            <w:proofErr w:type="spellEnd"/>
            <w:r w:rsidRPr="001F0542">
              <w:rPr>
                <w:color w:val="000000"/>
                <w:sz w:val="20"/>
              </w:rPr>
              <w:t xml:space="preserve">. </w:t>
            </w:r>
            <w:proofErr w:type="spellStart"/>
            <w:r w:rsidRPr="001F0542">
              <w:rPr>
                <w:color w:val="000000"/>
                <w:sz w:val="20"/>
              </w:rPr>
              <w:t>Neasigurarea</w:t>
            </w:r>
            <w:proofErr w:type="spellEnd"/>
            <w:r w:rsidRPr="001F0542">
              <w:rPr>
                <w:color w:val="000000"/>
                <w:sz w:val="20"/>
              </w:rPr>
              <w:t xml:space="preserve"> </w:t>
            </w:r>
            <w:proofErr w:type="spellStart"/>
            <w:r w:rsidRPr="001F0542">
              <w:rPr>
                <w:color w:val="000000"/>
                <w:sz w:val="20"/>
              </w:rPr>
              <w:t>depoleierii</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înlăturării</w:t>
            </w:r>
            <w:proofErr w:type="spellEnd"/>
            <w:r w:rsidRPr="001F0542">
              <w:rPr>
                <w:color w:val="000000"/>
                <w:sz w:val="20"/>
              </w:rPr>
              <w:t xml:space="preserve"> </w:t>
            </w:r>
            <w:proofErr w:type="spellStart"/>
            <w:r w:rsidRPr="001F0542">
              <w:rPr>
                <w:color w:val="000000"/>
                <w:sz w:val="20"/>
              </w:rPr>
              <w:t>zăpezii</w:t>
            </w:r>
            <w:proofErr w:type="spellEnd"/>
            <w:r w:rsidRPr="001F0542">
              <w:rPr>
                <w:color w:val="000000"/>
                <w:sz w:val="20"/>
              </w:rPr>
              <w:t xml:space="preserve"> </w:t>
            </w:r>
            <w:proofErr w:type="spellStart"/>
            <w:r w:rsidRPr="001F0542">
              <w:rPr>
                <w:color w:val="000000"/>
                <w:sz w:val="20"/>
              </w:rPr>
              <w:t>depuse</w:t>
            </w:r>
            <w:proofErr w:type="spellEnd"/>
            <w:r w:rsidRPr="001F0542">
              <w:rPr>
                <w:color w:val="000000"/>
                <w:sz w:val="20"/>
              </w:rPr>
              <w:t xml:space="preserve"> pe </w:t>
            </w:r>
            <w:proofErr w:type="spellStart"/>
            <w:r w:rsidRPr="001F0542">
              <w:rPr>
                <w:color w:val="000000"/>
                <w:sz w:val="20"/>
              </w:rPr>
              <w:t>străzi</w:t>
            </w:r>
            <w:proofErr w:type="spellEnd"/>
            <w:r w:rsidRPr="001F0542">
              <w:rPr>
                <w:color w:val="000000"/>
                <w:sz w:val="20"/>
              </w:rPr>
              <w:t xml:space="preserve"> conform </w:t>
            </w:r>
            <w:proofErr w:type="spellStart"/>
            <w:r w:rsidRPr="001F0542">
              <w:rPr>
                <w:color w:val="000000"/>
                <w:sz w:val="20"/>
              </w:rPr>
              <w:t>graficelor</w:t>
            </w:r>
            <w:proofErr w:type="spellEnd"/>
            <w:r w:rsidRPr="001F0542">
              <w:rPr>
                <w:color w:val="000000"/>
                <w:sz w:val="20"/>
              </w:rPr>
              <w:t xml:space="preserve"> </w:t>
            </w:r>
            <w:proofErr w:type="spellStart"/>
            <w:r w:rsidRPr="001F0542">
              <w:rPr>
                <w:color w:val="000000"/>
                <w:sz w:val="20"/>
              </w:rPr>
              <w:t>stabilite</w:t>
            </w:r>
            <w:proofErr w:type="spellEnd"/>
            <w:r w:rsidRPr="001F0542">
              <w:rPr>
                <w:color w:val="000000"/>
                <w:sz w:val="20"/>
              </w:rPr>
              <w:t xml:space="preserve"> de </w:t>
            </w:r>
            <w:proofErr w:type="spellStart"/>
            <w:r w:rsidRPr="001F0542">
              <w:rPr>
                <w:color w:val="000000"/>
                <w:sz w:val="20"/>
              </w:rPr>
              <w:t>comun</w:t>
            </w:r>
            <w:proofErr w:type="spellEnd"/>
            <w:r w:rsidRPr="001F0542">
              <w:rPr>
                <w:color w:val="000000"/>
                <w:sz w:val="20"/>
              </w:rPr>
              <w:t xml:space="preserve"> </w:t>
            </w:r>
            <w:proofErr w:type="spellStart"/>
            <w:r w:rsidRPr="001F0542">
              <w:rPr>
                <w:color w:val="000000"/>
                <w:sz w:val="20"/>
              </w:rPr>
              <w:t>acord</w:t>
            </w:r>
            <w:proofErr w:type="spellEnd"/>
            <w:r w:rsidRPr="001F0542">
              <w:rPr>
                <w:color w:val="000000"/>
                <w:sz w:val="20"/>
              </w:rPr>
              <w:t xml:space="preserve"> cu </w:t>
            </w:r>
            <w:proofErr w:type="spellStart"/>
            <w:r w:rsidRPr="001F0542">
              <w:rPr>
                <w:color w:val="000000"/>
                <w:sz w:val="20"/>
              </w:rPr>
              <w:t>Primăria</w:t>
            </w:r>
            <w:proofErr w:type="spellEnd"/>
            <w:r w:rsidRPr="001F0542">
              <w:rPr>
                <w:color w:val="000000"/>
                <w:sz w:val="20"/>
              </w:rPr>
              <w:t xml:space="preserve"> </w:t>
            </w:r>
            <w:proofErr w:type="spellStart"/>
            <w:r w:rsidRPr="001F0542">
              <w:rPr>
                <w:color w:val="000000"/>
                <w:sz w:val="20"/>
              </w:rPr>
              <w:t>orașului</w:t>
            </w:r>
            <w:proofErr w:type="spellEnd"/>
            <w:r w:rsidRPr="001F0542">
              <w:rPr>
                <w:color w:val="000000"/>
                <w:sz w:val="20"/>
              </w:rPr>
              <w:t xml:space="preserve"> </w:t>
            </w:r>
            <w:proofErr w:type="spellStart"/>
            <w:r w:rsidRPr="001F0542">
              <w:rPr>
                <w:color w:val="000000"/>
                <w:sz w:val="20"/>
              </w:rPr>
              <w:t>Buhuși</w:t>
            </w:r>
            <w:proofErr w:type="spellEnd"/>
          </w:p>
        </w:tc>
        <w:tc>
          <w:tcPr>
            <w:tcW w:w="1247" w:type="dxa"/>
          </w:tcPr>
          <w:p w14:paraId="0A6F276B" w14:textId="77777777" w:rsidR="006633E6" w:rsidRPr="001F0542" w:rsidRDefault="00000000">
            <w:pPr>
              <w:spacing w:after="0"/>
              <w:jc w:val="center"/>
            </w:pPr>
            <w:r w:rsidRPr="001F0542">
              <w:rPr>
                <w:b/>
                <w:color w:val="000000"/>
                <w:sz w:val="20"/>
              </w:rPr>
              <w:t>-</w:t>
            </w:r>
          </w:p>
        </w:tc>
        <w:tc>
          <w:tcPr>
            <w:tcW w:w="1304" w:type="dxa"/>
          </w:tcPr>
          <w:p w14:paraId="6547E1A6" w14:textId="77777777" w:rsidR="006633E6" w:rsidRPr="001F0542" w:rsidRDefault="00000000">
            <w:pPr>
              <w:spacing w:after="0"/>
              <w:jc w:val="center"/>
            </w:pPr>
            <w:r w:rsidRPr="001F0542">
              <w:rPr>
                <w:b/>
                <w:color w:val="000000"/>
                <w:sz w:val="20"/>
              </w:rPr>
              <w:t>-</w:t>
            </w:r>
          </w:p>
        </w:tc>
        <w:tc>
          <w:tcPr>
            <w:tcW w:w="1304" w:type="dxa"/>
          </w:tcPr>
          <w:p w14:paraId="11A89CD6" w14:textId="77777777" w:rsidR="006633E6" w:rsidRPr="001F0542" w:rsidRDefault="00000000">
            <w:pPr>
              <w:spacing w:after="0"/>
              <w:jc w:val="center"/>
            </w:pPr>
            <w:r w:rsidRPr="001F0542">
              <w:rPr>
                <w:b/>
                <w:color w:val="000000"/>
                <w:sz w:val="20"/>
              </w:rPr>
              <w:t>2.000-5.000</w:t>
            </w:r>
          </w:p>
        </w:tc>
      </w:tr>
      <w:tr w:rsidR="006633E6" w:rsidRPr="001F0542" w14:paraId="44D322C3" w14:textId="77777777">
        <w:trPr>
          <w:jc w:val="center"/>
        </w:trPr>
        <w:tc>
          <w:tcPr>
            <w:tcW w:w="680" w:type="dxa"/>
          </w:tcPr>
          <w:p w14:paraId="5D0578ED" w14:textId="77777777" w:rsidR="006633E6" w:rsidRPr="001F0542" w:rsidRDefault="00000000">
            <w:pPr>
              <w:spacing w:after="0"/>
              <w:jc w:val="center"/>
            </w:pPr>
            <w:r w:rsidRPr="001F0542">
              <w:rPr>
                <w:color w:val="000000"/>
                <w:sz w:val="20"/>
              </w:rPr>
              <w:t>30.</w:t>
            </w:r>
          </w:p>
        </w:tc>
        <w:tc>
          <w:tcPr>
            <w:tcW w:w="5102" w:type="dxa"/>
          </w:tcPr>
          <w:p w14:paraId="35FD0D51" w14:textId="77777777" w:rsidR="006633E6" w:rsidRPr="001F0542" w:rsidRDefault="00000000">
            <w:pPr>
              <w:spacing w:after="0"/>
              <w:rPr>
                <w:lang w:val="pt-PT"/>
              </w:rPr>
            </w:pPr>
            <w:r w:rsidRPr="001F0542">
              <w:rPr>
                <w:color w:val="000000"/>
                <w:sz w:val="20"/>
                <w:lang w:val="pt-PT"/>
              </w:rPr>
              <w:t>Efectuarea operațiunilor de curățare a căilor publice, sau înlăturare a zăpezii cu mijloace sau echipamente neadecvate sau defecte</w:t>
            </w:r>
          </w:p>
        </w:tc>
        <w:tc>
          <w:tcPr>
            <w:tcW w:w="1247" w:type="dxa"/>
          </w:tcPr>
          <w:p w14:paraId="47F4A182" w14:textId="77777777" w:rsidR="006633E6" w:rsidRPr="001F0542" w:rsidRDefault="00000000">
            <w:pPr>
              <w:spacing w:after="0"/>
              <w:jc w:val="center"/>
            </w:pPr>
            <w:r w:rsidRPr="001F0542">
              <w:rPr>
                <w:b/>
                <w:color w:val="000000"/>
                <w:sz w:val="20"/>
              </w:rPr>
              <w:t>-</w:t>
            </w:r>
          </w:p>
        </w:tc>
        <w:tc>
          <w:tcPr>
            <w:tcW w:w="1304" w:type="dxa"/>
          </w:tcPr>
          <w:p w14:paraId="0EE4E434" w14:textId="77777777" w:rsidR="006633E6" w:rsidRPr="001F0542" w:rsidRDefault="00000000">
            <w:pPr>
              <w:spacing w:after="0"/>
              <w:jc w:val="center"/>
            </w:pPr>
            <w:r w:rsidRPr="001F0542">
              <w:rPr>
                <w:b/>
                <w:color w:val="000000"/>
                <w:sz w:val="20"/>
              </w:rPr>
              <w:t>-</w:t>
            </w:r>
          </w:p>
        </w:tc>
        <w:tc>
          <w:tcPr>
            <w:tcW w:w="1304" w:type="dxa"/>
          </w:tcPr>
          <w:p w14:paraId="7E13488C" w14:textId="77777777" w:rsidR="006633E6" w:rsidRPr="001F0542" w:rsidRDefault="00000000">
            <w:pPr>
              <w:spacing w:after="0"/>
              <w:jc w:val="center"/>
            </w:pPr>
            <w:r w:rsidRPr="001F0542">
              <w:rPr>
                <w:b/>
                <w:color w:val="000000"/>
                <w:sz w:val="20"/>
              </w:rPr>
              <w:t>2.000-5.000</w:t>
            </w:r>
          </w:p>
        </w:tc>
      </w:tr>
      <w:tr w:rsidR="006633E6" w:rsidRPr="001F0542" w14:paraId="4D123EAC" w14:textId="77777777">
        <w:trPr>
          <w:jc w:val="center"/>
        </w:trPr>
        <w:tc>
          <w:tcPr>
            <w:tcW w:w="680" w:type="dxa"/>
          </w:tcPr>
          <w:p w14:paraId="72E96F13" w14:textId="77777777" w:rsidR="006633E6" w:rsidRPr="001F0542" w:rsidRDefault="00000000">
            <w:pPr>
              <w:spacing w:after="0"/>
              <w:jc w:val="center"/>
            </w:pPr>
            <w:r w:rsidRPr="001F0542">
              <w:rPr>
                <w:color w:val="000000"/>
                <w:sz w:val="20"/>
              </w:rPr>
              <w:t>31.</w:t>
            </w:r>
          </w:p>
        </w:tc>
        <w:tc>
          <w:tcPr>
            <w:tcW w:w="5102" w:type="dxa"/>
          </w:tcPr>
          <w:p w14:paraId="00571CC0" w14:textId="77777777" w:rsidR="006633E6" w:rsidRPr="001F0542" w:rsidRDefault="00000000">
            <w:pPr>
              <w:spacing w:after="0"/>
            </w:pPr>
            <w:proofErr w:type="spellStart"/>
            <w:r w:rsidRPr="001F0542">
              <w:rPr>
                <w:color w:val="000000"/>
                <w:sz w:val="20"/>
              </w:rPr>
              <w:t>Depozitarea</w:t>
            </w:r>
            <w:proofErr w:type="spellEnd"/>
            <w:r w:rsidRPr="001F0542">
              <w:rPr>
                <w:color w:val="000000"/>
                <w:sz w:val="20"/>
              </w:rPr>
              <w:t xml:space="preserve"> </w:t>
            </w:r>
            <w:proofErr w:type="spellStart"/>
            <w:r w:rsidRPr="001F0542">
              <w:rPr>
                <w:color w:val="000000"/>
                <w:sz w:val="20"/>
              </w:rPr>
              <w:t>zăpezii</w:t>
            </w:r>
            <w:proofErr w:type="spellEnd"/>
            <w:r w:rsidRPr="001F0542">
              <w:rPr>
                <w:color w:val="000000"/>
                <w:sz w:val="20"/>
              </w:rPr>
              <w:t xml:space="preserve"> pe </w:t>
            </w:r>
            <w:proofErr w:type="spellStart"/>
            <w:r w:rsidRPr="001F0542">
              <w:rPr>
                <w:color w:val="000000"/>
                <w:sz w:val="20"/>
              </w:rPr>
              <w:t>gurile</w:t>
            </w:r>
            <w:proofErr w:type="spellEnd"/>
            <w:r w:rsidRPr="001F0542">
              <w:rPr>
                <w:color w:val="000000"/>
                <w:sz w:val="20"/>
              </w:rPr>
              <w:t xml:space="preserve"> de </w:t>
            </w:r>
            <w:proofErr w:type="spellStart"/>
            <w:r w:rsidRPr="001F0542">
              <w:rPr>
                <w:color w:val="000000"/>
                <w:sz w:val="20"/>
              </w:rPr>
              <w:t>scurgere</w:t>
            </w:r>
            <w:proofErr w:type="spellEnd"/>
            <w:r w:rsidRPr="001F0542">
              <w:rPr>
                <w:color w:val="000000"/>
                <w:sz w:val="20"/>
              </w:rPr>
              <w:t xml:space="preserve"> </w:t>
            </w:r>
            <w:proofErr w:type="gramStart"/>
            <w:r w:rsidRPr="001F0542">
              <w:rPr>
                <w:color w:val="000000"/>
                <w:sz w:val="20"/>
              </w:rPr>
              <w:t>a</w:t>
            </w:r>
            <w:proofErr w:type="gramEnd"/>
            <w:r w:rsidRPr="001F0542">
              <w:rPr>
                <w:color w:val="000000"/>
                <w:sz w:val="20"/>
              </w:rPr>
              <w:t xml:space="preserve"> </w:t>
            </w:r>
            <w:proofErr w:type="spellStart"/>
            <w:r w:rsidRPr="001F0542">
              <w:rPr>
                <w:color w:val="000000"/>
                <w:sz w:val="20"/>
              </w:rPr>
              <w:t>apei</w:t>
            </w:r>
            <w:proofErr w:type="spellEnd"/>
            <w:r w:rsidRPr="001F0542">
              <w:rPr>
                <w:color w:val="000000"/>
                <w:sz w:val="20"/>
              </w:rPr>
              <w:t xml:space="preserve"> </w:t>
            </w:r>
            <w:proofErr w:type="spellStart"/>
            <w:r w:rsidRPr="001F0542">
              <w:rPr>
                <w:color w:val="000000"/>
                <w:sz w:val="20"/>
              </w:rPr>
              <w:t>pluviale</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canalizare</w:t>
            </w:r>
            <w:proofErr w:type="spellEnd"/>
            <w:r w:rsidRPr="001F0542">
              <w:rPr>
                <w:color w:val="000000"/>
                <w:sz w:val="20"/>
              </w:rPr>
              <w:t xml:space="preserve">, pe </w:t>
            </w:r>
            <w:proofErr w:type="spellStart"/>
            <w:r w:rsidRPr="001F0542">
              <w:rPr>
                <w:color w:val="000000"/>
                <w:sz w:val="20"/>
              </w:rPr>
              <w:t>rampele</w:t>
            </w:r>
            <w:proofErr w:type="spellEnd"/>
            <w:r w:rsidRPr="001F0542">
              <w:rPr>
                <w:color w:val="000000"/>
                <w:sz w:val="20"/>
              </w:rPr>
              <w:t xml:space="preserve"> de </w:t>
            </w:r>
            <w:proofErr w:type="spellStart"/>
            <w:r w:rsidRPr="001F0542">
              <w:rPr>
                <w:color w:val="000000"/>
                <w:sz w:val="20"/>
              </w:rPr>
              <w:t>acces</w:t>
            </w:r>
            <w:proofErr w:type="spellEnd"/>
            <w:r w:rsidRPr="001F0542">
              <w:rPr>
                <w:color w:val="000000"/>
                <w:sz w:val="20"/>
              </w:rPr>
              <w:t xml:space="preserve"> </w:t>
            </w:r>
            <w:proofErr w:type="spellStart"/>
            <w:r w:rsidRPr="001F0542">
              <w:rPr>
                <w:color w:val="000000"/>
                <w:sz w:val="20"/>
              </w:rPr>
              <w:t>amenajate</w:t>
            </w:r>
            <w:proofErr w:type="spellEnd"/>
            <w:r w:rsidRPr="001F0542">
              <w:rPr>
                <w:color w:val="000000"/>
                <w:sz w:val="20"/>
              </w:rPr>
              <w:t xml:space="preserve"> </w:t>
            </w:r>
            <w:proofErr w:type="spellStart"/>
            <w:r w:rsidRPr="001F0542">
              <w:rPr>
                <w:color w:val="000000"/>
                <w:sz w:val="20"/>
              </w:rPr>
              <w:t>pentru</w:t>
            </w:r>
            <w:proofErr w:type="spellEnd"/>
            <w:r w:rsidRPr="001F0542">
              <w:rPr>
                <w:color w:val="000000"/>
                <w:sz w:val="20"/>
              </w:rPr>
              <w:t xml:space="preserve"> </w:t>
            </w:r>
            <w:proofErr w:type="spellStart"/>
            <w:r w:rsidRPr="001F0542">
              <w:rPr>
                <w:color w:val="000000"/>
                <w:sz w:val="20"/>
              </w:rPr>
              <w:t>autovehicule</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a </w:t>
            </w:r>
            <w:proofErr w:type="spellStart"/>
            <w:r w:rsidRPr="001F0542">
              <w:rPr>
                <w:color w:val="000000"/>
                <w:sz w:val="20"/>
              </w:rPr>
              <w:t>persoanelor</w:t>
            </w:r>
            <w:proofErr w:type="spellEnd"/>
            <w:r w:rsidRPr="001F0542">
              <w:rPr>
                <w:color w:val="000000"/>
                <w:sz w:val="20"/>
              </w:rPr>
              <w:t xml:space="preserve"> cu </w:t>
            </w:r>
            <w:proofErr w:type="spellStart"/>
            <w:r w:rsidRPr="001F0542">
              <w:rPr>
                <w:color w:val="000000"/>
                <w:sz w:val="20"/>
              </w:rPr>
              <w:t>dizabilități</w:t>
            </w:r>
            <w:proofErr w:type="spellEnd"/>
            <w:r w:rsidRPr="001F0542">
              <w:rPr>
                <w:color w:val="000000"/>
                <w:sz w:val="20"/>
              </w:rPr>
              <w:t xml:space="preserve"> </w:t>
            </w:r>
            <w:proofErr w:type="spellStart"/>
            <w:r w:rsidRPr="001F0542">
              <w:rPr>
                <w:color w:val="000000"/>
                <w:sz w:val="20"/>
              </w:rPr>
              <w:t>locomotorii</w:t>
            </w:r>
            <w:proofErr w:type="spellEnd"/>
          </w:p>
        </w:tc>
        <w:tc>
          <w:tcPr>
            <w:tcW w:w="1247" w:type="dxa"/>
          </w:tcPr>
          <w:p w14:paraId="28F69425" w14:textId="77777777" w:rsidR="006633E6" w:rsidRPr="001F0542" w:rsidRDefault="00000000">
            <w:pPr>
              <w:spacing w:after="0"/>
              <w:jc w:val="center"/>
            </w:pPr>
            <w:r w:rsidRPr="001F0542">
              <w:rPr>
                <w:b/>
                <w:color w:val="000000"/>
                <w:sz w:val="20"/>
              </w:rPr>
              <w:t>100-300</w:t>
            </w:r>
          </w:p>
        </w:tc>
        <w:tc>
          <w:tcPr>
            <w:tcW w:w="1304" w:type="dxa"/>
          </w:tcPr>
          <w:p w14:paraId="169E113C" w14:textId="77777777" w:rsidR="006633E6" w:rsidRPr="001F0542" w:rsidRDefault="00000000">
            <w:pPr>
              <w:spacing w:after="0"/>
              <w:jc w:val="center"/>
            </w:pPr>
            <w:r w:rsidRPr="001F0542">
              <w:rPr>
                <w:b/>
                <w:color w:val="000000"/>
                <w:sz w:val="20"/>
              </w:rPr>
              <w:t>200-700</w:t>
            </w:r>
          </w:p>
        </w:tc>
        <w:tc>
          <w:tcPr>
            <w:tcW w:w="1304" w:type="dxa"/>
          </w:tcPr>
          <w:p w14:paraId="4907D8BA" w14:textId="77777777" w:rsidR="006633E6" w:rsidRPr="001F0542" w:rsidRDefault="00000000">
            <w:pPr>
              <w:spacing w:after="0"/>
              <w:jc w:val="center"/>
            </w:pPr>
            <w:r w:rsidRPr="001F0542">
              <w:rPr>
                <w:b/>
                <w:color w:val="000000"/>
                <w:sz w:val="20"/>
              </w:rPr>
              <w:t>200-700</w:t>
            </w:r>
          </w:p>
        </w:tc>
      </w:tr>
      <w:tr w:rsidR="006633E6" w:rsidRPr="001F0542" w14:paraId="59EE5099" w14:textId="77777777">
        <w:trPr>
          <w:jc w:val="center"/>
        </w:trPr>
        <w:tc>
          <w:tcPr>
            <w:tcW w:w="680" w:type="dxa"/>
          </w:tcPr>
          <w:p w14:paraId="4FFB23ED" w14:textId="77777777" w:rsidR="006633E6" w:rsidRPr="001F0542" w:rsidRDefault="00000000">
            <w:pPr>
              <w:spacing w:after="0"/>
              <w:jc w:val="center"/>
            </w:pPr>
            <w:r w:rsidRPr="001F0542">
              <w:rPr>
                <w:color w:val="000000"/>
                <w:sz w:val="20"/>
              </w:rPr>
              <w:t>32.</w:t>
            </w:r>
          </w:p>
        </w:tc>
        <w:tc>
          <w:tcPr>
            <w:tcW w:w="5102" w:type="dxa"/>
          </w:tcPr>
          <w:p w14:paraId="709E13F6" w14:textId="77777777" w:rsidR="006633E6" w:rsidRPr="001F0542" w:rsidRDefault="00000000">
            <w:pPr>
              <w:spacing w:after="0"/>
            </w:pPr>
            <w:proofErr w:type="spellStart"/>
            <w:r w:rsidRPr="001F0542">
              <w:rPr>
                <w:color w:val="000000"/>
                <w:sz w:val="20"/>
              </w:rPr>
              <w:t>Neluarea</w:t>
            </w:r>
            <w:proofErr w:type="spellEnd"/>
            <w:r w:rsidRPr="001F0542">
              <w:rPr>
                <w:color w:val="000000"/>
                <w:sz w:val="20"/>
              </w:rPr>
              <w:t xml:space="preserve"> </w:t>
            </w:r>
            <w:proofErr w:type="spellStart"/>
            <w:r w:rsidRPr="001F0542">
              <w:rPr>
                <w:color w:val="000000"/>
                <w:sz w:val="20"/>
              </w:rPr>
              <w:t>măsurilor</w:t>
            </w:r>
            <w:proofErr w:type="spellEnd"/>
            <w:r w:rsidRPr="001F0542">
              <w:rPr>
                <w:color w:val="000000"/>
                <w:sz w:val="20"/>
              </w:rPr>
              <w:t xml:space="preserve"> de </w:t>
            </w:r>
            <w:proofErr w:type="spellStart"/>
            <w:r w:rsidRPr="001F0542">
              <w:rPr>
                <w:color w:val="000000"/>
                <w:sz w:val="20"/>
              </w:rPr>
              <w:t>stropire</w:t>
            </w:r>
            <w:proofErr w:type="spellEnd"/>
            <w:r w:rsidRPr="001F0542">
              <w:rPr>
                <w:color w:val="000000"/>
                <w:sz w:val="20"/>
              </w:rPr>
              <w:t xml:space="preserve"> a </w:t>
            </w:r>
            <w:proofErr w:type="spellStart"/>
            <w:r w:rsidRPr="001F0542">
              <w:rPr>
                <w:color w:val="000000"/>
                <w:sz w:val="20"/>
              </w:rPr>
              <w:t>carosabilului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trotuarelor</w:t>
            </w:r>
            <w:proofErr w:type="spellEnd"/>
            <w:r w:rsidRPr="001F0542">
              <w:rPr>
                <w:color w:val="000000"/>
                <w:sz w:val="20"/>
              </w:rPr>
              <w:t xml:space="preserve"> </w:t>
            </w:r>
            <w:proofErr w:type="spellStart"/>
            <w:r w:rsidRPr="001F0542">
              <w:rPr>
                <w:color w:val="000000"/>
                <w:sz w:val="20"/>
              </w:rPr>
              <w:t>înaintea</w:t>
            </w:r>
            <w:proofErr w:type="spellEnd"/>
            <w:r w:rsidRPr="001F0542">
              <w:rPr>
                <w:color w:val="000000"/>
                <w:sz w:val="20"/>
              </w:rPr>
              <w:t xml:space="preserve"> </w:t>
            </w:r>
            <w:proofErr w:type="spellStart"/>
            <w:r w:rsidRPr="001F0542">
              <w:rPr>
                <w:color w:val="000000"/>
                <w:sz w:val="20"/>
              </w:rPr>
              <w:t>efectuării</w:t>
            </w:r>
            <w:proofErr w:type="spellEnd"/>
            <w:r w:rsidRPr="001F0542">
              <w:rPr>
                <w:color w:val="000000"/>
                <w:sz w:val="20"/>
              </w:rPr>
              <w:t xml:space="preserve"> </w:t>
            </w:r>
            <w:proofErr w:type="spellStart"/>
            <w:r w:rsidRPr="001F0542">
              <w:rPr>
                <w:color w:val="000000"/>
                <w:sz w:val="20"/>
              </w:rPr>
              <w:t>operațiunilor</w:t>
            </w:r>
            <w:proofErr w:type="spellEnd"/>
            <w:r w:rsidRPr="001F0542">
              <w:rPr>
                <w:color w:val="000000"/>
                <w:sz w:val="20"/>
              </w:rPr>
              <w:t xml:space="preserve"> de </w:t>
            </w:r>
            <w:proofErr w:type="spellStart"/>
            <w:r w:rsidRPr="001F0542">
              <w:rPr>
                <w:color w:val="000000"/>
                <w:sz w:val="20"/>
              </w:rPr>
              <w:t>măturat</w:t>
            </w:r>
            <w:proofErr w:type="spellEnd"/>
            <w:r w:rsidRPr="001F0542">
              <w:rPr>
                <w:color w:val="000000"/>
                <w:sz w:val="20"/>
              </w:rPr>
              <w:t xml:space="preserve">, </w:t>
            </w:r>
            <w:proofErr w:type="spellStart"/>
            <w:r w:rsidRPr="001F0542">
              <w:rPr>
                <w:color w:val="000000"/>
                <w:sz w:val="20"/>
              </w:rPr>
              <w:t>pentru</w:t>
            </w:r>
            <w:proofErr w:type="spellEnd"/>
            <w:r w:rsidRPr="001F0542">
              <w:rPr>
                <w:color w:val="000000"/>
                <w:sz w:val="20"/>
              </w:rPr>
              <w:t xml:space="preserve"> </w:t>
            </w:r>
            <w:proofErr w:type="spellStart"/>
            <w:r w:rsidRPr="001F0542">
              <w:rPr>
                <w:color w:val="000000"/>
                <w:sz w:val="20"/>
              </w:rPr>
              <w:t>evitarea</w:t>
            </w:r>
            <w:proofErr w:type="spellEnd"/>
            <w:r w:rsidRPr="001F0542">
              <w:rPr>
                <w:color w:val="000000"/>
                <w:sz w:val="20"/>
              </w:rPr>
              <w:t xml:space="preserve"> </w:t>
            </w:r>
            <w:proofErr w:type="spellStart"/>
            <w:r w:rsidRPr="001F0542">
              <w:rPr>
                <w:color w:val="000000"/>
                <w:sz w:val="20"/>
              </w:rPr>
              <w:t>formării</w:t>
            </w:r>
            <w:proofErr w:type="spellEnd"/>
            <w:r w:rsidRPr="001F0542">
              <w:rPr>
                <w:color w:val="000000"/>
                <w:sz w:val="20"/>
              </w:rPr>
              <w:t xml:space="preserve"> </w:t>
            </w:r>
            <w:proofErr w:type="spellStart"/>
            <w:r w:rsidRPr="001F0542">
              <w:rPr>
                <w:color w:val="000000"/>
                <w:sz w:val="20"/>
              </w:rPr>
              <w:t>prafului</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 xml:space="preserve"> </w:t>
            </w:r>
            <w:proofErr w:type="spellStart"/>
            <w:r w:rsidRPr="001F0542">
              <w:rPr>
                <w:color w:val="000000"/>
                <w:sz w:val="20"/>
              </w:rPr>
              <w:t>menținerea</w:t>
            </w:r>
            <w:proofErr w:type="spellEnd"/>
            <w:r w:rsidRPr="001F0542">
              <w:rPr>
                <w:color w:val="000000"/>
                <w:sz w:val="20"/>
              </w:rPr>
              <w:t xml:space="preserve"> </w:t>
            </w:r>
            <w:proofErr w:type="spellStart"/>
            <w:r w:rsidRPr="001F0542">
              <w:rPr>
                <w:color w:val="000000"/>
                <w:sz w:val="20"/>
              </w:rPr>
              <w:t>unui</w:t>
            </w:r>
            <w:proofErr w:type="spellEnd"/>
            <w:r w:rsidRPr="001F0542">
              <w:rPr>
                <w:color w:val="000000"/>
                <w:sz w:val="20"/>
              </w:rPr>
              <w:t xml:space="preserve"> </w:t>
            </w:r>
            <w:proofErr w:type="spellStart"/>
            <w:r w:rsidRPr="001F0542">
              <w:rPr>
                <w:color w:val="000000"/>
                <w:sz w:val="20"/>
              </w:rPr>
              <w:t>climat</w:t>
            </w:r>
            <w:proofErr w:type="spellEnd"/>
            <w:r w:rsidRPr="001F0542">
              <w:rPr>
                <w:color w:val="000000"/>
                <w:sz w:val="20"/>
              </w:rPr>
              <w:t xml:space="preserve"> </w:t>
            </w:r>
            <w:proofErr w:type="spellStart"/>
            <w:r w:rsidRPr="001F0542">
              <w:rPr>
                <w:color w:val="000000"/>
                <w:sz w:val="20"/>
              </w:rPr>
              <w:t>cotidian</w:t>
            </w:r>
            <w:proofErr w:type="spellEnd"/>
            <w:r w:rsidRPr="001F0542">
              <w:rPr>
                <w:color w:val="000000"/>
                <w:sz w:val="20"/>
              </w:rPr>
              <w:t xml:space="preserve"> </w:t>
            </w:r>
            <w:proofErr w:type="spellStart"/>
            <w:r w:rsidRPr="001F0542">
              <w:rPr>
                <w:color w:val="000000"/>
                <w:sz w:val="20"/>
              </w:rPr>
              <w:t>igienic</w:t>
            </w:r>
            <w:proofErr w:type="spellEnd"/>
          </w:p>
        </w:tc>
        <w:tc>
          <w:tcPr>
            <w:tcW w:w="1247" w:type="dxa"/>
          </w:tcPr>
          <w:p w14:paraId="7B70AE8A" w14:textId="77777777" w:rsidR="006633E6" w:rsidRPr="001F0542" w:rsidRDefault="00000000">
            <w:pPr>
              <w:spacing w:after="0"/>
              <w:jc w:val="center"/>
            </w:pPr>
            <w:r w:rsidRPr="001F0542">
              <w:rPr>
                <w:b/>
                <w:color w:val="000000"/>
                <w:sz w:val="20"/>
              </w:rPr>
              <w:t>-</w:t>
            </w:r>
          </w:p>
        </w:tc>
        <w:tc>
          <w:tcPr>
            <w:tcW w:w="1304" w:type="dxa"/>
          </w:tcPr>
          <w:p w14:paraId="2CE4CCCF" w14:textId="77777777" w:rsidR="006633E6" w:rsidRPr="001F0542" w:rsidRDefault="00000000">
            <w:pPr>
              <w:spacing w:after="0"/>
              <w:jc w:val="center"/>
            </w:pPr>
            <w:r w:rsidRPr="001F0542">
              <w:rPr>
                <w:b/>
                <w:color w:val="000000"/>
                <w:sz w:val="20"/>
              </w:rPr>
              <w:t>-</w:t>
            </w:r>
          </w:p>
        </w:tc>
        <w:tc>
          <w:tcPr>
            <w:tcW w:w="1304" w:type="dxa"/>
          </w:tcPr>
          <w:p w14:paraId="6091F198" w14:textId="77777777" w:rsidR="006633E6" w:rsidRPr="001F0542" w:rsidRDefault="00000000">
            <w:pPr>
              <w:spacing w:after="0"/>
              <w:jc w:val="center"/>
            </w:pPr>
            <w:r w:rsidRPr="001F0542">
              <w:rPr>
                <w:b/>
                <w:color w:val="000000"/>
                <w:sz w:val="20"/>
              </w:rPr>
              <w:t>2.000-5.000</w:t>
            </w:r>
          </w:p>
        </w:tc>
      </w:tr>
      <w:tr w:rsidR="006633E6" w:rsidRPr="001F0542" w14:paraId="7FAABEEA" w14:textId="77777777">
        <w:trPr>
          <w:jc w:val="center"/>
        </w:trPr>
        <w:tc>
          <w:tcPr>
            <w:tcW w:w="680" w:type="dxa"/>
          </w:tcPr>
          <w:p w14:paraId="2696EB81" w14:textId="77777777" w:rsidR="006633E6" w:rsidRPr="001F0542" w:rsidRDefault="00000000">
            <w:pPr>
              <w:spacing w:after="0"/>
              <w:jc w:val="center"/>
            </w:pPr>
            <w:r w:rsidRPr="001F0542">
              <w:rPr>
                <w:color w:val="000000"/>
                <w:sz w:val="20"/>
              </w:rPr>
              <w:t>33.</w:t>
            </w:r>
          </w:p>
        </w:tc>
        <w:tc>
          <w:tcPr>
            <w:tcW w:w="5102" w:type="dxa"/>
          </w:tcPr>
          <w:p w14:paraId="06D57940" w14:textId="77777777" w:rsidR="006633E6" w:rsidRPr="001F0542" w:rsidRDefault="00000000">
            <w:pPr>
              <w:spacing w:after="0"/>
            </w:pPr>
            <w:proofErr w:type="spellStart"/>
            <w:r w:rsidRPr="001F0542">
              <w:rPr>
                <w:color w:val="000000"/>
                <w:sz w:val="20"/>
              </w:rPr>
              <w:t>Distrugerea</w:t>
            </w:r>
            <w:proofErr w:type="spellEnd"/>
            <w:r w:rsidRPr="001F0542">
              <w:rPr>
                <w:color w:val="000000"/>
                <w:sz w:val="20"/>
              </w:rPr>
              <w:t xml:space="preserve"> </w:t>
            </w:r>
            <w:proofErr w:type="spellStart"/>
            <w:r w:rsidRPr="001F0542">
              <w:rPr>
                <w:color w:val="000000"/>
                <w:sz w:val="20"/>
              </w:rPr>
              <w:t>și</w:t>
            </w:r>
            <w:proofErr w:type="spellEnd"/>
            <w:r w:rsidRPr="001F0542">
              <w:rPr>
                <w:color w:val="000000"/>
                <w:sz w:val="20"/>
              </w:rPr>
              <w:t>/</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deteriorarea</w:t>
            </w:r>
            <w:proofErr w:type="spellEnd"/>
            <w:r w:rsidRPr="001F0542">
              <w:rPr>
                <w:color w:val="000000"/>
                <w:sz w:val="20"/>
              </w:rPr>
              <w:t xml:space="preserve"> </w:t>
            </w:r>
            <w:proofErr w:type="spellStart"/>
            <w:r w:rsidRPr="001F0542">
              <w:rPr>
                <w:color w:val="000000"/>
                <w:sz w:val="20"/>
              </w:rPr>
              <w:t>prin</w:t>
            </w:r>
            <w:proofErr w:type="spellEnd"/>
            <w:r w:rsidRPr="001F0542">
              <w:rPr>
                <w:color w:val="000000"/>
                <w:sz w:val="20"/>
              </w:rPr>
              <w:t xml:space="preserve"> </w:t>
            </w:r>
            <w:proofErr w:type="spellStart"/>
            <w:r w:rsidRPr="001F0542">
              <w:rPr>
                <w:color w:val="000000"/>
                <w:sz w:val="20"/>
              </w:rPr>
              <w:t>lovire</w:t>
            </w:r>
            <w:proofErr w:type="spellEnd"/>
            <w:r w:rsidRPr="001F0542">
              <w:rPr>
                <w:color w:val="000000"/>
                <w:sz w:val="20"/>
              </w:rPr>
              <w:t xml:space="preserve"> </w:t>
            </w:r>
            <w:proofErr w:type="spellStart"/>
            <w:r w:rsidRPr="001F0542">
              <w:rPr>
                <w:color w:val="000000"/>
                <w:sz w:val="20"/>
              </w:rPr>
              <w:t>sau</w:t>
            </w:r>
            <w:proofErr w:type="spellEnd"/>
            <w:r w:rsidRPr="001F0542">
              <w:rPr>
                <w:color w:val="000000"/>
                <w:sz w:val="20"/>
              </w:rPr>
              <w:t xml:space="preserve"> </w:t>
            </w:r>
            <w:proofErr w:type="spellStart"/>
            <w:r w:rsidRPr="001F0542">
              <w:rPr>
                <w:color w:val="000000"/>
                <w:sz w:val="20"/>
              </w:rPr>
              <w:t>incendiere</w:t>
            </w:r>
            <w:proofErr w:type="spellEnd"/>
            <w:r w:rsidRPr="001F0542">
              <w:rPr>
                <w:color w:val="000000"/>
                <w:sz w:val="20"/>
              </w:rPr>
              <w:t xml:space="preserve"> a </w:t>
            </w:r>
            <w:proofErr w:type="spellStart"/>
            <w:r w:rsidRPr="001F0542">
              <w:rPr>
                <w:color w:val="000000"/>
                <w:sz w:val="20"/>
              </w:rPr>
              <w:t>containerelor</w:t>
            </w:r>
            <w:proofErr w:type="spellEnd"/>
            <w:r w:rsidRPr="001F0542">
              <w:rPr>
                <w:color w:val="000000"/>
                <w:sz w:val="20"/>
              </w:rPr>
              <w:t xml:space="preserve">, </w:t>
            </w:r>
            <w:proofErr w:type="spellStart"/>
            <w:r w:rsidRPr="001F0542">
              <w:rPr>
                <w:color w:val="000000"/>
                <w:sz w:val="20"/>
              </w:rPr>
              <w:t>pubelelor</w:t>
            </w:r>
            <w:proofErr w:type="spellEnd"/>
            <w:r w:rsidRPr="001F0542">
              <w:rPr>
                <w:color w:val="000000"/>
                <w:sz w:val="20"/>
              </w:rPr>
              <w:t xml:space="preserve">, </w:t>
            </w:r>
            <w:proofErr w:type="spellStart"/>
            <w:r w:rsidRPr="001F0542">
              <w:rPr>
                <w:color w:val="000000"/>
                <w:sz w:val="20"/>
              </w:rPr>
              <w:t>coșurilor</w:t>
            </w:r>
            <w:proofErr w:type="spellEnd"/>
            <w:r w:rsidRPr="001F0542">
              <w:rPr>
                <w:color w:val="000000"/>
                <w:sz w:val="20"/>
              </w:rPr>
              <w:t xml:space="preserve"> de </w:t>
            </w:r>
            <w:proofErr w:type="spellStart"/>
            <w:r w:rsidRPr="001F0542">
              <w:rPr>
                <w:color w:val="000000"/>
                <w:sz w:val="20"/>
              </w:rPr>
              <w:t>gunoi</w:t>
            </w:r>
            <w:proofErr w:type="spellEnd"/>
            <w:r w:rsidRPr="001F0542">
              <w:rPr>
                <w:color w:val="000000"/>
                <w:sz w:val="20"/>
              </w:rPr>
              <w:t xml:space="preserve"> </w:t>
            </w:r>
            <w:proofErr w:type="spellStart"/>
            <w:r w:rsidRPr="001F0542">
              <w:rPr>
                <w:color w:val="000000"/>
                <w:sz w:val="20"/>
              </w:rPr>
              <w:t>stradale</w:t>
            </w:r>
            <w:proofErr w:type="spellEnd"/>
          </w:p>
        </w:tc>
        <w:tc>
          <w:tcPr>
            <w:tcW w:w="1247" w:type="dxa"/>
          </w:tcPr>
          <w:p w14:paraId="4699475E" w14:textId="77777777" w:rsidR="006633E6" w:rsidRPr="001F0542" w:rsidRDefault="00000000">
            <w:pPr>
              <w:spacing w:after="0"/>
              <w:jc w:val="center"/>
            </w:pPr>
            <w:r w:rsidRPr="001F0542">
              <w:rPr>
                <w:b/>
                <w:color w:val="000000"/>
                <w:sz w:val="20"/>
              </w:rPr>
              <w:t>300-500</w:t>
            </w:r>
          </w:p>
        </w:tc>
        <w:tc>
          <w:tcPr>
            <w:tcW w:w="1304" w:type="dxa"/>
          </w:tcPr>
          <w:p w14:paraId="0153C70E" w14:textId="77777777" w:rsidR="006633E6" w:rsidRPr="001F0542" w:rsidRDefault="00000000">
            <w:pPr>
              <w:spacing w:after="0"/>
              <w:jc w:val="center"/>
            </w:pPr>
            <w:r w:rsidRPr="001F0542">
              <w:rPr>
                <w:b/>
                <w:color w:val="000000"/>
                <w:sz w:val="20"/>
              </w:rPr>
              <w:t>1.000-5.000</w:t>
            </w:r>
          </w:p>
        </w:tc>
        <w:tc>
          <w:tcPr>
            <w:tcW w:w="1304" w:type="dxa"/>
          </w:tcPr>
          <w:p w14:paraId="060818C4" w14:textId="77777777" w:rsidR="006633E6" w:rsidRPr="001F0542" w:rsidRDefault="00000000">
            <w:pPr>
              <w:spacing w:after="0"/>
              <w:jc w:val="center"/>
            </w:pPr>
            <w:r w:rsidRPr="001F0542">
              <w:rPr>
                <w:b/>
                <w:color w:val="000000"/>
                <w:sz w:val="20"/>
              </w:rPr>
              <w:t>1.000-5.000</w:t>
            </w:r>
          </w:p>
        </w:tc>
      </w:tr>
      <w:tr w:rsidR="006633E6" w:rsidRPr="001F0542" w14:paraId="6E582F9D" w14:textId="77777777">
        <w:trPr>
          <w:jc w:val="center"/>
        </w:trPr>
        <w:tc>
          <w:tcPr>
            <w:tcW w:w="680" w:type="dxa"/>
          </w:tcPr>
          <w:p w14:paraId="546B06AF" w14:textId="77777777" w:rsidR="006633E6" w:rsidRPr="001F0542" w:rsidRDefault="00000000">
            <w:pPr>
              <w:spacing w:after="0"/>
              <w:jc w:val="center"/>
            </w:pPr>
            <w:r w:rsidRPr="001F0542">
              <w:rPr>
                <w:color w:val="000000"/>
                <w:sz w:val="20"/>
              </w:rPr>
              <w:t>34.</w:t>
            </w:r>
          </w:p>
        </w:tc>
        <w:tc>
          <w:tcPr>
            <w:tcW w:w="5102" w:type="dxa"/>
          </w:tcPr>
          <w:p w14:paraId="28EC42EA" w14:textId="77777777" w:rsidR="006633E6" w:rsidRPr="001F0542" w:rsidRDefault="00000000">
            <w:pPr>
              <w:spacing w:after="0"/>
              <w:rPr>
                <w:lang w:val="it-CH"/>
              </w:rPr>
            </w:pPr>
            <w:r w:rsidRPr="001F0542">
              <w:rPr>
                <w:color w:val="000000"/>
                <w:sz w:val="20"/>
                <w:lang w:val="it-CH"/>
              </w:rPr>
              <w:t>Abandonarea sau depozitarea deșeurilor municipale pe spațiile verzi, căile de comunicație, în locurile publice sau în alte locuri decât cele special amenajate</w:t>
            </w:r>
          </w:p>
        </w:tc>
        <w:tc>
          <w:tcPr>
            <w:tcW w:w="1247" w:type="dxa"/>
          </w:tcPr>
          <w:p w14:paraId="0ACFCE99" w14:textId="77777777" w:rsidR="006633E6" w:rsidRPr="001F0542" w:rsidRDefault="00000000">
            <w:pPr>
              <w:spacing w:after="0"/>
              <w:jc w:val="center"/>
            </w:pPr>
            <w:r w:rsidRPr="001F0542">
              <w:rPr>
                <w:b/>
                <w:color w:val="000000"/>
                <w:sz w:val="20"/>
              </w:rPr>
              <w:t>1.000-3.000</w:t>
            </w:r>
          </w:p>
        </w:tc>
        <w:tc>
          <w:tcPr>
            <w:tcW w:w="1304" w:type="dxa"/>
          </w:tcPr>
          <w:p w14:paraId="613570E9" w14:textId="77777777" w:rsidR="006633E6" w:rsidRPr="001F0542" w:rsidRDefault="00000000">
            <w:pPr>
              <w:spacing w:after="0"/>
              <w:jc w:val="center"/>
            </w:pPr>
            <w:r w:rsidRPr="001F0542">
              <w:rPr>
                <w:b/>
                <w:color w:val="000000"/>
                <w:sz w:val="20"/>
              </w:rPr>
              <w:t>3.000-5.000</w:t>
            </w:r>
          </w:p>
        </w:tc>
        <w:tc>
          <w:tcPr>
            <w:tcW w:w="1304" w:type="dxa"/>
          </w:tcPr>
          <w:p w14:paraId="5A3996B9" w14:textId="77777777" w:rsidR="006633E6" w:rsidRPr="001F0542" w:rsidRDefault="00000000">
            <w:pPr>
              <w:spacing w:after="0"/>
              <w:jc w:val="center"/>
            </w:pPr>
            <w:r w:rsidRPr="001F0542">
              <w:rPr>
                <w:b/>
                <w:color w:val="000000"/>
                <w:sz w:val="20"/>
              </w:rPr>
              <w:t>3.000-5.000</w:t>
            </w:r>
          </w:p>
        </w:tc>
      </w:tr>
      <w:tr w:rsidR="006633E6" w:rsidRPr="001F0542" w14:paraId="21D6602D" w14:textId="77777777">
        <w:trPr>
          <w:jc w:val="center"/>
        </w:trPr>
        <w:tc>
          <w:tcPr>
            <w:tcW w:w="680" w:type="dxa"/>
          </w:tcPr>
          <w:p w14:paraId="48279644" w14:textId="77777777" w:rsidR="006633E6" w:rsidRPr="001F0542" w:rsidRDefault="00000000">
            <w:pPr>
              <w:spacing w:after="0"/>
              <w:jc w:val="center"/>
            </w:pPr>
            <w:r w:rsidRPr="001F0542">
              <w:rPr>
                <w:color w:val="000000"/>
                <w:sz w:val="20"/>
              </w:rPr>
              <w:t>35.</w:t>
            </w:r>
          </w:p>
        </w:tc>
        <w:tc>
          <w:tcPr>
            <w:tcW w:w="5102" w:type="dxa"/>
          </w:tcPr>
          <w:p w14:paraId="31BC8ED6" w14:textId="77777777" w:rsidR="006633E6" w:rsidRPr="001F0542" w:rsidRDefault="00000000">
            <w:pPr>
              <w:spacing w:after="0"/>
              <w:rPr>
                <w:lang w:val="pt-PT"/>
              </w:rPr>
            </w:pPr>
            <w:r w:rsidRPr="001F0542">
              <w:rPr>
                <w:color w:val="000000"/>
                <w:sz w:val="20"/>
                <w:lang w:val="pt-PT"/>
              </w:rPr>
              <w:t>Depozitarea deșeurilor pe platformele de colectare în afara recipientelor și nemenținerea curățeniei pe platforme</w:t>
            </w:r>
          </w:p>
        </w:tc>
        <w:tc>
          <w:tcPr>
            <w:tcW w:w="1247" w:type="dxa"/>
          </w:tcPr>
          <w:p w14:paraId="29C0834E" w14:textId="77777777" w:rsidR="006633E6" w:rsidRPr="001F0542" w:rsidRDefault="00000000">
            <w:pPr>
              <w:spacing w:after="0"/>
              <w:jc w:val="center"/>
            </w:pPr>
            <w:r w:rsidRPr="001F0542">
              <w:rPr>
                <w:b/>
                <w:color w:val="000000"/>
                <w:sz w:val="20"/>
              </w:rPr>
              <w:t>500-1.000</w:t>
            </w:r>
          </w:p>
        </w:tc>
        <w:tc>
          <w:tcPr>
            <w:tcW w:w="1304" w:type="dxa"/>
          </w:tcPr>
          <w:p w14:paraId="597A1FD3" w14:textId="77777777" w:rsidR="006633E6" w:rsidRPr="001F0542" w:rsidRDefault="00000000">
            <w:pPr>
              <w:spacing w:after="0"/>
              <w:jc w:val="center"/>
            </w:pPr>
            <w:r w:rsidRPr="001F0542">
              <w:rPr>
                <w:b/>
                <w:color w:val="000000"/>
                <w:sz w:val="20"/>
              </w:rPr>
              <w:t>1.000-3.000</w:t>
            </w:r>
          </w:p>
        </w:tc>
        <w:tc>
          <w:tcPr>
            <w:tcW w:w="1304" w:type="dxa"/>
          </w:tcPr>
          <w:p w14:paraId="3D23CF59" w14:textId="77777777" w:rsidR="006633E6" w:rsidRPr="001F0542" w:rsidRDefault="00000000">
            <w:pPr>
              <w:spacing w:after="0"/>
              <w:jc w:val="center"/>
            </w:pPr>
            <w:r w:rsidRPr="001F0542">
              <w:rPr>
                <w:b/>
                <w:color w:val="000000"/>
                <w:sz w:val="20"/>
              </w:rPr>
              <w:t>1.000-3.000</w:t>
            </w:r>
          </w:p>
        </w:tc>
      </w:tr>
      <w:tr w:rsidR="006633E6" w:rsidRPr="001F0542" w14:paraId="04F4715E" w14:textId="77777777">
        <w:trPr>
          <w:jc w:val="center"/>
        </w:trPr>
        <w:tc>
          <w:tcPr>
            <w:tcW w:w="680" w:type="dxa"/>
          </w:tcPr>
          <w:p w14:paraId="383465D4" w14:textId="77777777" w:rsidR="006633E6" w:rsidRPr="001F0542" w:rsidRDefault="00000000">
            <w:pPr>
              <w:spacing w:after="0"/>
              <w:jc w:val="center"/>
            </w:pPr>
            <w:r w:rsidRPr="001F0542">
              <w:rPr>
                <w:color w:val="000000"/>
                <w:sz w:val="20"/>
              </w:rPr>
              <w:t>36.</w:t>
            </w:r>
          </w:p>
        </w:tc>
        <w:tc>
          <w:tcPr>
            <w:tcW w:w="5102" w:type="dxa"/>
          </w:tcPr>
          <w:p w14:paraId="4D335ACB" w14:textId="77777777" w:rsidR="006633E6" w:rsidRPr="001F0542" w:rsidRDefault="00000000">
            <w:pPr>
              <w:spacing w:after="0"/>
            </w:pPr>
            <w:proofErr w:type="spellStart"/>
            <w:r w:rsidRPr="001F0542">
              <w:rPr>
                <w:color w:val="000000"/>
                <w:sz w:val="20"/>
              </w:rPr>
              <w:t>Depunerea</w:t>
            </w:r>
            <w:proofErr w:type="spellEnd"/>
            <w:r w:rsidRPr="001F0542">
              <w:rPr>
                <w:color w:val="000000"/>
                <w:sz w:val="20"/>
              </w:rPr>
              <w:t xml:space="preserve"> </w:t>
            </w:r>
            <w:proofErr w:type="spellStart"/>
            <w:r w:rsidRPr="001F0542">
              <w:rPr>
                <w:color w:val="000000"/>
                <w:sz w:val="20"/>
              </w:rPr>
              <w:t>în</w:t>
            </w:r>
            <w:proofErr w:type="spellEnd"/>
            <w:r w:rsidRPr="001F0542">
              <w:rPr>
                <w:color w:val="000000"/>
                <w:sz w:val="20"/>
              </w:rPr>
              <w:t xml:space="preserve"> </w:t>
            </w:r>
            <w:proofErr w:type="spellStart"/>
            <w:r w:rsidRPr="001F0542">
              <w:rPr>
                <w:color w:val="000000"/>
                <w:sz w:val="20"/>
              </w:rPr>
              <w:t>recipientele</w:t>
            </w:r>
            <w:proofErr w:type="spellEnd"/>
            <w:r w:rsidRPr="001F0542">
              <w:rPr>
                <w:color w:val="000000"/>
                <w:sz w:val="20"/>
              </w:rPr>
              <w:t xml:space="preserve"> de </w:t>
            </w:r>
            <w:proofErr w:type="spellStart"/>
            <w:r w:rsidRPr="001F0542">
              <w:rPr>
                <w:color w:val="000000"/>
                <w:sz w:val="20"/>
              </w:rPr>
              <w:t>precolectare</w:t>
            </w:r>
            <w:proofErr w:type="spellEnd"/>
            <w:r w:rsidRPr="001F0542">
              <w:rPr>
                <w:color w:val="000000"/>
                <w:sz w:val="20"/>
              </w:rPr>
              <w:t xml:space="preserve"> a </w:t>
            </w:r>
            <w:proofErr w:type="spellStart"/>
            <w:r w:rsidRPr="001F0542">
              <w:rPr>
                <w:color w:val="000000"/>
                <w:sz w:val="20"/>
              </w:rPr>
              <w:t>deșeurilor</w:t>
            </w:r>
            <w:proofErr w:type="spellEnd"/>
            <w:r w:rsidRPr="001F0542">
              <w:rPr>
                <w:color w:val="000000"/>
                <w:sz w:val="20"/>
              </w:rPr>
              <w:t xml:space="preserve"> </w:t>
            </w:r>
            <w:proofErr w:type="spellStart"/>
            <w:r w:rsidRPr="001F0542">
              <w:rPr>
                <w:color w:val="000000"/>
                <w:sz w:val="20"/>
              </w:rPr>
              <w:t>municipale</w:t>
            </w:r>
            <w:proofErr w:type="spellEnd"/>
            <w:r w:rsidRPr="001F0542">
              <w:rPr>
                <w:color w:val="000000"/>
                <w:sz w:val="20"/>
              </w:rPr>
              <w:t xml:space="preserve"> de pe </w:t>
            </w:r>
            <w:proofErr w:type="spellStart"/>
            <w:r w:rsidRPr="001F0542">
              <w:rPr>
                <w:color w:val="000000"/>
                <w:sz w:val="20"/>
              </w:rPr>
              <w:t>platformele</w:t>
            </w:r>
            <w:proofErr w:type="spellEnd"/>
            <w:r w:rsidRPr="001F0542">
              <w:rPr>
                <w:color w:val="000000"/>
                <w:sz w:val="20"/>
              </w:rPr>
              <w:t xml:space="preserve"> </w:t>
            </w:r>
            <w:proofErr w:type="spellStart"/>
            <w:r w:rsidRPr="001F0542">
              <w:rPr>
                <w:color w:val="000000"/>
                <w:sz w:val="20"/>
              </w:rPr>
              <w:t>amenajate</w:t>
            </w:r>
            <w:proofErr w:type="spellEnd"/>
            <w:r w:rsidRPr="001F0542">
              <w:rPr>
                <w:color w:val="000000"/>
                <w:sz w:val="20"/>
              </w:rPr>
              <w:t xml:space="preserve"> pe </w:t>
            </w:r>
            <w:proofErr w:type="spellStart"/>
            <w:r w:rsidRPr="001F0542">
              <w:rPr>
                <w:color w:val="000000"/>
                <w:sz w:val="20"/>
              </w:rPr>
              <w:t>domeniul</w:t>
            </w:r>
            <w:proofErr w:type="spellEnd"/>
            <w:r w:rsidRPr="001F0542">
              <w:rPr>
                <w:color w:val="000000"/>
                <w:sz w:val="20"/>
              </w:rPr>
              <w:t xml:space="preserve"> public, a </w:t>
            </w:r>
            <w:proofErr w:type="spellStart"/>
            <w:r w:rsidRPr="001F0542">
              <w:rPr>
                <w:color w:val="000000"/>
                <w:sz w:val="20"/>
              </w:rPr>
              <w:t>deșeurilor</w:t>
            </w:r>
            <w:proofErr w:type="spellEnd"/>
            <w:r w:rsidRPr="001F0542">
              <w:rPr>
                <w:color w:val="000000"/>
                <w:sz w:val="20"/>
              </w:rPr>
              <w:t xml:space="preserve"> </w:t>
            </w:r>
            <w:proofErr w:type="spellStart"/>
            <w:r w:rsidRPr="001F0542">
              <w:rPr>
                <w:color w:val="000000"/>
                <w:sz w:val="20"/>
              </w:rPr>
              <w:t>animaliere</w:t>
            </w:r>
            <w:proofErr w:type="spellEnd"/>
            <w:r w:rsidRPr="001F0542">
              <w:rPr>
                <w:color w:val="000000"/>
                <w:sz w:val="20"/>
              </w:rPr>
              <w:t xml:space="preserve"> (</w:t>
            </w:r>
            <w:proofErr w:type="spellStart"/>
            <w:r w:rsidRPr="001F0542">
              <w:rPr>
                <w:color w:val="000000"/>
                <w:sz w:val="20"/>
              </w:rPr>
              <w:t>dejecții</w:t>
            </w:r>
            <w:proofErr w:type="spellEnd"/>
            <w:r w:rsidRPr="001F0542">
              <w:rPr>
                <w:color w:val="000000"/>
                <w:sz w:val="20"/>
              </w:rPr>
              <w:t xml:space="preserve">, </w:t>
            </w:r>
            <w:proofErr w:type="spellStart"/>
            <w:r w:rsidRPr="001F0542">
              <w:rPr>
                <w:color w:val="000000"/>
                <w:sz w:val="20"/>
              </w:rPr>
              <w:t>cadavre</w:t>
            </w:r>
            <w:proofErr w:type="spellEnd"/>
            <w:r w:rsidRPr="001F0542">
              <w:rPr>
                <w:color w:val="000000"/>
                <w:sz w:val="20"/>
              </w:rPr>
              <w:t xml:space="preserve"> de </w:t>
            </w:r>
            <w:proofErr w:type="spellStart"/>
            <w:r w:rsidRPr="001F0542">
              <w:rPr>
                <w:color w:val="000000"/>
                <w:sz w:val="20"/>
              </w:rPr>
              <w:t>animale</w:t>
            </w:r>
            <w:proofErr w:type="spellEnd"/>
            <w:r w:rsidRPr="001F0542">
              <w:rPr>
                <w:color w:val="000000"/>
                <w:sz w:val="20"/>
              </w:rPr>
              <w:t>/</w:t>
            </w:r>
            <w:proofErr w:type="spellStart"/>
            <w:r w:rsidRPr="001F0542">
              <w:rPr>
                <w:color w:val="000000"/>
                <w:sz w:val="20"/>
              </w:rPr>
              <w:t>păsări</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de </w:t>
            </w:r>
            <w:proofErr w:type="spellStart"/>
            <w:r w:rsidRPr="001F0542">
              <w:rPr>
                <w:color w:val="000000"/>
                <w:sz w:val="20"/>
              </w:rPr>
              <w:t>construcții</w:t>
            </w:r>
            <w:proofErr w:type="spellEnd"/>
            <w:r w:rsidRPr="001F0542">
              <w:rPr>
                <w:color w:val="000000"/>
                <w:sz w:val="20"/>
              </w:rPr>
              <w:t>/</w:t>
            </w:r>
            <w:proofErr w:type="spellStart"/>
            <w:r w:rsidRPr="001F0542">
              <w:rPr>
                <w:color w:val="000000"/>
                <w:sz w:val="20"/>
              </w:rPr>
              <w:t>demolări</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w:t>
            </w:r>
            <w:proofErr w:type="spellStart"/>
            <w:r w:rsidRPr="001F0542">
              <w:rPr>
                <w:color w:val="000000"/>
                <w:sz w:val="20"/>
              </w:rPr>
              <w:t>vegetale</w:t>
            </w:r>
            <w:proofErr w:type="spellEnd"/>
            <w:r w:rsidRPr="001F0542">
              <w:rPr>
                <w:color w:val="000000"/>
                <w:sz w:val="20"/>
              </w:rPr>
              <w:t xml:space="preserve">, </w:t>
            </w:r>
            <w:proofErr w:type="spellStart"/>
            <w:r w:rsidRPr="001F0542">
              <w:rPr>
                <w:color w:val="000000"/>
                <w:sz w:val="20"/>
              </w:rPr>
              <w:t>deșeuri</w:t>
            </w:r>
            <w:proofErr w:type="spellEnd"/>
            <w:r w:rsidRPr="001F0542">
              <w:rPr>
                <w:color w:val="000000"/>
                <w:sz w:val="20"/>
              </w:rPr>
              <w:t xml:space="preserve"> </w:t>
            </w:r>
            <w:proofErr w:type="spellStart"/>
            <w:r w:rsidRPr="001F0542">
              <w:rPr>
                <w:color w:val="000000"/>
                <w:sz w:val="20"/>
              </w:rPr>
              <w:t>periculoase</w:t>
            </w:r>
            <w:proofErr w:type="spellEnd"/>
            <w:r w:rsidRPr="001F0542">
              <w:rPr>
                <w:color w:val="000000"/>
                <w:sz w:val="20"/>
              </w:rPr>
              <w:t>, etc.</w:t>
            </w:r>
          </w:p>
        </w:tc>
        <w:tc>
          <w:tcPr>
            <w:tcW w:w="1247" w:type="dxa"/>
          </w:tcPr>
          <w:p w14:paraId="462F0359" w14:textId="77777777" w:rsidR="006633E6" w:rsidRPr="001F0542" w:rsidRDefault="00000000">
            <w:pPr>
              <w:spacing w:after="0"/>
              <w:jc w:val="center"/>
            </w:pPr>
            <w:r w:rsidRPr="001F0542">
              <w:rPr>
                <w:b/>
                <w:color w:val="000000"/>
                <w:sz w:val="20"/>
              </w:rPr>
              <w:t>1.000-3.000</w:t>
            </w:r>
          </w:p>
        </w:tc>
        <w:tc>
          <w:tcPr>
            <w:tcW w:w="1304" w:type="dxa"/>
          </w:tcPr>
          <w:p w14:paraId="14A052DD" w14:textId="77777777" w:rsidR="006633E6" w:rsidRPr="001F0542" w:rsidRDefault="00000000">
            <w:pPr>
              <w:spacing w:after="0"/>
              <w:jc w:val="center"/>
            </w:pPr>
            <w:r w:rsidRPr="001F0542">
              <w:rPr>
                <w:b/>
                <w:color w:val="000000"/>
                <w:sz w:val="20"/>
              </w:rPr>
              <w:t>3.000-5.000</w:t>
            </w:r>
          </w:p>
        </w:tc>
        <w:tc>
          <w:tcPr>
            <w:tcW w:w="1304" w:type="dxa"/>
          </w:tcPr>
          <w:p w14:paraId="6597A07B" w14:textId="77777777" w:rsidR="006633E6" w:rsidRPr="001F0542" w:rsidRDefault="00000000">
            <w:pPr>
              <w:spacing w:after="0"/>
              <w:jc w:val="center"/>
            </w:pPr>
            <w:r w:rsidRPr="001F0542">
              <w:rPr>
                <w:b/>
                <w:color w:val="000000"/>
                <w:sz w:val="20"/>
              </w:rPr>
              <w:t>3.000-5.000</w:t>
            </w:r>
          </w:p>
        </w:tc>
      </w:tr>
      <w:tr w:rsidR="006633E6" w14:paraId="0DCCAF90" w14:textId="77777777">
        <w:trPr>
          <w:jc w:val="center"/>
        </w:trPr>
        <w:tc>
          <w:tcPr>
            <w:tcW w:w="680" w:type="dxa"/>
          </w:tcPr>
          <w:p w14:paraId="30ADDF18" w14:textId="77777777" w:rsidR="006633E6" w:rsidRPr="001F0542" w:rsidRDefault="00000000">
            <w:pPr>
              <w:spacing w:after="0"/>
              <w:jc w:val="center"/>
            </w:pPr>
            <w:r w:rsidRPr="001F0542">
              <w:rPr>
                <w:color w:val="000000"/>
                <w:sz w:val="20"/>
              </w:rPr>
              <w:t>37.</w:t>
            </w:r>
          </w:p>
        </w:tc>
        <w:tc>
          <w:tcPr>
            <w:tcW w:w="5102" w:type="dxa"/>
          </w:tcPr>
          <w:p w14:paraId="19545B30" w14:textId="77777777" w:rsidR="006633E6" w:rsidRPr="001F0542" w:rsidRDefault="00000000">
            <w:pPr>
              <w:spacing w:after="0"/>
              <w:rPr>
                <w:lang w:val="pt-PT"/>
              </w:rPr>
            </w:pPr>
            <w:r w:rsidRPr="001F0542">
              <w:rPr>
                <w:color w:val="000000"/>
                <w:sz w:val="20"/>
                <w:lang w:val="pt-PT"/>
              </w:rPr>
              <w:t>Neasigurarea sau obstrucționarea/blocarea căilor de acces către platformele de colectare pentru mijloacele de transport ale operatorilor.</w:t>
            </w:r>
          </w:p>
        </w:tc>
        <w:tc>
          <w:tcPr>
            <w:tcW w:w="1247" w:type="dxa"/>
          </w:tcPr>
          <w:p w14:paraId="543AEE25" w14:textId="77777777" w:rsidR="006633E6" w:rsidRPr="001F0542" w:rsidRDefault="00000000">
            <w:pPr>
              <w:spacing w:after="0"/>
              <w:jc w:val="center"/>
            </w:pPr>
            <w:r w:rsidRPr="001F0542">
              <w:rPr>
                <w:b/>
                <w:color w:val="000000"/>
                <w:sz w:val="20"/>
              </w:rPr>
              <w:t>200-500</w:t>
            </w:r>
          </w:p>
        </w:tc>
        <w:tc>
          <w:tcPr>
            <w:tcW w:w="1304" w:type="dxa"/>
          </w:tcPr>
          <w:p w14:paraId="73CED3A3" w14:textId="77777777" w:rsidR="006633E6" w:rsidRPr="001F0542" w:rsidRDefault="00000000">
            <w:pPr>
              <w:spacing w:after="0"/>
              <w:jc w:val="center"/>
            </w:pPr>
            <w:r w:rsidRPr="001F0542">
              <w:rPr>
                <w:b/>
                <w:color w:val="000000"/>
                <w:sz w:val="20"/>
              </w:rPr>
              <w:t>500-1.000</w:t>
            </w:r>
          </w:p>
        </w:tc>
        <w:tc>
          <w:tcPr>
            <w:tcW w:w="1304" w:type="dxa"/>
          </w:tcPr>
          <w:p w14:paraId="6099F805" w14:textId="77777777" w:rsidR="006633E6" w:rsidRDefault="00000000">
            <w:pPr>
              <w:spacing w:after="0"/>
              <w:jc w:val="center"/>
            </w:pPr>
            <w:r w:rsidRPr="001F0542">
              <w:rPr>
                <w:b/>
                <w:color w:val="000000"/>
                <w:sz w:val="20"/>
              </w:rPr>
              <w:t>500-1.000</w:t>
            </w:r>
          </w:p>
        </w:tc>
      </w:tr>
      <w:tr w:rsidR="006633E6" w14:paraId="2A68AB5A" w14:textId="77777777">
        <w:trPr>
          <w:jc w:val="center"/>
        </w:trPr>
        <w:tc>
          <w:tcPr>
            <w:tcW w:w="680" w:type="dxa"/>
          </w:tcPr>
          <w:p w14:paraId="0077CF54" w14:textId="77777777" w:rsidR="006633E6" w:rsidRPr="00223B75" w:rsidRDefault="00000000">
            <w:pPr>
              <w:spacing w:after="0"/>
              <w:jc w:val="center"/>
            </w:pPr>
            <w:r w:rsidRPr="00223B75">
              <w:rPr>
                <w:color w:val="000000"/>
                <w:sz w:val="20"/>
              </w:rPr>
              <w:lastRenderedPageBreak/>
              <w:t>38.</w:t>
            </w:r>
          </w:p>
        </w:tc>
        <w:tc>
          <w:tcPr>
            <w:tcW w:w="5102" w:type="dxa"/>
          </w:tcPr>
          <w:p w14:paraId="0F597CD8" w14:textId="77777777" w:rsidR="006633E6" w:rsidRDefault="00000000">
            <w:pPr>
              <w:spacing w:after="0"/>
            </w:pPr>
            <w:proofErr w:type="spellStart"/>
            <w:r>
              <w:rPr>
                <w:color w:val="000000"/>
                <w:sz w:val="20"/>
              </w:rPr>
              <w:t>Depozitarea</w:t>
            </w:r>
            <w:proofErr w:type="spellEnd"/>
            <w:r>
              <w:rPr>
                <w:color w:val="000000"/>
                <w:sz w:val="20"/>
              </w:rPr>
              <w:t xml:space="preserve"> </w:t>
            </w:r>
            <w:proofErr w:type="spellStart"/>
            <w:r>
              <w:rPr>
                <w:color w:val="000000"/>
                <w:sz w:val="20"/>
              </w:rPr>
              <w:t>materialelor</w:t>
            </w:r>
            <w:proofErr w:type="spellEnd"/>
            <w:r>
              <w:rPr>
                <w:color w:val="000000"/>
                <w:sz w:val="20"/>
              </w:rPr>
              <w:t xml:space="preserve"> de </w:t>
            </w:r>
            <w:proofErr w:type="spellStart"/>
            <w:r>
              <w:rPr>
                <w:color w:val="000000"/>
                <w:sz w:val="20"/>
              </w:rPr>
              <w:t>construcții</w:t>
            </w:r>
            <w:proofErr w:type="spellEnd"/>
            <w:r>
              <w:rPr>
                <w:color w:val="000000"/>
                <w:sz w:val="20"/>
              </w:rPr>
              <w:t xml:space="preserve"> pe </w:t>
            </w:r>
            <w:proofErr w:type="spellStart"/>
            <w:r>
              <w:rPr>
                <w:color w:val="000000"/>
                <w:sz w:val="20"/>
              </w:rPr>
              <w:t>domeniul</w:t>
            </w:r>
            <w:proofErr w:type="spellEnd"/>
            <w:r>
              <w:rPr>
                <w:color w:val="000000"/>
                <w:sz w:val="20"/>
              </w:rPr>
              <w:t xml:space="preserve"> public </w:t>
            </w:r>
            <w:proofErr w:type="spellStart"/>
            <w:r>
              <w:rPr>
                <w:color w:val="000000"/>
                <w:sz w:val="20"/>
              </w:rPr>
              <w:t>sau</w:t>
            </w:r>
            <w:proofErr w:type="spellEnd"/>
            <w:r>
              <w:rPr>
                <w:color w:val="000000"/>
                <w:sz w:val="20"/>
              </w:rPr>
              <w:t xml:space="preserve"> </w:t>
            </w:r>
            <w:proofErr w:type="spellStart"/>
            <w:r>
              <w:rPr>
                <w:color w:val="000000"/>
                <w:sz w:val="20"/>
              </w:rPr>
              <w:t>privat</w:t>
            </w:r>
            <w:proofErr w:type="spellEnd"/>
            <w:r>
              <w:rPr>
                <w:color w:val="000000"/>
                <w:sz w:val="20"/>
              </w:rPr>
              <w:t xml:space="preserve"> al </w:t>
            </w:r>
            <w:proofErr w:type="spellStart"/>
            <w:r>
              <w:rPr>
                <w:color w:val="000000"/>
                <w:sz w:val="20"/>
              </w:rPr>
              <w:t>localității</w:t>
            </w:r>
            <w:proofErr w:type="spellEnd"/>
            <w:r>
              <w:rPr>
                <w:color w:val="000000"/>
                <w:sz w:val="20"/>
              </w:rPr>
              <w:t xml:space="preserve">, </w:t>
            </w:r>
            <w:proofErr w:type="spellStart"/>
            <w:r>
              <w:rPr>
                <w:color w:val="000000"/>
                <w:sz w:val="20"/>
              </w:rPr>
              <w:t>fără</w:t>
            </w:r>
            <w:proofErr w:type="spellEnd"/>
            <w:r>
              <w:rPr>
                <w:color w:val="000000"/>
                <w:sz w:val="20"/>
              </w:rPr>
              <w:t xml:space="preserve"> </w:t>
            </w:r>
            <w:proofErr w:type="spellStart"/>
            <w:r>
              <w:rPr>
                <w:color w:val="000000"/>
                <w:sz w:val="20"/>
              </w:rPr>
              <w:t>aprobarea</w:t>
            </w:r>
            <w:proofErr w:type="spellEnd"/>
            <w:r>
              <w:rPr>
                <w:color w:val="000000"/>
                <w:sz w:val="20"/>
              </w:rPr>
              <w:t xml:space="preserve"> </w:t>
            </w:r>
            <w:proofErr w:type="spellStart"/>
            <w:r>
              <w:rPr>
                <w:color w:val="000000"/>
                <w:sz w:val="20"/>
              </w:rPr>
              <w:t>prealabilă</w:t>
            </w:r>
            <w:proofErr w:type="spellEnd"/>
            <w:r>
              <w:rPr>
                <w:color w:val="000000"/>
                <w:sz w:val="20"/>
              </w:rPr>
              <w:t xml:space="preserve"> </w:t>
            </w:r>
            <w:proofErr w:type="gramStart"/>
            <w:r>
              <w:rPr>
                <w:color w:val="000000"/>
                <w:sz w:val="20"/>
              </w:rPr>
              <w:t>a</w:t>
            </w:r>
            <w:proofErr w:type="gramEnd"/>
            <w:r>
              <w:rPr>
                <w:color w:val="000000"/>
                <w:sz w:val="20"/>
              </w:rPr>
              <w:t xml:space="preserve"> </w:t>
            </w:r>
            <w:proofErr w:type="spellStart"/>
            <w:r>
              <w:rPr>
                <w:color w:val="000000"/>
                <w:sz w:val="20"/>
              </w:rPr>
              <w:t>administrației</w:t>
            </w:r>
            <w:proofErr w:type="spellEnd"/>
            <w:r>
              <w:rPr>
                <w:color w:val="000000"/>
                <w:sz w:val="20"/>
              </w:rPr>
              <w:t xml:space="preserve"> </w:t>
            </w:r>
            <w:proofErr w:type="spellStart"/>
            <w:r>
              <w:rPr>
                <w:color w:val="000000"/>
                <w:sz w:val="20"/>
              </w:rPr>
              <w:t>publice</w:t>
            </w:r>
            <w:proofErr w:type="spellEnd"/>
            <w:r>
              <w:rPr>
                <w:color w:val="000000"/>
                <w:sz w:val="20"/>
              </w:rPr>
              <w:t xml:space="preserve"> locale</w:t>
            </w:r>
          </w:p>
        </w:tc>
        <w:tc>
          <w:tcPr>
            <w:tcW w:w="1247" w:type="dxa"/>
          </w:tcPr>
          <w:p w14:paraId="77172E34" w14:textId="77777777" w:rsidR="006633E6" w:rsidRDefault="00000000">
            <w:pPr>
              <w:spacing w:after="0"/>
              <w:jc w:val="center"/>
            </w:pPr>
            <w:r>
              <w:rPr>
                <w:b/>
                <w:color w:val="000000"/>
                <w:sz w:val="20"/>
              </w:rPr>
              <w:t>500-1.000</w:t>
            </w:r>
          </w:p>
        </w:tc>
        <w:tc>
          <w:tcPr>
            <w:tcW w:w="1304" w:type="dxa"/>
          </w:tcPr>
          <w:p w14:paraId="4F546E06" w14:textId="77777777" w:rsidR="006633E6" w:rsidRDefault="00000000">
            <w:pPr>
              <w:spacing w:after="0"/>
              <w:jc w:val="center"/>
            </w:pPr>
            <w:r>
              <w:rPr>
                <w:b/>
                <w:color w:val="000000"/>
                <w:sz w:val="20"/>
              </w:rPr>
              <w:t>1.000-3.000</w:t>
            </w:r>
          </w:p>
        </w:tc>
        <w:tc>
          <w:tcPr>
            <w:tcW w:w="1304" w:type="dxa"/>
          </w:tcPr>
          <w:p w14:paraId="750DB86A" w14:textId="77777777" w:rsidR="006633E6" w:rsidRDefault="00000000">
            <w:pPr>
              <w:spacing w:after="0"/>
              <w:jc w:val="center"/>
            </w:pPr>
            <w:r>
              <w:rPr>
                <w:b/>
                <w:color w:val="000000"/>
                <w:sz w:val="20"/>
              </w:rPr>
              <w:t>1.000-3.000</w:t>
            </w:r>
          </w:p>
        </w:tc>
      </w:tr>
      <w:tr w:rsidR="006633E6" w14:paraId="7337065A" w14:textId="77777777">
        <w:trPr>
          <w:jc w:val="center"/>
        </w:trPr>
        <w:tc>
          <w:tcPr>
            <w:tcW w:w="680" w:type="dxa"/>
          </w:tcPr>
          <w:p w14:paraId="0C826474" w14:textId="77777777" w:rsidR="006633E6" w:rsidRPr="00223B75" w:rsidRDefault="00000000">
            <w:pPr>
              <w:spacing w:after="0"/>
              <w:jc w:val="center"/>
            </w:pPr>
            <w:r w:rsidRPr="00223B75">
              <w:rPr>
                <w:color w:val="000000"/>
                <w:sz w:val="20"/>
              </w:rPr>
              <w:t>39.</w:t>
            </w:r>
          </w:p>
        </w:tc>
        <w:tc>
          <w:tcPr>
            <w:tcW w:w="5102" w:type="dxa"/>
          </w:tcPr>
          <w:p w14:paraId="015477EF" w14:textId="77777777" w:rsidR="006633E6" w:rsidRPr="00DD198D" w:rsidRDefault="00000000">
            <w:pPr>
              <w:spacing w:after="0"/>
              <w:rPr>
                <w:lang w:val="it-CH"/>
              </w:rPr>
            </w:pPr>
            <w:r w:rsidRPr="00DD198D">
              <w:rPr>
                <w:color w:val="000000"/>
                <w:sz w:val="20"/>
                <w:lang w:val="it-CH"/>
              </w:rPr>
              <w:t>Utilizarea recipientelor pentru deșeuri reciclabile în alte scopuri decât cele pentru care sunt destinate</w:t>
            </w:r>
          </w:p>
        </w:tc>
        <w:tc>
          <w:tcPr>
            <w:tcW w:w="1247" w:type="dxa"/>
          </w:tcPr>
          <w:p w14:paraId="2089AB5F" w14:textId="77777777" w:rsidR="006633E6" w:rsidRDefault="00000000">
            <w:pPr>
              <w:spacing w:after="0"/>
              <w:jc w:val="center"/>
            </w:pPr>
            <w:r>
              <w:rPr>
                <w:b/>
                <w:color w:val="000000"/>
                <w:sz w:val="20"/>
              </w:rPr>
              <w:t>100-200</w:t>
            </w:r>
          </w:p>
        </w:tc>
        <w:tc>
          <w:tcPr>
            <w:tcW w:w="1304" w:type="dxa"/>
          </w:tcPr>
          <w:p w14:paraId="5C80210C" w14:textId="77777777" w:rsidR="006633E6" w:rsidRDefault="00000000">
            <w:pPr>
              <w:spacing w:after="0"/>
              <w:jc w:val="center"/>
            </w:pPr>
            <w:r>
              <w:rPr>
                <w:b/>
                <w:color w:val="000000"/>
                <w:sz w:val="20"/>
              </w:rPr>
              <w:t>500-1.000</w:t>
            </w:r>
          </w:p>
        </w:tc>
        <w:tc>
          <w:tcPr>
            <w:tcW w:w="1304" w:type="dxa"/>
          </w:tcPr>
          <w:p w14:paraId="3A809DEB" w14:textId="77777777" w:rsidR="006633E6" w:rsidRDefault="00000000">
            <w:pPr>
              <w:spacing w:after="0"/>
              <w:jc w:val="center"/>
            </w:pPr>
            <w:r>
              <w:rPr>
                <w:b/>
                <w:color w:val="000000"/>
                <w:sz w:val="20"/>
              </w:rPr>
              <w:t>500-1.000</w:t>
            </w:r>
          </w:p>
        </w:tc>
      </w:tr>
      <w:tr w:rsidR="006633E6" w14:paraId="75B465F4" w14:textId="77777777">
        <w:trPr>
          <w:jc w:val="center"/>
        </w:trPr>
        <w:tc>
          <w:tcPr>
            <w:tcW w:w="680" w:type="dxa"/>
          </w:tcPr>
          <w:p w14:paraId="20FB9D90" w14:textId="77777777" w:rsidR="006633E6" w:rsidRPr="00223B75" w:rsidRDefault="00000000">
            <w:pPr>
              <w:spacing w:after="0"/>
              <w:jc w:val="center"/>
            </w:pPr>
            <w:r w:rsidRPr="00223B75">
              <w:rPr>
                <w:color w:val="000000"/>
                <w:sz w:val="20"/>
              </w:rPr>
              <w:t>40.</w:t>
            </w:r>
          </w:p>
        </w:tc>
        <w:tc>
          <w:tcPr>
            <w:tcW w:w="5102" w:type="dxa"/>
          </w:tcPr>
          <w:p w14:paraId="6FD86252" w14:textId="77777777" w:rsidR="006633E6" w:rsidRPr="00DD198D" w:rsidRDefault="00000000">
            <w:pPr>
              <w:spacing w:after="0"/>
              <w:rPr>
                <w:lang w:val="pt-PT"/>
              </w:rPr>
            </w:pPr>
            <w:r w:rsidRPr="00DD198D">
              <w:rPr>
                <w:color w:val="000000"/>
                <w:sz w:val="20"/>
                <w:lang w:val="pt-PT"/>
              </w:rPr>
              <w:t>Deteriorarea și/sau sustragerea recipienților/părți ale acestora, aflate în punctele de precolectare</w:t>
            </w:r>
          </w:p>
        </w:tc>
        <w:tc>
          <w:tcPr>
            <w:tcW w:w="1247" w:type="dxa"/>
          </w:tcPr>
          <w:p w14:paraId="5B40C8CB" w14:textId="77777777" w:rsidR="006633E6" w:rsidRDefault="00000000">
            <w:pPr>
              <w:spacing w:after="0"/>
              <w:jc w:val="center"/>
            </w:pPr>
            <w:r>
              <w:rPr>
                <w:b/>
                <w:color w:val="000000"/>
                <w:sz w:val="20"/>
              </w:rPr>
              <w:t>500-2.000</w:t>
            </w:r>
          </w:p>
        </w:tc>
        <w:tc>
          <w:tcPr>
            <w:tcW w:w="1304" w:type="dxa"/>
          </w:tcPr>
          <w:p w14:paraId="5F63E7E4" w14:textId="77777777" w:rsidR="006633E6" w:rsidRDefault="00000000">
            <w:pPr>
              <w:spacing w:after="0"/>
              <w:jc w:val="center"/>
            </w:pPr>
            <w:r>
              <w:rPr>
                <w:b/>
                <w:color w:val="000000"/>
                <w:sz w:val="20"/>
              </w:rPr>
              <w:t>2.000-5.000</w:t>
            </w:r>
          </w:p>
        </w:tc>
        <w:tc>
          <w:tcPr>
            <w:tcW w:w="1304" w:type="dxa"/>
          </w:tcPr>
          <w:p w14:paraId="16C3EEFF" w14:textId="77777777" w:rsidR="006633E6" w:rsidRDefault="00000000">
            <w:pPr>
              <w:spacing w:after="0"/>
              <w:jc w:val="center"/>
            </w:pPr>
            <w:r>
              <w:rPr>
                <w:b/>
                <w:color w:val="000000"/>
                <w:sz w:val="20"/>
              </w:rPr>
              <w:t>2.000-5.000</w:t>
            </w:r>
          </w:p>
        </w:tc>
      </w:tr>
      <w:tr w:rsidR="006633E6" w14:paraId="43EB8720" w14:textId="77777777">
        <w:trPr>
          <w:jc w:val="center"/>
        </w:trPr>
        <w:tc>
          <w:tcPr>
            <w:tcW w:w="680" w:type="dxa"/>
          </w:tcPr>
          <w:p w14:paraId="24B8401F" w14:textId="77777777" w:rsidR="006633E6" w:rsidRPr="00223B75" w:rsidRDefault="00000000">
            <w:pPr>
              <w:spacing w:after="0"/>
              <w:jc w:val="center"/>
            </w:pPr>
            <w:r w:rsidRPr="00223B75">
              <w:rPr>
                <w:color w:val="000000"/>
                <w:sz w:val="20"/>
              </w:rPr>
              <w:t>41.</w:t>
            </w:r>
          </w:p>
        </w:tc>
        <w:tc>
          <w:tcPr>
            <w:tcW w:w="5102" w:type="dxa"/>
          </w:tcPr>
          <w:p w14:paraId="4B80B01D" w14:textId="77777777" w:rsidR="006633E6" w:rsidRPr="00DD198D" w:rsidRDefault="00000000">
            <w:pPr>
              <w:spacing w:after="0"/>
              <w:rPr>
                <w:lang w:val="pt-PT"/>
              </w:rPr>
            </w:pPr>
            <w:r w:rsidRPr="00DD198D">
              <w:rPr>
                <w:color w:val="000000"/>
                <w:sz w:val="20"/>
                <w:lang w:val="pt-PT"/>
              </w:rPr>
              <w:t>Folosirea recipienților de colectare de pe platformele de precolectare aferente blocurilor de locuințe de către utilizatorii de la case</w:t>
            </w:r>
          </w:p>
        </w:tc>
        <w:tc>
          <w:tcPr>
            <w:tcW w:w="1247" w:type="dxa"/>
          </w:tcPr>
          <w:p w14:paraId="22F133FC" w14:textId="77777777" w:rsidR="006633E6" w:rsidRDefault="00000000">
            <w:pPr>
              <w:spacing w:after="0"/>
              <w:jc w:val="center"/>
            </w:pPr>
            <w:r>
              <w:rPr>
                <w:b/>
                <w:color w:val="000000"/>
                <w:sz w:val="20"/>
              </w:rPr>
              <w:t>500-2.000</w:t>
            </w:r>
          </w:p>
        </w:tc>
        <w:tc>
          <w:tcPr>
            <w:tcW w:w="1304" w:type="dxa"/>
          </w:tcPr>
          <w:p w14:paraId="1A641028" w14:textId="77777777" w:rsidR="006633E6" w:rsidRDefault="00000000">
            <w:pPr>
              <w:spacing w:after="0"/>
              <w:jc w:val="center"/>
            </w:pPr>
            <w:r>
              <w:rPr>
                <w:b/>
                <w:color w:val="000000"/>
                <w:sz w:val="20"/>
              </w:rPr>
              <w:t>1.000-3.000</w:t>
            </w:r>
          </w:p>
        </w:tc>
        <w:tc>
          <w:tcPr>
            <w:tcW w:w="1304" w:type="dxa"/>
          </w:tcPr>
          <w:p w14:paraId="0BCC9E8F" w14:textId="77777777" w:rsidR="006633E6" w:rsidRDefault="00000000">
            <w:pPr>
              <w:spacing w:after="0"/>
              <w:jc w:val="center"/>
            </w:pPr>
            <w:r>
              <w:rPr>
                <w:b/>
                <w:color w:val="000000"/>
                <w:sz w:val="20"/>
              </w:rPr>
              <w:t>1.000-3.000</w:t>
            </w:r>
          </w:p>
        </w:tc>
      </w:tr>
      <w:tr w:rsidR="006633E6" w14:paraId="7729D145" w14:textId="77777777">
        <w:trPr>
          <w:jc w:val="center"/>
        </w:trPr>
        <w:tc>
          <w:tcPr>
            <w:tcW w:w="680" w:type="dxa"/>
          </w:tcPr>
          <w:p w14:paraId="3DABB2CA" w14:textId="77777777" w:rsidR="006633E6" w:rsidRPr="00223B75" w:rsidRDefault="00000000">
            <w:pPr>
              <w:spacing w:after="0"/>
              <w:jc w:val="center"/>
            </w:pPr>
            <w:r w:rsidRPr="00223B75">
              <w:rPr>
                <w:color w:val="000000"/>
                <w:sz w:val="20"/>
              </w:rPr>
              <w:t>42.</w:t>
            </w:r>
          </w:p>
        </w:tc>
        <w:tc>
          <w:tcPr>
            <w:tcW w:w="5102" w:type="dxa"/>
          </w:tcPr>
          <w:p w14:paraId="7EF6B2E4" w14:textId="77777777" w:rsidR="006633E6" w:rsidRPr="00DD198D" w:rsidRDefault="00000000">
            <w:pPr>
              <w:spacing w:after="0"/>
              <w:rPr>
                <w:lang w:val="it-CH"/>
              </w:rPr>
            </w:pPr>
            <w:r w:rsidRPr="00DD198D">
              <w:rPr>
                <w:color w:val="000000"/>
                <w:sz w:val="20"/>
                <w:lang w:val="it-CH"/>
              </w:rPr>
              <w:t>Colectarea de către operatorii economici în recipiente pentru deșeurile asimilabile a deșeurilor industriale (rezultate din activitatea acestora)</w:t>
            </w:r>
          </w:p>
        </w:tc>
        <w:tc>
          <w:tcPr>
            <w:tcW w:w="1247" w:type="dxa"/>
          </w:tcPr>
          <w:p w14:paraId="5939C7EB" w14:textId="77777777" w:rsidR="006633E6" w:rsidRDefault="00000000">
            <w:pPr>
              <w:spacing w:after="0"/>
              <w:jc w:val="center"/>
            </w:pPr>
            <w:r>
              <w:rPr>
                <w:b/>
                <w:color w:val="000000"/>
                <w:sz w:val="20"/>
              </w:rPr>
              <w:t>-</w:t>
            </w:r>
          </w:p>
        </w:tc>
        <w:tc>
          <w:tcPr>
            <w:tcW w:w="1304" w:type="dxa"/>
          </w:tcPr>
          <w:p w14:paraId="18B75C36" w14:textId="77777777" w:rsidR="006633E6" w:rsidRDefault="00000000">
            <w:pPr>
              <w:spacing w:after="0"/>
              <w:jc w:val="center"/>
            </w:pPr>
            <w:r>
              <w:rPr>
                <w:b/>
                <w:color w:val="000000"/>
                <w:sz w:val="20"/>
              </w:rPr>
              <w:t>1.000-5.000</w:t>
            </w:r>
          </w:p>
        </w:tc>
        <w:tc>
          <w:tcPr>
            <w:tcW w:w="1304" w:type="dxa"/>
          </w:tcPr>
          <w:p w14:paraId="4D59554A" w14:textId="77777777" w:rsidR="006633E6" w:rsidRDefault="00000000">
            <w:pPr>
              <w:spacing w:after="0"/>
              <w:jc w:val="center"/>
            </w:pPr>
            <w:r>
              <w:rPr>
                <w:b/>
                <w:color w:val="000000"/>
                <w:sz w:val="20"/>
              </w:rPr>
              <w:t>1.000-5.000</w:t>
            </w:r>
          </w:p>
        </w:tc>
      </w:tr>
      <w:tr w:rsidR="006633E6" w14:paraId="47EF5263" w14:textId="77777777">
        <w:trPr>
          <w:jc w:val="center"/>
        </w:trPr>
        <w:tc>
          <w:tcPr>
            <w:tcW w:w="680" w:type="dxa"/>
          </w:tcPr>
          <w:p w14:paraId="1A4E38A8" w14:textId="77777777" w:rsidR="006633E6" w:rsidRPr="00C96664" w:rsidRDefault="00000000">
            <w:pPr>
              <w:spacing w:after="0"/>
              <w:jc w:val="center"/>
            </w:pPr>
            <w:r w:rsidRPr="00C96664">
              <w:rPr>
                <w:color w:val="000000"/>
                <w:sz w:val="20"/>
              </w:rPr>
              <w:t>43.</w:t>
            </w:r>
          </w:p>
        </w:tc>
        <w:tc>
          <w:tcPr>
            <w:tcW w:w="5102" w:type="dxa"/>
          </w:tcPr>
          <w:p w14:paraId="45E050C9" w14:textId="77777777" w:rsidR="006633E6" w:rsidRPr="00C96664" w:rsidRDefault="00000000">
            <w:pPr>
              <w:spacing w:after="0"/>
              <w:rPr>
                <w:lang w:val="pt-PT"/>
              </w:rPr>
            </w:pPr>
            <w:proofErr w:type="spellStart"/>
            <w:r w:rsidRPr="00C96664">
              <w:rPr>
                <w:color w:val="000000"/>
                <w:sz w:val="20"/>
              </w:rPr>
              <w:t>Abandonarea</w:t>
            </w:r>
            <w:proofErr w:type="spellEnd"/>
            <w:r w:rsidRPr="00C96664">
              <w:rPr>
                <w:color w:val="000000"/>
                <w:sz w:val="20"/>
              </w:rPr>
              <w:t xml:space="preserve">, </w:t>
            </w:r>
            <w:proofErr w:type="spellStart"/>
            <w:r w:rsidRPr="00C96664">
              <w:rPr>
                <w:color w:val="000000"/>
                <w:sz w:val="20"/>
              </w:rPr>
              <w:t>aruncarea</w:t>
            </w:r>
            <w:proofErr w:type="spellEnd"/>
            <w:r w:rsidRPr="00C96664">
              <w:rPr>
                <w:color w:val="000000"/>
                <w:sz w:val="20"/>
              </w:rPr>
              <w:t xml:space="preserve"> </w:t>
            </w:r>
            <w:proofErr w:type="spellStart"/>
            <w:r w:rsidRPr="00C96664">
              <w:rPr>
                <w:color w:val="000000"/>
                <w:sz w:val="20"/>
              </w:rPr>
              <w:t>sau</w:t>
            </w:r>
            <w:proofErr w:type="spellEnd"/>
            <w:r w:rsidRPr="00C96664">
              <w:rPr>
                <w:color w:val="000000"/>
                <w:sz w:val="20"/>
              </w:rPr>
              <w:t xml:space="preserve"> </w:t>
            </w:r>
            <w:proofErr w:type="spellStart"/>
            <w:r w:rsidRPr="00C96664">
              <w:rPr>
                <w:color w:val="000000"/>
                <w:sz w:val="20"/>
              </w:rPr>
              <w:t>ascunderea</w:t>
            </w:r>
            <w:proofErr w:type="spellEnd"/>
            <w:r w:rsidRPr="00C96664">
              <w:rPr>
                <w:color w:val="000000"/>
                <w:sz w:val="20"/>
              </w:rPr>
              <w:t xml:space="preserve"> </w:t>
            </w:r>
            <w:proofErr w:type="spellStart"/>
            <w:r w:rsidRPr="00C96664">
              <w:rPr>
                <w:color w:val="000000"/>
                <w:sz w:val="20"/>
              </w:rPr>
              <w:t>deșeurilor</w:t>
            </w:r>
            <w:proofErr w:type="spellEnd"/>
            <w:r w:rsidRPr="00C96664">
              <w:rPr>
                <w:color w:val="000000"/>
                <w:sz w:val="20"/>
              </w:rPr>
              <w:t xml:space="preserve">, </w:t>
            </w:r>
            <w:proofErr w:type="spellStart"/>
            <w:r w:rsidRPr="00C96664">
              <w:rPr>
                <w:color w:val="000000"/>
                <w:sz w:val="20"/>
              </w:rPr>
              <w:t>eliminarea</w:t>
            </w:r>
            <w:proofErr w:type="spellEnd"/>
            <w:r w:rsidRPr="00C96664">
              <w:rPr>
                <w:color w:val="000000"/>
                <w:sz w:val="20"/>
              </w:rPr>
              <w:t xml:space="preserve">, </w:t>
            </w:r>
            <w:proofErr w:type="spellStart"/>
            <w:r w:rsidRPr="00C96664">
              <w:rPr>
                <w:color w:val="000000"/>
                <w:sz w:val="20"/>
              </w:rPr>
              <w:t>deținerea</w:t>
            </w:r>
            <w:proofErr w:type="spellEnd"/>
            <w:r w:rsidRPr="00C96664">
              <w:rPr>
                <w:color w:val="000000"/>
                <w:sz w:val="20"/>
              </w:rPr>
              <w:t xml:space="preserve"> </w:t>
            </w:r>
            <w:proofErr w:type="spellStart"/>
            <w:r w:rsidRPr="00C96664">
              <w:rPr>
                <w:color w:val="000000"/>
                <w:sz w:val="20"/>
              </w:rPr>
              <w:t>ori</w:t>
            </w:r>
            <w:proofErr w:type="spellEnd"/>
            <w:r w:rsidRPr="00C96664">
              <w:rPr>
                <w:color w:val="000000"/>
                <w:sz w:val="20"/>
              </w:rPr>
              <w:t xml:space="preserve"> </w:t>
            </w:r>
            <w:proofErr w:type="spellStart"/>
            <w:r w:rsidRPr="00C96664">
              <w:rPr>
                <w:color w:val="000000"/>
                <w:sz w:val="20"/>
              </w:rPr>
              <w:t>păstrarea</w:t>
            </w:r>
            <w:proofErr w:type="spellEnd"/>
            <w:r w:rsidRPr="00C96664">
              <w:rPr>
                <w:color w:val="000000"/>
                <w:sz w:val="20"/>
              </w:rPr>
              <w:t xml:space="preserve"> </w:t>
            </w:r>
            <w:proofErr w:type="spellStart"/>
            <w:r w:rsidRPr="00C96664">
              <w:rPr>
                <w:color w:val="000000"/>
                <w:sz w:val="20"/>
              </w:rPr>
              <w:t>acestora</w:t>
            </w:r>
            <w:proofErr w:type="spellEnd"/>
            <w:r w:rsidRPr="00C96664">
              <w:rPr>
                <w:color w:val="000000"/>
                <w:sz w:val="20"/>
              </w:rPr>
              <w:t xml:space="preserve"> </w:t>
            </w:r>
            <w:proofErr w:type="spellStart"/>
            <w:r w:rsidRPr="00C96664">
              <w:rPr>
                <w:color w:val="000000"/>
                <w:sz w:val="20"/>
              </w:rPr>
              <w:t>în</w:t>
            </w:r>
            <w:proofErr w:type="spellEnd"/>
            <w:r w:rsidRPr="00C96664">
              <w:rPr>
                <w:color w:val="000000"/>
                <w:sz w:val="20"/>
              </w:rPr>
              <w:t xml:space="preserve"> afara </w:t>
            </w:r>
            <w:proofErr w:type="spellStart"/>
            <w:r w:rsidRPr="00C96664">
              <w:rPr>
                <w:color w:val="000000"/>
                <w:sz w:val="20"/>
              </w:rPr>
              <w:t>spațiilor</w:t>
            </w:r>
            <w:proofErr w:type="spellEnd"/>
            <w:r w:rsidRPr="00C96664">
              <w:rPr>
                <w:color w:val="000000"/>
                <w:sz w:val="20"/>
              </w:rPr>
              <w:t xml:space="preserve"> </w:t>
            </w:r>
            <w:proofErr w:type="spellStart"/>
            <w:r w:rsidRPr="00C96664">
              <w:rPr>
                <w:color w:val="000000"/>
                <w:sz w:val="20"/>
              </w:rPr>
              <w:t>autorizate</w:t>
            </w:r>
            <w:proofErr w:type="spellEnd"/>
            <w:r w:rsidRPr="00C96664">
              <w:rPr>
                <w:color w:val="000000"/>
                <w:sz w:val="20"/>
              </w:rPr>
              <w:t xml:space="preserve">, precum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îngroparea</w:t>
            </w:r>
            <w:proofErr w:type="spellEnd"/>
            <w:r w:rsidRPr="00C96664">
              <w:rPr>
                <w:color w:val="000000"/>
                <w:sz w:val="20"/>
              </w:rPr>
              <w:t xml:space="preserve"> </w:t>
            </w:r>
            <w:proofErr w:type="spellStart"/>
            <w:r w:rsidRPr="00C96664">
              <w:rPr>
                <w:color w:val="000000"/>
                <w:sz w:val="20"/>
              </w:rPr>
              <w:t>deșeurilor</w:t>
            </w:r>
            <w:proofErr w:type="spellEnd"/>
            <w:r w:rsidRPr="00C96664">
              <w:rPr>
                <w:color w:val="000000"/>
                <w:sz w:val="20"/>
              </w:rPr>
              <w:t xml:space="preserve"> de </w:t>
            </w:r>
            <w:proofErr w:type="spellStart"/>
            <w:r w:rsidRPr="00C96664">
              <w:rPr>
                <w:color w:val="000000"/>
                <w:sz w:val="20"/>
              </w:rPr>
              <w:t>orice</w:t>
            </w:r>
            <w:proofErr w:type="spellEnd"/>
            <w:r w:rsidRPr="00C96664">
              <w:rPr>
                <w:color w:val="000000"/>
                <w:sz w:val="20"/>
              </w:rPr>
              <w:t xml:space="preserve"> </w:t>
            </w:r>
            <w:proofErr w:type="spellStart"/>
            <w:r w:rsidRPr="00C96664">
              <w:rPr>
                <w:color w:val="000000"/>
                <w:sz w:val="20"/>
              </w:rPr>
              <w:t>fel</w:t>
            </w:r>
            <w:proofErr w:type="spellEnd"/>
            <w:r w:rsidRPr="00C96664">
              <w:rPr>
                <w:color w:val="000000"/>
                <w:sz w:val="20"/>
              </w:rPr>
              <w:t xml:space="preserve">, </w:t>
            </w:r>
            <w:proofErr w:type="spellStart"/>
            <w:r w:rsidRPr="00C96664">
              <w:rPr>
                <w:color w:val="000000"/>
                <w:sz w:val="20"/>
              </w:rPr>
              <w:t>inclusiv</w:t>
            </w:r>
            <w:proofErr w:type="spellEnd"/>
            <w:r w:rsidRPr="00C96664">
              <w:rPr>
                <w:color w:val="000000"/>
                <w:sz w:val="20"/>
              </w:rPr>
              <w:t xml:space="preserve"> a </w:t>
            </w:r>
            <w:proofErr w:type="spellStart"/>
            <w:r w:rsidRPr="00C96664">
              <w:rPr>
                <w:color w:val="000000"/>
                <w:sz w:val="20"/>
              </w:rPr>
              <w:t>frunzelor</w:t>
            </w:r>
            <w:proofErr w:type="spellEnd"/>
            <w:r w:rsidRPr="00C96664">
              <w:rPr>
                <w:color w:val="000000"/>
                <w:sz w:val="20"/>
              </w:rPr>
              <w:t xml:space="preserve">, </w:t>
            </w:r>
            <w:proofErr w:type="spellStart"/>
            <w:r w:rsidRPr="00C96664">
              <w:rPr>
                <w:color w:val="000000"/>
                <w:sz w:val="20"/>
              </w:rPr>
              <w:t>crengilor</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resturilor</w:t>
            </w:r>
            <w:proofErr w:type="spellEnd"/>
            <w:r w:rsidRPr="00C96664">
              <w:rPr>
                <w:color w:val="000000"/>
                <w:sz w:val="20"/>
              </w:rPr>
              <w:t xml:space="preserve"> </w:t>
            </w:r>
            <w:proofErr w:type="spellStart"/>
            <w:r w:rsidRPr="00C96664">
              <w:rPr>
                <w:color w:val="000000"/>
                <w:sz w:val="20"/>
              </w:rPr>
              <w:t>vegetale</w:t>
            </w:r>
            <w:proofErr w:type="spellEnd"/>
            <w:r w:rsidRPr="00C96664">
              <w:rPr>
                <w:color w:val="000000"/>
                <w:sz w:val="20"/>
              </w:rPr>
              <w:t xml:space="preserve">, </w:t>
            </w:r>
            <w:proofErr w:type="spellStart"/>
            <w:r w:rsidRPr="00C96664">
              <w:rPr>
                <w:color w:val="000000"/>
                <w:sz w:val="20"/>
              </w:rPr>
              <w:t>în</w:t>
            </w:r>
            <w:proofErr w:type="spellEnd"/>
            <w:r w:rsidRPr="00C96664">
              <w:rPr>
                <w:color w:val="000000"/>
                <w:sz w:val="20"/>
              </w:rPr>
              <w:t xml:space="preserve"> </w:t>
            </w:r>
            <w:proofErr w:type="spellStart"/>
            <w:r w:rsidRPr="00C96664">
              <w:rPr>
                <w:color w:val="000000"/>
                <w:sz w:val="20"/>
              </w:rPr>
              <w:t>curți</w:t>
            </w:r>
            <w:proofErr w:type="spellEnd"/>
            <w:r w:rsidRPr="00C96664">
              <w:rPr>
                <w:color w:val="000000"/>
                <w:sz w:val="20"/>
              </w:rPr>
              <w:t xml:space="preserve">, </w:t>
            </w:r>
            <w:proofErr w:type="spellStart"/>
            <w:r w:rsidRPr="00C96664">
              <w:rPr>
                <w:color w:val="000000"/>
                <w:sz w:val="20"/>
              </w:rPr>
              <w:t>în</w:t>
            </w:r>
            <w:proofErr w:type="spellEnd"/>
            <w:r w:rsidRPr="00C96664">
              <w:rPr>
                <w:color w:val="000000"/>
                <w:sz w:val="20"/>
              </w:rPr>
              <w:t xml:space="preserve"> </w:t>
            </w:r>
            <w:proofErr w:type="spellStart"/>
            <w:r w:rsidRPr="00C96664">
              <w:rPr>
                <w:color w:val="000000"/>
                <w:sz w:val="20"/>
              </w:rPr>
              <w:t>grădini</w:t>
            </w:r>
            <w:proofErr w:type="spellEnd"/>
            <w:r w:rsidRPr="00C96664">
              <w:rPr>
                <w:color w:val="000000"/>
                <w:sz w:val="20"/>
              </w:rPr>
              <w:t xml:space="preserve"> </w:t>
            </w:r>
            <w:proofErr w:type="spellStart"/>
            <w:r w:rsidRPr="00C96664">
              <w:rPr>
                <w:color w:val="000000"/>
                <w:sz w:val="20"/>
              </w:rPr>
              <w:t>sau</w:t>
            </w:r>
            <w:proofErr w:type="spellEnd"/>
            <w:r w:rsidRPr="00C96664">
              <w:rPr>
                <w:color w:val="000000"/>
                <w:sz w:val="20"/>
              </w:rPr>
              <w:t xml:space="preserve"> pe </w:t>
            </w:r>
            <w:proofErr w:type="spellStart"/>
            <w:r w:rsidRPr="00C96664">
              <w:rPr>
                <w:color w:val="000000"/>
                <w:sz w:val="20"/>
              </w:rPr>
              <w:t>domeniul</w:t>
            </w:r>
            <w:proofErr w:type="spellEnd"/>
            <w:r w:rsidRPr="00C96664">
              <w:rPr>
                <w:color w:val="000000"/>
                <w:sz w:val="20"/>
              </w:rPr>
              <w:t xml:space="preserve"> public — </w:t>
            </w:r>
            <w:proofErr w:type="spellStart"/>
            <w:r w:rsidRPr="00C96664">
              <w:rPr>
                <w:color w:val="000000"/>
                <w:sz w:val="20"/>
              </w:rPr>
              <w:t>fapte</w:t>
            </w:r>
            <w:proofErr w:type="spellEnd"/>
            <w:r w:rsidRPr="00C96664">
              <w:rPr>
                <w:color w:val="000000"/>
                <w:sz w:val="20"/>
              </w:rPr>
              <w:t xml:space="preserve"> </w:t>
            </w:r>
            <w:proofErr w:type="spellStart"/>
            <w:r w:rsidRPr="00C96664">
              <w:rPr>
                <w:color w:val="000000"/>
                <w:sz w:val="20"/>
              </w:rPr>
              <w:t>interzise</w:t>
            </w:r>
            <w:proofErr w:type="spellEnd"/>
            <w:r w:rsidRPr="00C96664">
              <w:rPr>
                <w:color w:val="000000"/>
                <w:sz w:val="20"/>
              </w:rPr>
              <w:t xml:space="preserve"> de art. 20 </w:t>
            </w:r>
            <w:proofErr w:type="spellStart"/>
            <w:r w:rsidRPr="00C96664">
              <w:rPr>
                <w:color w:val="000000"/>
                <w:sz w:val="20"/>
              </w:rPr>
              <w:t>alin</w:t>
            </w:r>
            <w:proofErr w:type="spellEnd"/>
            <w:r w:rsidRPr="00C96664">
              <w:rPr>
                <w:color w:val="000000"/>
                <w:sz w:val="20"/>
              </w:rPr>
              <w:t xml:space="preserve">. (3), (4) </w:t>
            </w:r>
            <w:proofErr w:type="spellStart"/>
            <w:r w:rsidRPr="00C96664">
              <w:rPr>
                <w:color w:val="000000"/>
                <w:sz w:val="20"/>
              </w:rPr>
              <w:t>și</w:t>
            </w:r>
            <w:proofErr w:type="spellEnd"/>
            <w:r w:rsidRPr="00C96664">
              <w:rPr>
                <w:color w:val="000000"/>
                <w:sz w:val="20"/>
              </w:rPr>
              <w:t xml:space="preserve"> (6) din O.U.G. nr. 92/2021 </w:t>
            </w:r>
            <w:proofErr w:type="spellStart"/>
            <w:r w:rsidRPr="00C96664">
              <w:rPr>
                <w:color w:val="000000"/>
                <w:sz w:val="20"/>
              </w:rPr>
              <w:t>privind</w:t>
            </w:r>
            <w:proofErr w:type="spellEnd"/>
            <w:r w:rsidRPr="00C96664">
              <w:rPr>
                <w:color w:val="000000"/>
                <w:sz w:val="20"/>
              </w:rPr>
              <w:t xml:space="preserve"> </w:t>
            </w:r>
            <w:proofErr w:type="spellStart"/>
            <w:r w:rsidRPr="00C96664">
              <w:rPr>
                <w:color w:val="000000"/>
                <w:sz w:val="20"/>
              </w:rPr>
              <w:t>regimul</w:t>
            </w:r>
            <w:proofErr w:type="spellEnd"/>
            <w:r w:rsidRPr="00C96664">
              <w:rPr>
                <w:color w:val="000000"/>
                <w:sz w:val="20"/>
              </w:rPr>
              <w:t xml:space="preserve"> </w:t>
            </w:r>
            <w:proofErr w:type="spellStart"/>
            <w:r w:rsidRPr="00C96664">
              <w:rPr>
                <w:color w:val="000000"/>
                <w:sz w:val="20"/>
              </w:rPr>
              <w:t>deșeurilor</w:t>
            </w:r>
            <w:proofErr w:type="spellEnd"/>
            <w:r w:rsidRPr="00C96664">
              <w:rPr>
                <w:color w:val="000000"/>
                <w:sz w:val="20"/>
              </w:rPr>
              <w:t xml:space="preserve">, </w:t>
            </w:r>
            <w:proofErr w:type="spellStart"/>
            <w:r w:rsidRPr="00C96664">
              <w:rPr>
                <w:color w:val="000000"/>
                <w:sz w:val="20"/>
              </w:rPr>
              <w:t>sancționate</w:t>
            </w:r>
            <w:proofErr w:type="spellEnd"/>
            <w:r w:rsidRPr="00C96664">
              <w:rPr>
                <w:color w:val="000000"/>
                <w:sz w:val="20"/>
              </w:rPr>
              <w:t xml:space="preserve"> </w:t>
            </w:r>
            <w:proofErr w:type="spellStart"/>
            <w:r w:rsidRPr="00C96664">
              <w:rPr>
                <w:color w:val="000000"/>
                <w:sz w:val="20"/>
              </w:rPr>
              <w:t>potrivit</w:t>
            </w:r>
            <w:proofErr w:type="spellEnd"/>
            <w:r w:rsidRPr="00C96664">
              <w:rPr>
                <w:color w:val="000000"/>
                <w:sz w:val="20"/>
              </w:rPr>
              <w:t xml:space="preserve"> art. 62 </w:t>
            </w:r>
            <w:proofErr w:type="spellStart"/>
            <w:r w:rsidRPr="00C96664">
              <w:rPr>
                <w:color w:val="000000"/>
                <w:sz w:val="20"/>
              </w:rPr>
              <w:t>alin</w:t>
            </w:r>
            <w:proofErr w:type="spellEnd"/>
            <w:r w:rsidRPr="00C96664">
              <w:rPr>
                <w:color w:val="000000"/>
                <w:sz w:val="20"/>
              </w:rPr>
              <w:t xml:space="preserve">. </w:t>
            </w:r>
            <w:r w:rsidRPr="00C96664">
              <w:rPr>
                <w:color w:val="000000"/>
                <w:sz w:val="20"/>
                <w:lang w:val="pt-PT"/>
              </w:rPr>
              <w:t>(1) lit. b) din aceeași ordonanță de urgență</w:t>
            </w:r>
          </w:p>
        </w:tc>
        <w:tc>
          <w:tcPr>
            <w:tcW w:w="1247" w:type="dxa"/>
          </w:tcPr>
          <w:p w14:paraId="4987FAFF" w14:textId="77777777" w:rsidR="006633E6" w:rsidRPr="00C96664" w:rsidRDefault="00000000">
            <w:pPr>
              <w:spacing w:after="0"/>
              <w:jc w:val="center"/>
            </w:pPr>
            <w:r w:rsidRPr="00C96664">
              <w:rPr>
                <w:b/>
                <w:color w:val="000000"/>
                <w:sz w:val="20"/>
              </w:rPr>
              <w:t>30.000-45.000</w:t>
            </w:r>
          </w:p>
        </w:tc>
        <w:tc>
          <w:tcPr>
            <w:tcW w:w="1304" w:type="dxa"/>
          </w:tcPr>
          <w:p w14:paraId="00B4E986" w14:textId="77777777" w:rsidR="006633E6" w:rsidRPr="00C96664" w:rsidRDefault="00000000">
            <w:pPr>
              <w:spacing w:after="0"/>
              <w:jc w:val="center"/>
            </w:pPr>
            <w:r w:rsidRPr="00C96664">
              <w:rPr>
                <w:b/>
                <w:color w:val="000000"/>
                <w:sz w:val="20"/>
              </w:rPr>
              <w:t>30.000-45.000</w:t>
            </w:r>
          </w:p>
        </w:tc>
        <w:tc>
          <w:tcPr>
            <w:tcW w:w="1304" w:type="dxa"/>
          </w:tcPr>
          <w:p w14:paraId="376F67D6" w14:textId="77777777" w:rsidR="006633E6" w:rsidRPr="00C96664" w:rsidRDefault="00000000">
            <w:pPr>
              <w:spacing w:after="0"/>
              <w:jc w:val="center"/>
            </w:pPr>
            <w:r w:rsidRPr="00C96664">
              <w:rPr>
                <w:b/>
                <w:color w:val="000000"/>
                <w:sz w:val="20"/>
              </w:rPr>
              <w:t>50.000-70.000</w:t>
            </w:r>
          </w:p>
        </w:tc>
      </w:tr>
      <w:tr w:rsidR="006633E6" w:rsidRPr="001F0542" w14:paraId="388880D5" w14:textId="77777777">
        <w:trPr>
          <w:jc w:val="center"/>
        </w:trPr>
        <w:tc>
          <w:tcPr>
            <w:tcW w:w="680" w:type="dxa"/>
          </w:tcPr>
          <w:p w14:paraId="43387682" w14:textId="77777777" w:rsidR="006633E6" w:rsidRPr="00C96664" w:rsidRDefault="00000000">
            <w:pPr>
              <w:spacing w:after="0"/>
              <w:jc w:val="center"/>
            </w:pPr>
            <w:r w:rsidRPr="00C96664">
              <w:rPr>
                <w:color w:val="000000"/>
                <w:sz w:val="20"/>
              </w:rPr>
              <w:t>43^1.</w:t>
            </w:r>
          </w:p>
        </w:tc>
        <w:tc>
          <w:tcPr>
            <w:tcW w:w="5102" w:type="dxa"/>
          </w:tcPr>
          <w:p w14:paraId="68272B32" w14:textId="77777777" w:rsidR="006633E6" w:rsidRPr="00C96664" w:rsidRDefault="00000000">
            <w:pPr>
              <w:spacing w:after="0"/>
            </w:pPr>
            <w:proofErr w:type="spellStart"/>
            <w:r w:rsidRPr="00C96664">
              <w:rPr>
                <w:color w:val="000000"/>
                <w:sz w:val="20"/>
              </w:rPr>
              <w:t>Incendierea</w:t>
            </w:r>
            <w:proofErr w:type="spellEnd"/>
            <w:r w:rsidRPr="00C96664">
              <w:rPr>
                <w:color w:val="000000"/>
                <w:sz w:val="20"/>
              </w:rPr>
              <w:t xml:space="preserve"> </w:t>
            </w:r>
            <w:proofErr w:type="spellStart"/>
            <w:r w:rsidRPr="00C96664">
              <w:rPr>
                <w:color w:val="000000"/>
                <w:sz w:val="20"/>
              </w:rPr>
              <w:t>sau</w:t>
            </w:r>
            <w:proofErr w:type="spellEnd"/>
            <w:r w:rsidRPr="00C96664">
              <w:rPr>
                <w:color w:val="000000"/>
                <w:sz w:val="20"/>
              </w:rPr>
              <w:t xml:space="preserve"> </w:t>
            </w:r>
            <w:proofErr w:type="spellStart"/>
            <w:r w:rsidRPr="00C96664">
              <w:rPr>
                <w:color w:val="000000"/>
                <w:sz w:val="20"/>
              </w:rPr>
              <w:t>arderea</w:t>
            </w:r>
            <w:proofErr w:type="spellEnd"/>
            <w:r w:rsidRPr="00C96664">
              <w:rPr>
                <w:color w:val="000000"/>
                <w:sz w:val="20"/>
              </w:rPr>
              <w:t xml:space="preserve"> </w:t>
            </w:r>
            <w:proofErr w:type="spellStart"/>
            <w:r w:rsidRPr="00C96664">
              <w:rPr>
                <w:color w:val="000000"/>
                <w:sz w:val="20"/>
              </w:rPr>
              <w:t>oricărui</w:t>
            </w:r>
            <w:proofErr w:type="spellEnd"/>
            <w:r w:rsidRPr="00C96664">
              <w:rPr>
                <w:color w:val="000000"/>
                <w:sz w:val="20"/>
              </w:rPr>
              <w:t xml:space="preserve"> tip de </w:t>
            </w:r>
            <w:proofErr w:type="spellStart"/>
            <w:r w:rsidRPr="00C96664">
              <w:rPr>
                <w:color w:val="000000"/>
                <w:sz w:val="20"/>
              </w:rPr>
              <w:t>deșeu</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w:t>
            </w:r>
            <w:proofErr w:type="spellStart"/>
            <w:r w:rsidRPr="00C96664">
              <w:rPr>
                <w:color w:val="000000"/>
                <w:sz w:val="20"/>
              </w:rPr>
              <w:t>sau</w:t>
            </w:r>
            <w:proofErr w:type="spellEnd"/>
            <w:r w:rsidRPr="00C96664">
              <w:rPr>
                <w:color w:val="000000"/>
                <w:sz w:val="20"/>
              </w:rPr>
              <w:t xml:space="preserve"> </w:t>
            </w:r>
            <w:proofErr w:type="spellStart"/>
            <w:r w:rsidRPr="00C96664">
              <w:rPr>
                <w:color w:val="000000"/>
                <w:sz w:val="20"/>
              </w:rPr>
              <w:t>substanță</w:t>
            </w:r>
            <w:proofErr w:type="spellEnd"/>
            <w:r w:rsidRPr="00C96664">
              <w:rPr>
                <w:color w:val="000000"/>
                <w:sz w:val="20"/>
              </w:rPr>
              <w:t xml:space="preserve"> </w:t>
            </w:r>
            <w:proofErr w:type="spellStart"/>
            <w:r w:rsidRPr="00C96664">
              <w:rPr>
                <w:color w:val="000000"/>
                <w:sz w:val="20"/>
              </w:rPr>
              <w:t>sau</w:t>
            </w:r>
            <w:proofErr w:type="spellEnd"/>
            <w:r w:rsidRPr="00C96664">
              <w:rPr>
                <w:color w:val="000000"/>
                <w:sz w:val="20"/>
              </w:rPr>
              <w:t xml:space="preserve"> </w:t>
            </w:r>
            <w:proofErr w:type="spellStart"/>
            <w:r w:rsidRPr="00C96664">
              <w:rPr>
                <w:color w:val="000000"/>
                <w:sz w:val="20"/>
              </w:rPr>
              <w:t>obiect</w:t>
            </w:r>
            <w:proofErr w:type="spellEnd"/>
            <w:r w:rsidRPr="00C96664">
              <w:rPr>
                <w:color w:val="000000"/>
                <w:sz w:val="20"/>
              </w:rPr>
              <w:t xml:space="preserve">, </w:t>
            </w:r>
            <w:proofErr w:type="spellStart"/>
            <w:r w:rsidRPr="00C96664">
              <w:rPr>
                <w:color w:val="000000"/>
                <w:sz w:val="20"/>
              </w:rPr>
              <w:t>inclusiv</w:t>
            </w:r>
            <w:proofErr w:type="spellEnd"/>
            <w:r w:rsidRPr="00C96664">
              <w:rPr>
                <w:color w:val="000000"/>
                <w:sz w:val="20"/>
              </w:rPr>
              <w:t xml:space="preserve"> a </w:t>
            </w:r>
            <w:proofErr w:type="spellStart"/>
            <w:r w:rsidRPr="00C96664">
              <w:rPr>
                <w:color w:val="000000"/>
                <w:sz w:val="20"/>
              </w:rPr>
              <w:t>deșeurilor</w:t>
            </w:r>
            <w:proofErr w:type="spellEnd"/>
            <w:r w:rsidRPr="00C96664">
              <w:rPr>
                <w:color w:val="000000"/>
                <w:sz w:val="20"/>
              </w:rPr>
              <w:t xml:space="preserve"> din </w:t>
            </w:r>
            <w:proofErr w:type="spellStart"/>
            <w:r w:rsidRPr="00C96664">
              <w:rPr>
                <w:color w:val="000000"/>
                <w:sz w:val="20"/>
              </w:rPr>
              <w:t>recipienții</w:t>
            </w:r>
            <w:proofErr w:type="spellEnd"/>
            <w:r w:rsidRPr="00C96664">
              <w:rPr>
                <w:color w:val="000000"/>
                <w:sz w:val="20"/>
              </w:rPr>
              <w:t xml:space="preserve"> de </w:t>
            </w:r>
            <w:proofErr w:type="spellStart"/>
            <w:r w:rsidRPr="00C96664">
              <w:rPr>
                <w:color w:val="000000"/>
                <w:sz w:val="20"/>
              </w:rPr>
              <w:t>precolectare</w:t>
            </w:r>
            <w:proofErr w:type="spellEnd"/>
            <w:r w:rsidRPr="00C96664">
              <w:rPr>
                <w:color w:val="000000"/>
                <w:sz w:val="20"/>
              </w:rPr>
              <w:t>/</w:t>
            </w:r>
            <w:proofErr w:type="spellStart"/>
            <w:r w:rsidRPr="00C96664">
              <w:rPr>
                <w:color w:val="000000"/>
                <w:sz w:val="20"/>
              </w:rPr>
              <w:t>colectare</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a </w:t>
            </w:r>
            <w:proofErr w:type="spellStart"/>
            <w:r w:rsidRPr="00C96664">
              <w:rPr>
                <w:color w:val="000000"/>
                <w:sz w:val="20"/>
              </w:rPr>
              <w:t>frunzelor</w:t>
            </w:r>
            <w:proofErr w:type="spellEnd"/>
            <w:r w:rsidRPr="00C96664">
              <w:rPr>
                <w:color w:val="000000"/>
                <w:sz w:val="20"/>
              </w:rPr>
              <w:t xml:space="preserve">, </w:t>
            </w:r>
            <w:proofErr w:type="spellStart"/>
            <w:r w:rsidRPr="00C96664">
              <w:rPr>
                <w:color w:val="000000"/>
                <w:sz w:val="20"/>
              </w:rPr>
              <w:t>crengilor</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resturilor</w:t>
            </w:r>
            <w:proofErr w:type="spellEnd"/>
            <w:r w:rsidRPr="00C96664">
              <w:rPr>
                <w:color w:val="000000"/>
                <w:sz w:val="20"/>
              </w:rPr>
              <w:t xml:space="preserve"> </w:t>
            </w:r>
            <w:proofErr w:type="spellStart"/>
            <w:r w:rsidRPr="00C96664">
              <w:rPr>
                <w:color w:val="000000"/>
                <w:sz w:val="20"/>
              </w:rPr>
              <w:t>vegetale</w:t>
            </w:r>
            <w:proofErr w:type="spellEnd"/>
            <w:r w:rsidRPr="00C96664">
              <w:rPr>
                <w:color w:val="000000"/>
                <w:sz w:val="20"/>
              </w:rPr>
              <w:t xml:space="preserve"> </w:t>
            </w:r>
            <w:proofErr w:type="spellStart"/>
            <w:r w:rsidRPr="00C96664">
              <w:rPr>
                <w:color w:val="000000"/>
                <w:sz w:val="20"/>
              </w:rPr>
              <w:t>rezultate</w:t>
            </w:r>
            <w:proofErr w:type="spellEnd"/>
            <w:r w:rsidRPr="00C96664">
              <w:rPr>
                <w:color w:val="000000"/>
                <w:sz w:val="20"/>
              </w:rPr>
              <w:t xml:space="preserve"> din </w:t>
            </w:r>
            <w:proofErr w:type="spellStart"/>
            <w:r w:rsidRPr="00C96664">
              <w:rPr>
                <w:color w:val="000000"/>
                <w:sz w:val="20"/>
              </w:rPr>
              <w:t>curățarea</w:t>
            </w:r>
            <w:proofErr w:type="spellEnd"/>
            <w:r w:rsidRPr="00C96664">
              <w:rPr>
                <w:color w:val="000000"/>
                <w:sz w:val="20"/>
              </w:rPr>
              <w:t xml:space="preserve"> </w:t>
            </w:r>
            <w:proofErr w:type="spellStart"/>
            <w:r w:rsidRPr="00C96664">
              <w:rPr>
                <w:color w:val="000000"/>
                <w:sz w:val="20"/>
              </w:rPr>
              <w:t>curților</w:t>
            </w:r>
            <w:proofErr w:type="spellEnd"/>
            <w:r w:rsidRPr="00C96664">
              <w:rPr>
                <w:color w:val="000000"/>
                <w:sz w:val="20"/>
              </w:rPr>
              <w:t xml:space="preserve">, </w:t>
            </w:r>
            <w:proofErr w:type="spellStart"/>
            <w:r w:rsidRPr="00C96664">
              <w:rPr>
                <w:color w:val="000000"/>
                <w:sz w:val="20"/>
              </w:rPr>
              <w:t>grădinilor</w:t>
            </w:r>
            <w:proofErr w:type="spellEnd"/>
            <w:r w:rsidRPr="00C96664">
              <w:rPr>
                <w:color w:val="000000"/>
                <w:sz w:val="20"/>
              </w:rPr>
              <w:t xml:space="preserve">, </w:t>
            </w:r>
            <w:proofErr w:type="spellStart"/>
            <w:r w:rsidRPr="00C96664">
              <w:rPr>
                <w:color w:val="000000"/>
                <w:sz w:val="20"/>
              </w:rPr>
              <w:t>spațiilor</w:t>
            </w:r>
            <w:proofErr w:type="spellEnd"/>
            <w:r w:rsidRPr="00C96664">
              <w:rPr>
                <w:color w:val="000000"/>
                <w:sz w:val="20"/>
              </w:rPr>
              <w:t xml:space="preserve"> </w:t>
            </w:r>
            <w:proofErr w:type="spellStart"/>
            <w:r w:rsidRPr="00C96664">
              <w:rPr>
                <w:color w:val="000000"/>
                <w:sz w:val="20"/>
              </w:rPr>
              <w:t>verzi</w:t>
            </w:r>
            <w:proofErr w:type="spellEnd"/>
            <w:r w:rsidRPr="00C96664">
              <w:rPr>
                <w:color w:val="000000"/>
                <w:sz w:val="20"/>
              </w:rPr>
              <w:t xml:space="preserve">, </w:t>
            </w:r>
            <w:proofErr w:type="spellStart"/>
            <w:r w:rsidRPr="00C96664">
              <w:rPr>
                <w:color w:val="000000"/>
                <w:sz w:val="20"/>
              </w:rPr>
              <w:t>arbuștilor</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arborilor</w:t>
            </w:r>
            <w:proofErr w:type="spellEnd"/>
            <w:r w:rsidRPr="00C96664">
              <w:rPr>
                <w:color w:val="000000"/>
                <w:sz w:val="20"/>
              </w:rPr>
              <w:t xml:space="preserve"> — </w:t>
            </w:r>
            <w:proofErr w:type="spellStart"/>
            <w:r w:rsidRPr="00C96664">
              <w:rPr>
                <w:color w:val="000000"/>
                <w:sz w:val="20"/>
              </w:rPr>
              <w:t>faptă</w:t>
            </w:r>
            <w:proofErr w:type="spellEnd"/>
            <w:r w:rsidRPr="00C96664">
              <w:rPr>
                <w:color w:val="000000"/>
                <w:sz w:val="20"/>
              </w:rPr>
              <w:t xml:space="preserve"> </w:t>
            </w:r>
            <w:proofErr w:type="spellStart"/>
            <w:r w:rsidRPr="00C96664">
              <w:rPr>
                <w:color w:val="000000"/>
                <w:sz w:val="20"/>
              </w:rPr>
              <w:t>interzisă</w:t>
            </w:r>
            <w:proofErr w:type="spellEnd"/>
            <w:r w:rsidRPr="00C96664">
              <w:rPr>
                <w:color w:val="000000"/>
                <w:sz w:val="20"/>
              </w:rPr>
              <w:t xml:space="preserve"> de art. 20 </w:t>
            </w:r>
            <w:proofErr w:type="spellStart"/>
            <w:r w:rsidRPr="00C96664">
              <w:rPr>
                <w:color w:val="000000"/>
                <w:sz w:val="20"/>
              </w:rPr>
              <w:t>alin</w:t>
            </w:r>
            <w:proofErr w:type="spellEnd"/>
            <w:r w:rsidRPr="00C96664">
              <w:rPr>
                <w:color w:val="000000"/>
                <w:sz w:val="20"/>
              </w:rPr>
              <w:t xml:space="preserve">. (5) din O.U.G. nr. 92/2021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incriminată</w:t>
            </w:r>
            <w:proofErr w:type="spellEnd"/>
            <w:r w:rsidRPr="00C96664">
              <w:rPr>
                <w:color w:val="000000"/>
                <w:sz w:val="20"/>
              </w:rPr>
              <w:t xml:space="preserve"> de art. 66 </w:t>
            </w:r>
            <w:proofErr w:type="spellStart"/>
            <w:r w:rsidRPr="00C96664">
              <w:rPr>
                <w:color w:val="000000"/>
                <w:sz w:val="20"/>
              </w:rPr>
              <w:t>alin</w:t>
            </w:r>
            <w:proofErr w:type="spellEnd"/>
            <w:r w:rsidRPr="00C96664">
              <w:rPr>
                <w:color w:val="000000"/>
                <w:sz w:val="20"/>
              </w:rPr>
              <w:t xml:space="preserve">. (1) lit. e) din </w:t>
            </w:r>
            <w:proofErr w:type="spellStart"/>
            <w:r w:rsidRPr="00C96664">
              <w:rPr>
                <w:color w:val="000000"/>
                <w:sz w:val="20"/>
              </w:rPr>
              <w:t>aceeași</w:t>
            </w:r>
            <w:proofErr w:type="spellEnd"/>
            <w:r w:rsidRPr="00C96664">
              <w:rPr>
                <w:color w:val="000000"/>
                <w:sz w:val="20"/>
              </w:rPr>
              <w:t xml:space="preserve"> </w:t>
            </w:r>
            <w:proofErr w:type="spellStart"/>
            <w:r w:rsidRPr="00C96664">
              <w:rPr>
                <w:color w:val="000000"/>
                <w:sz w:val="20"/>
              </w:rPr>
              <w:t>ordonanță</w:t>
            </w:r>
            <w:proofErr w:type="spellEnd"/>
            <w:r w:rsidRPr="00C96664">
              <w:rPr>
                <w:color w:val="000000"/>
                <w:sz w:val="20"/>
              </w:rPr>
              <w:t xml:space="preserve"> de </w:t>
            </w:r>
            <w:proofErr w:type="spellStart"/>
            <w:r w:rsidRPr="00C96664">
              <w:rPr>
                <w:color w:val="000000"/>
                <w:sz w:val="20"/>
              </w:rPr>
              <w:t>urgență</w:t>
            </w:r>
            <w:proofErr w:type="spellEnd"/>
            <w:r w:rsidRPr="00C96664">
              <w:rPr>
                <w:color w:val="000000"/>
                <w:sz w:val="20"/>
              </w:rPr>
              <w:t xml:space="preserve">, </w:t>
            </w:r>
            <w:proofErr w:type="spellStart"/>
            <w:r w:rsidRPr="00C96664">
              <w:rPr>
                <w:color w:val="000000"/>
                <w:sz w:val="20"/>
              </w:rPr>
              <w:t>atunci</w:t>
            </w:r>
            <w:proofErr w:type="spellEnd"/>
            <w:r w:rsidRPr="00C96664">
              <w:rPr>
                <w:color w:val="000000"/>
                <w:sz w:val="20"/>
              </w:rPr>
              <w:t xml:space="preserve"> </w:t>
            </w:r>
            <w:proofErr w:type="spellStart"/>
            <w:r w:rsidRPr="00C96664">
              <w:rPr>
                <w:color w:val="000000"/>
                <w:sz w:val="20"/>
              </w:rPr>
              <w:t>când</w:t>
            </w:r>
            <w:proofErr w:type="spellEnd"/>
            <w:r w:rsidRPr="00C96664">
              <w:rPr>
                <w:color w:val="000000"/>
                <w:sz w:val="20"/>
              </w:rPr>
              <w:t xml:space="preserve"> </w:t>
            </w:r>
            <w:proofErr w:type="spellStart"/>
            <w:r w:rsidRPr="00C96664">
              <w:rPr>
                <w:color w:val="000000"/>
                <w:sz w:val="20"/>
              </w:rPr>
              <w:t>cantitatea</w:t>
            </w:r>
            <w:proofErr w:type="spellEnd"/>
            <w:r w:rsidRPr="00C96664">
              <w:rPr>
                <w:color w:val="000000"/>
                <w:sz w:val="20"/>
              </w:rPr>
              <w:t xml:space="preserve"> </w:t>
            </w:r>
            <w:proofErr w:type="spellStart"/>
            <w:r w:rsidRPr="00C96664">
              <w:rPr>
                <w:color w:val="000000"/>
                <w:sz w:val="20"/>
              </w:rPr>
              <w:t>sau</w:t>
            </w:r>
            <w:proofErr w:type="spellEnd"/>
            <w:r w:rsidRPr="00C96664">
              <w:rPr>
                <w:color w:val="000000"/>
                <w:sz w:val="20"/>
              </w:rPr>
              <w:t xml:space="preserve"> </w:t>
            </w:r>
            <w:proofErr w:type="spellStart"/>
            <w:r w:rsidRPr="00C96664">
              <w:rPr>
                <w:color w:val="000000"/>
                <w:sz w:val="20"/>
              </w:rPr>
              <w:t>impactul</w:t>
            </w:r>
            <w:proofErr w:type="spellEnd"/>
            <w:r w:rsidRPr="00C96664">
              <w:rPr>
                <w:color w:val="000000"/>
                <w:sz w:val="20"/>
              </w:rPr>
              <w:t xml:space="preserve"> </w:t>
            </w:r>
            <w:proofErr w:type="spellStart"/>
            <w:r w:rsidRPr="00C96664">
              <w:rPr>
                <w:color w:val="000000"/>
                <w:sz w:val="20"/>
              </w:rPr>
              <w:t>asupra</w:t>
            </w:r>
            <w:proofErr w:type="spellEnd"/>
            <w:r w:rsidRPr="00C96664">
              <w:rPr>
                <w:color w:val="000000"/>
                <w:sz w:val="20"/>
              </w:rPr>
              <w:t xml:space="preserve"> </w:t>
            </w:r>
            <w:proofErr w:type="spellStart"/>
            <w:r w:rsidRPr="00C96664">
              <w:rPr>
                <w:color w:val="000000"/>
                <w:sz w:val="20"/>
              </w:rPr>
              <w:t>mediului</w:t>
            </w:r>
            <w:proofErr w:type="spellEnd"/>
            <w:r w:rsidRPr="00C96664">
              <w:rPr>
                <w:color w:val="000000"/>
                <w:sz w:val="20"/>
              </w:rPr>
              <w:t xml:space="preserve"> </w:t>
            </w:r>
            <w:proofErr w:type="spellStart"/>
            <w:r w:rsidRPr="00C96664">
              <w:rPr>
                <w:color w:val="000000"/>
                <w:sz w:val="20"/>
              </w:rPr>
              <w:t>ori</w:t>
            </w:r>
            <w:proofErr w:type="spellEnd"/>
            <w:r w:rsidRPr="00C96664">
              <w:rPr>
                <w:color w:val="000000"/>
                <w:sz w:val="20"/>
              </w:rPr>
              <w:t xml:space="preserve"> </w:t>
            </w:r>
            <w:proofErr w:type="spellStart"/>
            <w:r w:rsidRPr="00C96664">
              <w:rPr>
                <w:color w:val="000000"/>
                <w:sz w:val="20"/>
              </w:rPr>
              <w:t>asupra</w:t>
            </w:r>
            <w:proofErr w:type="spellEnd"/>
            <w:r w:rsidRPr="00C96664">
              <w:rPr>
                <w:color w:val="000000"/>
                <w:sz w:val="20"/>
              </w:rPr>
              <w:t xml:space="preserve"> </w:t>
            </w:r>
            <w:proofErr w:type="spellStart"/>
            <w:r w:rsidRPr="00C96664">
              <w:rPr>
                <w:color w:val="000000"/>
                <w:sz w:val="20"/>
              </w:rPr>
              <w:t>vieții</w:t>
            </w:r>
            <w:proofErr w:type="spellEnd"/>
            <w:r w:rsidRPr="00C96664">
              <w:rPr>
                <w:color w:val="000000"/>
                <w:sz w:val="20"/>
              </w:rPr>
              <w:t xml:space="preserve">, </w:t>
            </w:r>
            <w:proofErr w:type="spellStart"/>
            <w:r w:rsidRPr="00C96664">
              <w:rPr>
                <w:color w:val="000000"/>
                <w:sz w:val="20"/>
              </w:rPr>
              <w:t>integrității</w:t>
            </w:r>
            <w:proofErr w:type="spellEnd"/>
            <w:r w:rsidRPr="00C96664">
              <w:rPr>
                <w:color w:val="000000"/>
                <w:sz w:val="20"/>
              </w:rPr>
              <w:t xml:space="preserve"> </w:t>
            </w:r>
            <w:proofErr w:type="spellStart"/>
            <w:r w:rsidRPr="00C96664">
              <w:rPr>
                <w:color w:val="000000"/>
                <w:sz w:val="20"/>
              </w:rPr>
              <w:t>corporale</w:t>
            </w:r>
            <w:proofErr w:type="spellEnd"/>
            <w:r w:rsidRPr="00C96664">
              <w:rPr>
                <w:color w:val="000000"/>
                <w:sz w:val="20"/>
              </w:rPr>
              <w:t xml:space="preserve"> </w:t>
            </w:r>
            <w:proofErr w:type="spellStart"/>
            <w:r w:rsidRPr="00C96664">
              <w:rPr>
                <w:color w:val="000000"/>
                <w:sz w:val="20"/>
              </w:rPr>
              <w:t>sau</w:t>
            </w:r>
            <w:proofErr w:type="spellEnd"/>
            <w:r w:rsidRPr="00C96664">
              <w:rPr>
                <w:color w:val="000000"/>
                <w:sz w:val="20"/>
              </w:rPr>
              <w:t xml:space="preserve"> </w:t>
            </w:r>
            <w:proofErr w:type="spellStart"/>
            <w:r w:rsidRPr="00C96664">
              <w:rPr>
                <w:color w:val="000000"/>
                <w:sz w:val="20"/>
              </w:rPr>
              <w:t>sănătății</w:t>
            </w:r>
            <w:proofErr w:type="spellEnd"/>
            <w:r w:rsidRPr="00C96664">
              <w:rPr>
                <w:color w:val="000000"/>
                <w:sz w:val="20"/>
              </w:rPr>
              <w:t xml:space="preserve"> </w:t>
            </w:r>
            <w:proofErr w:type="spellStart"/>
            <w:r w:rsidRPr="00C96664">
              <w:rPr>
                <w:color w:val="000000"/>
                <w:sz w:val="20"/>
              </w:rPr>
              <w:t>persoanelor</w:t>
            </w:r>
            <w:proofErr w:type="spellEnd"/>
            <w:r w:rsidRPr="00C96664">
              <w:rPr>
                <w:color w:val="000000"/>
                <w:sz w:val="20"/>
              </w:rPr>
              <w:t xml:space="preserve"> nu </w:t>
            </w:r>
            <w:proofErr w:type="spellStart"/>
            <w:r w:rsidRPr="00C96664">
              <w:rPr>
                <w:color w:val="000000"/>
                <w:sz w:val="20"/>
              </w:rPr>
              <w:t>poate</w:t>
            </w:r>
            <w:proofErr w:type="spellEnd"/>
            <w:r w:rsidRPr="00C96664">
              <w:rPr>
                <w:color w:val="000000"/>
                <w:sz w:val="20"/>
              </w:rPr>
              <w:t xml:space="preserve"> fi </w:t>
            </w:r>
            <w:proofErr w:type="spellStart"/>
            <w:r w:rsidRPr="00C96664">
              <w:rPr>
                <w:color w:val="000000"/>
                <w:sz w:val="20"/>
              </w:rPr>
              <w:t>neglijat</w:t>
            </w:r>
            <w:proofErr w:type="spellEnd"/>
          </w:p>
        </w:tc>
        <w:tc>
          <w:tcPr>
            <w:tcW w:w="1247" w:type="dxa"/>
          </w:tcPr>
          <w:p w14:paraId="41B1126D" w14:textId="1A7FA006" w:rsidR="006633E6" w:rsidRPr="00C96664" w:rsidRDefault="001F0542">
            <w:pPr>
              <w:spacing w:after="0"/>
              <w:jc w:val="center"/>
              <w:rPr>
                <w:lang w:val="it-CH"/>
              </w:rPr>
            </w:pPr>
            <w:r>
              <w:rPr>
                <w:b/>
                <w:color w:val="000000"/>
                <w:sz w:val="20"/>
                <w:lang w:val="it-CH"/>
              </w:rPr>
              <w:t>infracțiune</w:t>
            </w:r>
          </w:p>
        </w:tc>
        <w:tc>
          <w:tcPr>
            <w:tcW w:w="1304" w:type="dxa"/>
          </w:tcPr>
          <w:p w14:paraId="411CC3B4" w14:textId="2AF320D9" w:rsidR="006633E6" w:rsidRPr="00C96664" w:rsidRDefault="001F0542">
            <w:pPr>
              <w:spacing w:after="0"/>
              <w:jc w:val="center"/>
              <w:rPr>
                <w:lang w:val="it-CH"/>
              </w:rPr>
            </w:pPr>
            <w:r>
              <w:rPr>
                <w:b/>
                <w:color w:val="000000"/>
                <w:sz w:val="20"/>
                <w:lang w:val="it-CH"/>
              </w:rPr>
              <w:t>infracțiune</w:t>
            </w:r>
          </w:p>
        </w:tc>
        <w:tc>
          <w:tcPr>
            <w:tcW w:w="1304" w:type="dxa"/>
          </w:tcPr>
          <w:p w14:paraId="078C9DA5" w14:textId="4DE6207C" w:rsidR="006633E6" w:rsidRPr="00C96664" w:rsidRDefault="001F0542">
            <w:pPr>
              <w:spacing w:after="0"/>
              <w:jc w:val="center"/>
              <w:rPr>
                <w:lang w:val="it-CH"/>
              </w:rPr>
            </w:pPr>
            <w:r>
              <w:rPr>
                <w:b/>
                <w:color w:val="000000"/>
                <w:sz w:val="20"/>
                <w:lang w:val="it-CH"/>
              </w:rPr>
              <w:t>infracțiune</w:t>
            </w:r>
          </w:p>
        </w:tc>
      </w:tr>
      <w:tr w:rsidR="006633E6" w14:paraId="2F3E9DE8" w14:textId="77777777">
        <w:trPr>
          <w:jc w:val="center"/>
        </w:trPr>
        <w:tc>
          <w:tcPr>
            <w:tcW w:w="680" w:type="dxa"/>
          </w:tcPr>
          <w:p w14:paraId="67C34691" w14:textId="77777777" w:rsidR="006633E6" w:rsidRPr="00223B75" w:rsidRDefault="00000000">
            <w:pPr>
              <w:spacing w:after="0"/>
              <w:jc w:val="center"/>
            </w:pPr>
            <w:r w:rsidRPr="00223B75">
              <w:rPr>
                <w:color w:val="000000"/>
                <w:sz w:val="20"/>
              </w:rPr>
              <w:t>44.</w:t>
            </w:r>
          </w:p>
        </w:tc>
        <w:tc>
          <w:tcPr>
            <w:tcW w:w="5102" w:type="dxa"/>
          </w:tcPr>
          <w:p w14:paraId="497704B0" w14:textId="77777777" w:rsidR="006633E6" w:rsidRDefault="00000000">
            <w:pPr>
              <w:spacing w:after="0"/>
            </w:pPr>
            <w:proofErr w:type="spellStart"/>
            <w:r>
              <w:rPr>
                <w:color w:val="000000"/>
                <w:sz w:val="20"/>
              </w:rPr>
              <w:t>Utilizarea</w:t>
            </w:r>
            <w:proofErr w:type="spellEnd"/>
            <w:r>
              <w:rPr>
                <w:color w:val="000000"/>
                <w:sz w:val="20"/>
              </w:rPr>
              <w:t xml:space="preserve"> </w:t>
            </w:r>
            <w:proofErr w:type="spellStart"/>
            <w:r>
              <w:rPr>
                <w:color w:val="000000"/>
                <w:sz w:val="20"/>
              </w:rPr>
              <w:t>recipientelor</w:t>
            </w:r>
            <w:proofErr w:type="spellEnd"/>
            <w:r>
              <w:rPr>
                <w:color w:val="000000"/>
                <w:sz w:val="20"/>
              </w:rPr>
              <w:t xml:space="preserve"> </w:t>
            </w:r>
            <w:proofErr w:type="spellStart"/>
            <w:r>
              <w:rPr>
                <w:color w:val="000000"/>
                <w:sz w:val="20"/>
              </w:rPr>
              <w:t>pentru</w:t>
            </w:r>
            <w:proofErr w:type="spellEnd"/>
            <w:r>
              <w:rPr>
                <w:color w:val="000000"/>
                <w:sz w:val="20"/>
              </w:rPr>
              <w:t xml:space="preserve"> </w:t>
            </w:r>
            <w:proofErr w:type="spellStart"/>
            <w:r>
              <w:rPr>
                <w:color w:val="000000"/>
                <w:sz w:val="20"/>
              </w:rPr>
              <w:t>colectarea</w:t>
            </w:r>
            <w:proofErr w:type="spellEnd"/>
            <w:r>
              <w:rPr>
                <w:color w:val="000000"/>
                <w:sz w:val="20"/>
              </w:rPr>
              <w:t xml:space="preserve"> </w:t>
            </w:r>
            <w:proofErr w:type="spellStart"/>
            <w:r>
              <w:rPr>
                <w:color w:val="000000"/>
                <w:sz w:val="20"/>
              </w:rPr>
              <w:t>deșeurilor</w:t>
            </w:r>
            <w:proofErr w:type="spellEnd"/>
            <w:r>
              <w:rPr>
                <w:color w:val="000000"/>
                <w:sz w:val="20"/>
              </w:rPr>
              <w:t xml:space="preserve"> </w:t>
            </w:r>
            <w:proofErr w:type="spellStart"/>
            <w:r>
              <w:rPr>
                <w:color w:val="000000"/>
                <w:sz w:val="20"/>
              </w:rPr>
              <w:t>stradale</w:t>
            </w:r>
            <w:proofErr w:type="spellEnd"/>
            <w:r>
              <w:rPr>
                <w:color w:val="000000"/>
                <w:sz w:val="20"/>
              </w:rPr>
              <w:t xml:space="preserve"> de </w:t>
            </w:r>
            <w:proofErr w:type="spellStart"/>
            <w:r>
              <w:rPr>
                <w:color w:val="000000"/>
                <w:sz w:val="20"/>
              </w:rPr>
              <w:t>către</w:t>
            </w:r>
            <w:proofErr w:type="spellEnd"/>
            <w:r>
              <w:rPr>
                <w:color w:val="000000"/>
                <w:sz w:val="20"/>
              </w:rPr>
              <w:t xml:space="preserve"> </w:t>
            </w:r>
            <w:proofErr w:type="spellStart"/>
            <w:r>
              <w:rPr>
                <w:color w:val="000000"/>
                <w:sz w:val="20"/>
              </w:rPr>
              <w:t>operatorii</w:t>
            </w:r>
            <w:proofErr w:type="spellEnd"/>
            <w:r>
              <w:rPr>
                <w:color w:val="000000"/>
                <w:sz w:val="20"/>
              </w:rPr>
              <w:t xml:space="preserve"> economici, </w:t>
            </w:r>
            <w:proofErr w:type="spellStart"/>
            <w:r>
              <w:rPr>
                <w:color w:val="000000"/>
                <w:sz w:val="20"/>
              </w:rPr>
              <w:t>pentru</w:t>
            </w:r>
            <w:proofErr w:type="spellEnd"/>
            <w:r>
              <w:rPr>
                <w:color w:val="000000"/>
                <w:sz w:val="20"/>
              </w:rPr>
              <w:t xml:space="preserve"> </w:t>
            </w:r>
            <w:proofErr w:type="spellStart"/>
            <w:r>
              <w:rPr>
                <w:color w:val="000000"/>
                <w:sz w:val="20"/>
              </w:rPr>
              <w:t>colectarea</w:t>
            </w:r>
            <w:proofErr w:type="spellEnd"/>
            <w:r>
              <w:rPr>
                <w:color w:val="000000"/>
                <w:sz w:val="20"/>
              </w:rPr>
              <w:t xml:space="preserve"> </w:t>
            </w:r>
            <w:proofErr w:type="spellStart"/>
            <w:r>
              <w:rPr>
                <w:color w:val="000000"/>
                <w:sz w:val="20"/>
              </w:rPr>
              <w:t>deșeurilor</w:t>
            </w:r>
            <w:proofErr w:type="spellEnd"/>
            <w:r>
              <w:rPr>
                <w:color w:val="000000"/>
                <w:sz w:val="20"/>
              </w:rPr>
              <w:t xml:space="preserve"> </w:t>
            </w:r>
            <w:proofErr w:type="spellStart"/>
            <w:r>
              <w:rPr>
                <w:color w:val="000000"/>
                <w:sz w:val="20"/>
              </w:rPr>
              <w:t>asimilabile</w:t>
            </w:r>
            <w:proofErr w:type="spellEnd"/>
            <w:r>
              <w:rPr>
                <w:color w:val="000000"/>
                <w:sz w:val="20"/>
              </w:rPr>
              <w:t xml:space="preserve"> </w:t>
            </w:r>
            <w:proofErr w:type="spellStart"/>
            <w:r>
              <w:rPr>
                <w:color w:val="000000"/>
                <w:sz w:val="20"/>
              </w:rPr>
              <w:t>rezultate</w:t>
            </w:r>
            <w:proofErr w:type="spellEnd"/>
            <w:r>
              <w:rPr>
                <w:color w:val="000000"/>
                <w:sz w:val="20"/>
              </w:rPr>
              <w:t xml:space="preserve"> din </w:t>
            </w:r>
            <w:proofErr w:type="spellStart"/>
            <w:r>
              <w:rPr>
                <w:color w:val="000000"/>
                <w:sz w:val="20"/>
              </w:rPr>
              <w:t>activitatea</w:t>
            </w:r>
            <w:proofErr w:type="spellEnd"/>
            <w:r>
              <w:rPr>
                <w:color w:val="000000"/>
                <w:sz w:val="20"/>
              </w:rPr>
              <w:t xml:space="preserve"> </w:t>
            </w:r>
            <w:proofErr w:type="spellStart"/>
            <w:r>
              <w:rPr>
                <w:color w:val="000000"/>
                <w:sz w:val="20"/>
              </w:rPr>
              <w:t>proprie</w:t>
            </w:r>
            <w:proofErr w:type="spellEnd"/>
            <w:r>
              <w:rPr>
                <w:color w:val="000000"/>
                <w:sz w:val="20"/>
              </w:rPr>
              <w:t xml:space="preserve"> de </w:t>
            </w:r>
            <w:proofErr w:type="spellStart"/>
            <w:r>
              <w:rPr>
                <w:color w:val="000000"/>
                <w:sz w:val="20"/>
              </w:rPr>
              <w:t>colectare</w:t>
            </w:r>
            <w:proofErr w:type="spellEnd"/>
          </w:p>
        </w:tc>
        <w:tc>
          <w:tcPr>
            <w:tcW w:w="1247" w:type="dxa"/>
          </w:tcPr>
          <w:p w14:paraId="75FBAFDF" w14:textId="77777777" w:rsidR="006633E6" w:rsidRDefault="00000000">
            <w:pPr>
              <w:spacing w:after="0"/>
              <w:jc w:val="center"/>
            </w:pPr>
            <w:r>
              <w:rPr>
                <w:b/>
                <w:color w:val="000000"/>
                <w:sz w:val="20"/>
              </w:rPr>
              <w:t>-</w:t>
            </w:r>
          </w:p>
        </w:tc>
        <w:tc>
          <w:tcPr>
            <w:tcW w:w="1304" w:type="dxa"/>
          </w:tcPr>
          <w:p w14:paraId="5396F958" w14:textId="77777777" w:rsidR="006633E6" w:rsidRDefault="00000000">
            <w:pPr>
              <w:spacing w:after="0"/>
              <w:jc w:val="center"/>
            </w:pPr>
            <w:r>
              <w:rPr>
                <w:b/>
                <w:color w:val="000000"/>
                <w:sz w:val="20"/>
              </w:rPr>
              <w:t>1.000-3.000</w:t>
            </w:r>
          </w:p>
        </w:tc>
        <w:tc>
          <w:tcPr>
            <w:tcW w:w="1304" w:type="dxa"/>
          </w:tcPr>
          <w:p w14:paraId="61E87E35" w14:textId="77777777" w:rsidR="006633E6" w:rsidRDefault="00000000">
            <w:pPr>
              <w:spacing w:after="0"/>
              <w:jc w:val="center"/>
            </w:pPr>
            <w:r>
              <w:rPr>
                <w:b/>
                <w:color w:val="000000"/>
                <w:sz w:val="20"/>
              </w:rPr>
              <w:t>1.000-3.000</w:t>
            </w:r>
          </w:p>
        </w:tc>
      </w:tr>
      <w:tr w:rsidR="006633E6" w14:paraId="58E04A30" w14:textId="77777777">
        <w:trPr>
          <w:jc w:val="center"/>
        </w:trPr>
        <w:tc>
          <w:tcPr>
            <w:tcW w:w="680" w:type="dxa"/>
          </w:tcPr>
          <w:p w14:paraId="103CA147" w14:textId="77777777" w:rsidR="006633E6" w:rsidRPr="00C96664" w:rsidRDefault="00000000">
            <w:pPr>
              <w:spacing w:after="0"/>
              <w:jc w:val="center"/>
            </w:pPr>
            <w:r w:rsidRPr="00C96664">
              <w:rPr>
                <w:color w:val="000000"/>
                <w:sz w:val="20"/>
              </w:rPr>
              <w:t>45.</w:t>
            </w:r>
          </w:p>
        </w:tc>
        <w:tc>
          <w:tcPr>
            <w:tcW w:w="5102" w:type="dxa"/>
          </w:tcPr>
          <w:p w14:paraId="0103EC06" w14:textId="77777777" w:rsidR="006633E6" w:rsidRPr="00C96664" w:rsidRDefault="00000000">
            <w:pPr>
              <w:spacing w:after="0"/>
            </w:pPr>
            <w:proofErr w:type="spellStart"/>
            <w:r w:rsidRPr="00C96664">
              <w:rPr>
                <w:color w:val="000000"/>
                <w:sz w:val="20"/>
              </w:rPr>
              <w:t>Nerespectarea</w:t>
            </w:r>
            <w:proofErr w:type="spellEnd"/>
            <w:r w:rsidRPr="00C96664">
              <w:rPr>
                <w:color w:val="000000"/>
                <w:sz w:val="20"/>
              </w:rPr>
              <w:t xml:space="preserve"> de </w:t>
            </w:r>
            <w:proofErr w:type="spellStart"/>
            <w:r w:rsidRPr="00C96664">
              <w:rPr>
                <w:color w:val="000000"/>
                <w:sz w:val="20"/>
              </w:rPr>
              <w:t>către</w:t>
            </w:r>
            <w:proofErr w:type="spellEnd"/>
            <w:r w:rsidRPr="00C96664">
              <w:rPr>
                <w:color w:val="000000"/>
                <w:sz w:val="20"/>
              </w:rPr>
              <w:t xml:space="preserve"> operator </w:t>
            </w:r>
            <w:proofErr w:type="gramStart"/>
            <w:r w:rsidRPr="00C96664">
              <w:rPr>
                <w:color w:val="000000"/>
                <w:sz w:val="20"/>
              </w:rPr>
              <w:t>a</w:t>
            </w:r>
            <w:proofErr w:type="gramEnd"/>
            <w:r w:rsidRPr="00C96664">
              <w:rPr>
                <w:color w:val="000000"/>
                <w:sz w:val="20"/>
              </w:rPr>
              <w:t xml:space="preserve"> </w:t>
            </w:r>
            <w:proofErr w:type="spellStart"/>
            <w:r w:rsidRPr="00C96664">
              <w:rPr>
                <w:color w:val="000000"/>
                <w:sz w:val="20"/>
              </w:rPr>
              <w:t>obligației</w:t>
            </w:r>
            <w:proofErr w:type="spellEnd"/>
            <w:r w:rsidRPr="00C96664">
              <w:rPr>
                <w:color w:val="000000"/>
                <w:sz w:val="20"/>
              </w:rPr>
              <w:t xml:space="preserve"> de </w:t>
            </w:r>
            <w:proofErr w:type="spellStart"/>
            <w:r w:rsidRPr="00C96664">
              <w:rPr>
                <w:color w:val="000000"/>
                <w:sz w:val="20"/>
              </w:rPr>
              <w:t>spălare</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dezinfecție</w:t>
            </w:r>
            <w:proofErr w:type="spellEnd"/>
            <w:r w:rsidRPr="00C96664">
              <w:rPr>
                <w:color w:val="000000"/>
                <w:sz w:val="20"/>
              </w:rPr>
              <w:t xml:space="preserve">, de minimum </w:t>
            </w:r>
            <w:proofErr w:type="spellStart"/>
            <w:r w:rsidRPr="00C96664">
              <w:rPr>
                <w:color w:val="000000"/>
                <w:sz w:val="20"/>
              </w:rPr>
              <w:t>două</w:t>
            </w:r>
            <w:proofErr w:type="spellEnd"/>
            <w:r w:rsidRPr="00C96664">
              <w:rPr>
                <w:color w:val="000000"/>
                <w:sz w:val="20"/>
              </w:rPr>
              <w:t xml:space="preserve"> </w:t>
            </w:r>
            <w:proofErr w:type="spellStart"/>
            <w:r w:rsidRPr="00C96664">
              <w:rPr>
                <w:color w:val="000000"/>
                <w:sz w:val="20"/>
              </w:rPr>
              <w:t>ori</w:t>
            </w:r>
            <w:proofErr w:type="spellEnd"/>
            <w:r w:rsidRPr="00C96664">
              <w:rPr>
                <w:color w:val="000000"/>
                <w:sz w:val="20"/>
              </w:rPr>
              <w:t xml:space="preserve"> pe an, </w:t>
            </w:r>
            <w:proofErr w:type="spellStart"/>
            <w:r w:rsidRPr="00C96664">
              <w:rPr>
                <w:color w:val="000000"/>
                <w:sz w:val="20"/>
              </w:rPr>
              <w:t>în</w:t>
            </w:r>
            <w:proofErr w:type="spellEnd"/>
            <w:r w:rsidRPr="00C96664">
              <w:rPr>
                <w:color w:val="000000"/>
                <w:sz w:val="20"/>
              </w:rPr>
              <w:t xml:space="preserve"> </w:t>
            </w:r>
            <w:proofErr w:type="spellStart"/>
            <w:r w:rsidRPr="00C96664">
              <w:rPr>
                <w:color w:val="000000"/>
                <w:sz w:val="20"/>
              </w:rPr>
              <w:t>lunile</w:t>
            </w:r>
            <w:proofErr w:type="spellEnd"/>
            <w:r w:rsidRPr="00C96664">
              <w:rPr>
                <w:color w:val="000000"/>
                <w:sz w:val="20"/>
              </w:rPr>
              <w:t xml:space="preserve"> </w:t>
            </w:r>
            <w:proofErr w:type="spellStart"/>
            <w:r w:rsidRPr="00C96664">
              <w:rPr>
                <w:color w:val="000000"/>
                <w:sz w:val="20"/>
              </w:rPr>
              <w:t>iunie</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w:t>
            </w:r>
            <w:proofErr w:type="spellStart"/>
            <w:r w:rsidRPr="00C96664">
              <w:rPr>
                <w:color w:val="000000"/>
                <w:sz w:val="20"/>
              </w:rPr>
              <w:t>septembrie</w:t>
            </w:r>
            <w:proofErr w:type="spellEnd"/>
            <w:r w:rsidRPr="00C96664">
              <w:rPr>
                <w:color w:val="000000"/>
                <w:sz w:val="20"/>
              </w:rPr>
              <w:t xml:space="preserve">, a </w:t>
            </w:r>
            <w:proofErr w:type="spellStart"/>
            <w:r w:rsidRPr="00C96664">
              <w:rPr>
                <w:color w:val="000000"/>
                <w:sz w:val="20"/>
              </w:rPr>
              <w:t>eurocontainerelor</w:t>
            </w:r>
            <w:proofErr w:type="spellEnd"/>
            <w:r w:rsidRPr="00C96664">
              <w:rPr>
                <w:color w:val="000000"/>
                <w:sz w:val="20"/>
              </w:rPr>
              <w:t xml:space="preserve"> </w:t>
            </w:r>
            <w:proofErr w:type="spellStart"/>
            <w:r w:rsidRPr="00C96664">
              <w:rPr>
                <w:color w:val="000000"/>
                <w:sz w:val="20"/>
              </w:rPr>
              <w:t>și</w:t>
            </w:r>
            <w:proofErr w:type="spellEnd"/>
            <w:r w:rsidRPr="00C96664">
              <w:rPr>
                <w:color w:val="000000"/>
                <w:sz w:val="20"/>
              </w:rPr>
              <w:t xml:space="preserve"> a </w:t>
            </w:r>
            <w:proofErr w:type="spellStart"/>
            <w:r w:rsidRPr="00C96664">
              <w:rPr>
                <w:color w:val="000000"/>
                <w:sz w:val="20"/>
              </w:rPr>
              <w:t>recipientelor</w:t>
            </w:r>
            <w:proofErr w:type="spellEnd"/>
            <w:r w:rsidRPr="00C96664">
              <w:rPr>
                <w:color w:val="000000"/>
                <w:sz w:val="20"/>
              </w:rPr>
              <w:t xml:space="preserve"> din </w:t>
            </w:r>
            <w:proofErr w:type="spellStart"/>
            <w:r w:rsidRPr="00C96664">
              <w:rPr>
                <w:color w:val="000000"/>
                <w:sz w:val="20"/>
              </w:rPr>
              <w:t>punctele</w:t>
            </w:r>
            <w:proofErr w:type="spellEnd"/>
            <w:r w:rsidRPr="00C96664">
              <w:rPr>
                <w:color w:val="000000"/>
                <w:sz w:val="20"/>
              </w:rPr>
              <w:t xml:space="preserve"> </w:t>
            </w:r>
            <w:proofErr w:type="spellStart"/>
            <w:r w:rsidRPr="00C96664">
              <w:rPr>
                <w:color w:val="000000"/>
                <w:sz w:val="20"/>
              </w:rPr>
              <w:t>comune</w:t>
            </w:r>
            <w:proofErr w:type="spellEnd"/>
            <w:r w:rsidRPr="00C96664">
              <w:rPr>
                <w:color w:val="000000"/>
                <w:sz w:val="20"/>
              </w:rPr>
              <w:t xml:space="preserve"> de </w:t>
            </w:r>
            <w:proofErr w:type="spellStart"/>
            <w:r w:rsidRPr="00C96664">
              <w:rPr>
                <w:color w:val="000000"/>
                <w:sz w:val="20"/>
              </w:rPr>
              <w:t>colectare</w:t>
            </w:r>
            <w:proofErr w:type="spellEnd"/>
            <w:r w:rsidRPr="00C96664">
              <w:rPr>
                <w:color w:val="000000"/>
                <w:sz w:val="20"/>
              </w:rPr>
              <w:t xml:space="preserve"> </w:t>
            </w:r>
            <w:proofErr w:type="spellStart"/>
            <w:r w:rsidRPr="00C96664">
              <w:rPr>
                <w:color w:val="000000"/>
                <w:sz w:val="20"/>
              </w:rPr>
              <w:t>pentru</w:t>
            </w:r>
            <w:proofErr w:type="spellEnd"/>
            <w:r w:rsidRPr="00C96664">
              <w:rPr>
                <w:color w:val="000000"/>
                <w:sz w:val="20"/>
              </w:rPr>
              <w:t xml:space="preserve"> </w:t>
            </w:r>
            <w:proofErr w:type="spellStart"/>
            <w:r w:rsidRPr="00C96664">
              <w:rPr>
                <w:color w:val="000000"/>
                <w:sz w:val="20"/>
              </w:rPr>
              <w:t>condominii</w:t>
            </w:r>
            <w:proofErr w:type="spellEnd"/>
            <w:r w:rsidRPr="00C96664">
              <w:rPr>
                <w:color w:val="000000"/>
                <w:sz w:val="20"/>
              </w:rPr>
              <w:t xml:space="preserve">, </w:t>
            </w:r>
            <w:proofErr w:type="spellStart"/>
            <w:r w:rsidRPr="00C96664">
              <w:rPr>
                <w:color w:val="000000"/>
                <w:sz w:val="20"/>
              </w:rPr>
              <w:t>prevăzută</w:t>
            </w:r>
            <w:proofErr w:type="spellEnd"/>
            <w:r w:rsidRPr="00C96664">
              <w:rPr>
                <w:color w:val="000000"/>
                <w:sz w:val="20"/>
              </w:rPr>
              <w:t xml:space="preserve"> la art. 18 </w:t>
            </w:r>
            <w:proofErr w:type="spellStart"/>
            <w:r w:rsidRPr="00C96664">
              <w:rPr>
                <w:color w:val="000000"/>
                <w:sz w:val="20"/>
              </w:rPr>
              <w:t>alin</w:t>
            </w:r>
            <w:proofErr w:type="spellEnd"/>
            <w:r w:rsidRPr="00C96664">
              <w:rPr>
                <w:color w:val="000000"/>
                <w:sz w:val="20"/>
              </w:rPr>
              <w:t>. (9)</w:t>
            </w:r>
          </w:p>
        </w:tc>
        <w:tc>
          <w:tcPr>
            <w:tcW w:w="1247" w:type="dxa"/>
          </w:tcPr>
          <w:p w14:paraId="0E8263BF" w14:textId="77777777" w:rsidR="006633E6" w:rsidRPr="00C96664" w:rsidRDefault="00000000">
            <w:pPr>
              <w:spacing w:after="0"/>
              <w:jc w:val="center"/>
            </w:pPr>
            <w:r w:rsidRPr="00C96664">
              <w:rPr>
                <w:b/>
                <w:color w:val="000000"/>
                <w:sz w:val="20"/>
              </w:rPr>
              <w:t>-</w:t>
            </w:r>
          </w:p>
        </w:tc>
        <w:tc>
          <w:tcPr>
            <w:tcW w:w="1304" w:type="dxa"/>
          </w:tcPr>
          <w:p w14:paraId="3B394764" w14:textId="77777777" w:rsidR="006633E6" w:rsidRPr="00C96664" w:rsidRDefault="00000000">
            <w:pPr>
              <w:spacing w:after="0"/>
              <w:jc w:val="center"/>
            </w:pPr>
            <w:r w:rsidRPr="00C96664">
              <w:rPr>
                <w:b/>
                <w:color w:val="000000"/>
                <w:sz w:val="20"/>
              </w:rPr>
              <w:t>-</w:t>
            </w:r>
          </w:p>
        </w:tc>
        <w:tc>
          <w:tcPr>
            <w:tcW w:w="1304" w:type="dxa"/>
          </w:tcPr>
          <w:p w14:paraId="1F74A4BB" w14:textId="77777777" w:rsidR="006633E6" w:rsidRPr="00C96664" w:rsidRDefault="00000000">
            <w:pPr>
              <w:spacing w:after="0"/>
              <w:jc w:val="center"/>
            </w:pPr>
            <w:r w:rsidRPr="00C96664">
              <w:rPr>
                <w:b/>
                <w:color w:val="000000"/>
                <w:sz w:val="20"/>
              </w:rPr>
              <w:t>2.000-5.000</w:t>
            </w:r>
          </w:p>
        </w:tc>
      </w:tr>
    </w:tbl>
    <w:p w14:paraId="2F8AEC61" w14:textId="77777777" w:rsidR="006633E6" w:rsidRDefault="006633E6">
      <w:pPr>
        <w:sectPr w:rsidR="006633E6">
          <w:footerReference w:type="default" r:id="rId8"/>
          <w:pgSz w:w="11906" w:h="16838"/>
          <w:pgMar w:top="1134" w:right="1134" w:bottom="1134" w:left="1134" w:header="720" w:footer="720" w:gutter="0"/>
          <w:cols w:space="720"/>
          <w:docGrid w:linePitch="360"/>
        </w:sectPr>
      </w:pPr>
    </w:p>
    <w:p w14:paraId="7F9B1003" w14:textId="77777777" w:rsidR="006633E6" w:rsidRPr="00223B75" w:rsidRDefault="00000000">
      <w:pPr>
        <w:keepNext/>
        <w:spacing w:before="160"/>
        <w:jc w:val="center"/>
      </w:pPr>
      <w:proofErr w:type="spellStart"/>
      <w:r w:rsidRPr="00223B75">
        <w:rPr>
          <w:b/>
          <w:color w:val="000000"/>
        </w:rPr>
        <w:lastRenderedPageBreak/>
        <w:t>Anexa</w:t>
      </w:r>
      <w:proofErr w:type="spellEnd"/>
      <w:r w:rsidRPr="00223B75">
        <w:rPr>
          <w:b/>
          <w:color w:val="000000"/>
        </w:rPr>
        <w:t xml:space="preserve"> nr. 3 la </w:t>
      </w:r>
      <w:proofErr w:type="spellStart"/>
      <w:r w:rsidRPr="00223B75">
        <w:rPr>
          <w:b/>
          <w:color w:val="000000"/>
        </w:rPr>
        <w:t>Regulamentul</w:t>
      </w:r>
      <w:proofErr w:type="spellEnd"/>
      <w:r w:rsidRPr="00223B75">
        <w:rPr>
          <w:b/>
          <w:color w:val="000000"/>
        </w:rPr>
        <w:t xml:space="preserve"> </w:t>
      </w:r>
      <w:proofErr w:type="spellStart"/>
      <w:r w:rsidRPr="00223B75">
        <w:rPr>
          <w:b/>
          <w:color w:val="000000"/>
        </w:rPr>
        <w:t>serviciului</w:t>
      </w:r>
      <w:proofErr w:type="spellEnd"/>
      <w:r w:rsidRPr="00223B75">
        <w:rPr>
          <w:b/>
          <w:color w:val="000000"/>
        </w:rPr>
        <w:t xml:space="preserve"> de </w:t>
      </w:r>
      <w:proofErr w:type="spellStart"/>
      <w:r w:rsidRPr="00223B75">
        <w:rPr>
          <w:b/>
          <w:color w:val="000000"/>
        </w:rPr>
        <w:t>salubrizare</w:t>
      </w:r>
      <w:proofErr w:type="spellEnd"/>
      <w:r w:rsidRPr="00223B75">
        <w:rPr>
          <w:b/>
          <w:color w:val="000000"/>
        </w:rPr>
        <w:t xml:space="preserve"> al </w:t>
      </w:r>
      <w:proofErr w:type="spellStart"/>
      <w:r w:rsidRPr="00223B75">
        <w:rPr>
          <w:b/>
          <w:color w:val="000000"/>
        </w:rPr>
        <w:t>orașului</w:t>
      </w:r>
      <w:proofErr w:type="spellEnd"/>
      <w:r w:rsidRPr="00223B75">
        <w:rPr>
          <w:b/>
          <w:color w:val="000000"/>
        </w:rPr>
        <w:t xml:space="preserve"> </w:t>
      </w:r>
      <w:proofErr w:type="spellStart"/>
      <w:r w:rsidRPr="00223B75">
        <w:rPr>
          <w:b/>
          <w:color w:val="000000"/>
        </w:rPr>
        <w:t>Buhuși</w:t>
      </w:r>
      <w:proofErr w:type="spellEnd"/>
    </w:p>
    <w:p w14:paraId="7AC24DEE" w14:textId="77777777" w:rsidR="00A8160A" w:rsidRPr="00223B75" w:rsidRDefault="00000000">
      <w:pPr>
        <w:spacing w:after="160"/>
        <w:jc w:val="center"/>
      </w:pPr>
      <w:proofErr w:type="spellStart"/>
      <w:r w:rsidRPr="00223B75">
        <w:rPr>
          <w:rFonts w:ascii="Calibri" w:hAnsi="Calibri"/>
          <w:b/>
        </w:rPr>
        <w:t>Căile</w:t>
      </w:r>
      <w:proofErr w:type="spellEnd"/>
      <w:r w:rsidRPr="00223B75">
        <w:rPr>
          <w:rFonts w:ascii="Calibri" w:hAnsi="Calibri"/>
          <w:b/>
        </w:rPr>
        <w:t xml:space="preserve"> </w:t>
      </w:r>
      <w:proofErr w:type="spellStart"/>
      <w:r w:rsidRPr="00223B75">
        <w:rPr>
          <w:rFonts w:ascii="Calibri" w:hAnsi="Calibri"/>
          <w:b/>
        </w:rPr>
        <w:t>publice</w:t>
      </w:r>
      <w:proofErr w:type="spellEnd"/>
      <w:r w:rsidRPr="00223B75">
        <w:rPr>
          <w:rFonts w:ascii="Calibri" w:hAnsi="Calibri"/>
          <w:b/>
        </w:rPr>
        <w:t xml:space="preserve"> pe care se </w:t>
      </w:r>
      <w:proofErr w:type="spellStart"/>
      <w:r w:rsidRPr="00223B75">
        <w:rPr>
          <w:rFonts w:ascii="Calibri" w:hAnsi="Calibri"/>
          <w:b/>
        </w:rPr>
        <w:t>execută</w:t>
      </w:r>
      <w:proofErr w:type="spellEnd"/>
      <w:r w:rsidRPr="00223B75">
        <w:rPr>
          <w:rFonts w:ascii="Calibri" w:hAnsi="Calibri"/>
          <w:b/>
        </w:rPr>
        <w:t xml:space="preserve"> </w:t>
      </w:r>
      <w:proofErr w:type="spellStart"/>
      <w:r w:rsidRPr="00223B75">
        <w:rPr>
          <w:rFonts w:ascii="Calibri" w:hAnsi="Calibri"/>
          <w:b/>
        </w:rPr>
        <w:t>măturatul</w:t>
      </w:r>
      <w:proofErr w:type="spellEnd"/>
      <w:r w:rsidRPr="00223B75">
        <w:rPr>
          <w:rFonts w:ascii="Calibri" w:hAnsi="Calibri"/>
          <w:b/>
        </w:rPr>
        <w:t xml:space="preserve"> </w:t>
      </w:r>
      <w:proofErr w:type="spellStart"/>
      <w:r w:rsidRPr="00223B75">
        <w:rPr>
          <w:rFonts w:ascii="Calibri" w:hAnsi="Calibri"/>
          <w:b/>
        </w:rPr>
        <w:t>mecanizat</w:t>
      </w:r>
      <w:proofErr w:type="spellEnd"/>
      <w:r w:rsidRPr="00223B75">
        <w:rPr>
          <w:rFonts w:ascii="Calibri" w:hAnsi="Calibri"/>
          <w:b/>
        </w:rPr>
        <w:t xml:space="preserve"> </w:t>
      </w:r>
      <w:proofErr w:type="spellStart"/>
      <w:r w:rsidRPr="00223B75">
        <w:rPr>
          <w:rFonts w:ascii="Calibri" w:hAnsi="Calibri"/>
          <w:b/>
        </w:rPr>
        <w:t>și</w:t>
      </w:r>
      <w:proofErr w:type="spellEnd"/>
      <w:r w:rsidRPr="00223B75">
        <w:rPr>
          <w:rFonts w:ascii="Calibri" w:hAnsi="Calibri"/>
          <w:b/>
        </w:rPr>
        <w:t xml:space="preserve"> </w:t>
      </w:r>
      <w:proofErr w:type="spellStart"/>
      <w:r w:rsidRPr="00223B75">
        <w:rPr>
          <w:rFonts w:ascii="Calibri" w:hAnsi="Calibri"/>
          <w:b/>
        </w:rPr>
        <w:t>stropitul</w:t>
      </w:r>
      <w:proofErr w:type="spellEnd"/>
      <w:r w:rsidRPr="00223B75">
        <w:rPr>
          <w:rFonts w:ascii="Calibri" w:hAnsi="Calibri"/>
          <w:b/>
        </w:rPr>
        <w:t xml:space="preserve"> </w:t>
      </w:r>
      <w:proofErr w:type="spellStart"/>
      <w:r w:rsidRPr="00223B75">
        <w:rPr>
          <w:rFonts w:ascii="Calibri" w:hAnsi="Calibri"/>
          <w:b/>
        </w:rPr>
        <w:t>carosabilului</w:t>
      </w:r>
      <w:proofErr w:type="spellEnd"/>
    </w:p>
    <w:p w14:paraId="0B3493A2" w14:textId="77777777" w:rsidR="00A8160A" w:rsidRPr="00223B75" w:rsidRDefault="00000000">
      <w:pPr>
        <w:spacing w:after="160"/>
        <w:jc w:val="both"/>
        <w:rPr>
          <w:lang w:val="pt-PT"/>
        </w:rPr>
      </w:pPr>
      <w:r w:rsidRPr="00223B75">
        <w:rPr>
          <w:rFonts w:ascii="Calibri" w:hAnsi="Calibri"/>
          <w:sz w:val="22"/>
        </w:rPr>
        <w:t xml:space="preserve">Lista </w:t>
      </w:r>
      <w:proofErr w:type="spellStart"/>
      <w:r w:rsidRPr="00223B75">
        <w:rPr>
          <w:rFonts w:ascii="Calibri" w:hAnsi="Calibri"/>
          <w:sz w:val="22"/>
        </w:rPr>
        <w:t>celor</w:t>
      </w:r>
      <w:proofErr w:type="spellEnd"/>
      <w:r w:rsidRPr="00223B75">
        <w:rPr>
          <w:rFonts w:ascii="Calibri" w:hAnsi="Calibri"/>
          <w:sz w:val="22"/>
        </w:rPr>
        <w:t xml:space="preserve"> 46 de </w:t>
      </w:r>
      <w:proofErr w:type="spellStart"/>
      <w:r w:rsidRPr="00223B75">
        <w:rPr>
          <w:rFonts w:ascii="Calibri" w:hAnsi="Calibri"/>
          <w:sz w:val="22"/>
        </w:rPr>
        <w:t>străzi</w:t>
      </w:r>
      <w:proofErr w:type="spellEnd"/>
      <w:r w:rsidRPr="00223B75">
        <w:rPr>
          <w:rFonts w:ascii="Calibri" w:hAnsi="Calibri"/>
          <w:sz w:val="22"/>
        </w:rPr>
        <w:t xml:space="preserve">, cu </w:t>
      </w:r>
      <w:proofErr w:type="spellStart"/>
      <w:r w:rsidRPr="00223B75">
        <w:rPr>
          <w:rFonts w:ascii="Calibri" w:hAnsi="Calibri"/>
          <w:sz w:val="22"/>
        </w:rPr>
        <w:t>lungimea</w:t>
      </w:r>
      <w:proofErr w:type="spellEnd"/>
      <w:r w:rsidRPr="00223B75">
        <w:rPr>
          <w:rFonts w:ascii="Calibri" w:hAnsi="Calibri"/>
          <w:sz w:val="22"/>
        </w:rPr>
        <w:t xml:space="preserve">, </w:t>
      </w:r>
      <w:proofErr w:type="spellStart"/>
      <w:r w:rsidRPr="00223B75">
        <w:rPr>
          <w:rFonts w:ascii="Calibri" w:hAnsi="Calibri"/>
          <w:sz w:val="22"/>
        </w:rPr>
        <w:t>lățimea</w:t>
      </w:r>
      <w:proofErr w:type="spellEnd"/>
      <w:r w:rsidRPr="00223B75">
        <w:rPr>
          <w:rFonts w:ascii="Calibri" w:hAnsi="Calibri"/>
          <w:sz w:val="22"/>
        </w:rPr>
        <w:t xml:space="preserve">, </w:t>
      </w:r>
      <w:proofErr w:type="spellStart"/>
      <w:r w:rsidRPr="00223B75">
        <w:rPr>
          <w:rFonts w:ascii="Calibri" w:hAnsi="Calibri"/>
          <w:sz w:val="22"/>
        </w:rPr>
        <w:t>suprafața</w:t>
      </w:r>
      <w:proofErr w:type="spellEnd"/>
      <w:r w:rsidRPr="00223B75">
        <w:rPr>
          <w:rFonts w:ascii="Calibri" w:hAnsi="Calibri"/>
          <w:sz w:val="22"/>
        </w:rPr>
        <w:t xml:space="preserve"> </w:t>
      </w:r>
      <w:proofErr w:type="spellStart"/>
      <w:r w:rsidRPr="00223B75">
        <w:rPr>
          <w:rFonts w:ascii="Calibri" w:hAnsi="Calibri"/>
          <w:sz w:val="22"/>
        </w:rPr>
        <w:t>și</w:t>
      </w:r>
      <w:proofErr w:type="spellEnd"/>
      <w:r w:rsidRPr="00223B75">
        <w:rPr>
          <w:rFonts w:ascii="Calibri" w:hAnsi="Calibri"/>
          <w:sz w:val="22"/>
        </w:rPr>
        <w:t xml:space="preserve"> </w:t>
      </w:r>
      <w:proofErr w:type="spellStart"/>
      <w:r w:rsidRPr="00223B75">
        <w:rPr>
          <w:rFonts w:ascii="Calibri" w:hAnsi="Calibri"/>
          <w:sz w:val="22"/>
        </w:rPr>
        <w:t>repartizarea</w:t>
      </w:r>
      <w:proofErr w:type="spellEnd"/>
      <w:r w:rsidRPr="00223B75">
        <w:rPr>
          <w:rFonts w:ascii="Calibri" w:hAnsi="Calibri"/>
          <w:sz w:val="22"/>
        </w:rPr>
        <w:t xml:space="preserve"> pe </w:t>
      </w:r>
      <w:proofErr w:type="spellStart"/>
      <w:r w:rsidRPr="00223B75">
        <w:rPr>
          <w:rFonts w:ascii="Calibri" w:hAnsi="Calibri"/>
          <w:sz w:val="22"/>
        </w:rPr>
        <w:t>zilele</w:t>
      </w:r>
      <w:proofErr w:type="spellEnd"/>
      <w:r w:rsidRPr="00223B75">
        <w:rPr>
          <w:rFonts w:ascii="Calibri" w:hAnsi="Calibri"/>
          <w:sz w:val="22"/>
        </w:rPr>
        <w:t xml:space="preserve"> </w:t>
      </w:r>
      <w:proofErr w:type="spellStart"/>
      <w:r w:rsidRPr="00223B75">
        <w:rPr>
          <w:rFonts w:ascii="Calibri" w:hAnsi="Calibri"/>
          <w:sz w:val="22"/>
        </w:rPr>
        <w:t>săptămânii</w:t>
      </w:r>
      <w:proofErr w:type="spellEnd"/>
      <w:r w:rsidRPr="00223B75">
        <w:rPr>
          <w:rFonts w:ascii="Calibri" w:hAnsi="Calibri"/>
          <w:sz w:val="22"/>
        </w:rPr>
        <w:t xml:space="preserve">, </w:t>
      </w:r>
      <w:proofErr w:type="spellStart"/>
      <w:r w:rsidRPr="00223B75">
        <w:rPr>
          <w:rFonts w:ascii="Calibri" w:hAnsi="Calibri"/>
          <w:sz w:val="22"/>
        </w:rPr>
        <w:t>este</w:t>
      </w:r>
      <w:proofErr w:type="spellEnd"/>
      <w:r w:rsidRPr="00223B75">
        <w:rPr>
          <w:rFonts w:ascii="Calibri" w:hAnsi="Calibri"/>
          <w:sz w:val="22"/>
        </w:rPr>
        <w:t xml:space="preserve"> </w:t>
      </w:r>
      <w:proofErr w:type="spellStart"/>
      <w:r w:rsidRPr="00223B75">
        <w:rPr>
          <w:rFonts w:ascii="Calibri" w:hAnsi="Calibri"/>
          <w:sz w:val="22"/>
        </w:rPr>
        <w:t>prevăzută</w:t>
      </w:r>
      <w:proofErr w:type="spellEnd"/>
      <w:r w:rsidRPr="00223B75">
        <w:rPr>
          <w:rFonts w:ascii="Calibri" w:hAnsi="Calibri"/>
          <w:sz w:val="22"/>
        </w:rPr>
        <w:t xml:space="preserve"> </w:t>
      </w:r>
      <w:proofErr w:type="spellStart"/>
      <w:r w:rsidRPr="00223B75">
        <w:rPr>
          <w:rFonts w:ascii="Calibri" w:hAnsi="Calibri"/>
          <w:sz w:val="22"/>
        </w:rPr>
        <w:t>în</w:t>
      </w:r>
      <w:proofErr w:type="spellEnd"/>
      <w:r w:rsidRPr="00223B75">
        <w:rPr>
          <w:rFonts w:ascii="Calibri" w:hAnsi="Calibri"/>
          <w:sz w:val="22"/>
        </w:rPr>
        <w:t xml:space="preserve"> </w:t>
      </w:r>
      <w:proofErr w:type="spellStart"/>
      <w:r w:rsidRPr="00223B75">
        <w:rPr>
          <w:rFonts w:ascii="Calibri" w:hAnsi="Calibri"/>
          <w:sz w:val="22"/>
        </w:rPr>
        <w:t>anexa</w:t>
      </w:r>
      <w:proofErr w:type="spellEnd"/>
      <w:r w:rsidRPr="00223B75">
        <w:rPr>
          <w:rFonts w:ascii="Calibri" w:hAnsi="Calibri"/>
          <w:sz w:val="22"/>
        </w:rPr>
        <w:t xml:space="preserve"> nr. 9 la </w:t>
      </w:r>
      <w:proofErr w:type="spellStart"/>
      <w:r w:rsidRPr="00223B75">
        <w:rPr>
          <w:rFonts w:ascii="Calibri" w:hAnsi="Calibri"/>
          <w:sz w:val="22"/>
        </w:rPr>
        <w:t>caietul</w:t>
      </w:r>
      <w:proofErr w:type="spellEnd"/>
      <w:r w:rsidRPr="00223B75">
        <w:rPr>
          <w:rFonts w:ascii="Calibri" w:hAnsi="Calibri"/>
          <w:sz w:val="22"/>
        </w:rPr>
        <w:t xml:space="preserve"> de </w:t>
      </w:r>
      <w:proofErr w:type="spellStart"/>
      <w:r w:rsidRPr="00223B75">
        <w:rPr>
          <w:rFonts w:ascii="Calibri" w:hAnsi="Calibri"/>
          <w:sz w:val="22"/>
        </w:rPr>
        <w:t>sarcini</w:t>
      </w:r>
      <w:proofErr w:type="spellEnd"/>
      <w:r w:rsidRPr="00223B75">
        <w:rPr>
          <w:rFonts w:ascii="Calibri" w:hAnsi="Calibri"/>
          <w:sz w:val="22"/>
        </w:rPr>
        <w:t xml:space="preserve">, care face </w:t>
      </w:r>
      <w:proofErr w:type="spellStart"/>
      <w:r w:rsidRPr="00223B75">
        <w:rPr>
          <w:rFonts w:ascii="Calibri" w:hAnsi="Calibri"/>
          <w:sz w:val="22"/>
        </w:rPr>
        <w:t>parte</w:t>
      </w:r>
      <w:proofErr w:type="spellEnd"/>
      <w:r w:rsidRPr="00223B75">
        <w:rPr>
          <w:rFonts w:ascii="Calibri" w:hAnsi="Calibri"/>
          <w:sz w:val="22"/>
        </w:rPr>
        <w:t xml:space="preserve"> </w:t>
      </w:r>
      <w:proofErr w:type="spellStart"/>
      <w:r w:rsidRPr="00223B75">
        <w:rPr>
          <w:rFonts w:ascii="Calibri" w:hAnsi="Calibri"/>
          <w:sz w:val="22"/>
        </w:rPr>
        <w:t>integrantă</w:t>
      </w:r>
      <w:proofErr w:type="spellEnd"/>
      <w:r w:rsidRPr="00223B75">
        <w:rPr>
          <w:rFonts w:ascii="Calibri" w:hAnsi="Calibri"/>
          <w:sz w:val="22"/>
        </w:rPr>
        <w:t xml:space="preserve"> din </w:t>
      </w:r>
      <w:proofErr w:type="spellStart"/>
      <w:r w:rsidRPr="00223B75">
        <w:rPr>
          <w:rFonts w:ascii="Calibri" w:hAnsi="Calibri"/>
          <w:sz w:val="22"/>
        </w:rPr>
        <w:t>documentația</w:t>
      </w:r>
      <w:proofErr w:type="spellEnd"/>
      <w:r w:rsidRPr="00223B75">
        <w:rPr>
          <w:rFonts w:ascii="Calibri" w:hAnsi="Calibri"/>
          <w:sz w:val="22"/>
        </w:rPr>
        <w:t xml:space="preserve"> </w:t>
      </w:r>
      <w:proofErr w:type="spellStart"/>
      <w:r w:rsidRPr="00223B75">
        <w:rPr>
          <w:rFonts w:ascii="Calibri" w:hAnsi="Calibri"/>
          <w:sz w:val="22"/>
        </w:rPr>
        <w:t>serviciului</w:t>
      </w:r>
      <w:proofErr w:type="spellEnd"/>
      <w:r w:rsidRPr="00223B75">
        <w:rPr>
          <w:rFonts w:ascii="Calibri" w:hAnsi="Calibri"/>
          <w:sz w:val="22"/>
        </w:rPr>
        <w:t xml:space="preserve"> </w:t>
      </w:r>
      <w:proofErr w:type="spellStart"/>
      <w:r w:rsidRPr="00223B75">
        <w:rPr>
          <w:rFonts w:ascii="Calibri" w:hAnsi="Calibri"/>
          <w:sz w:val="22"/>
        </w:rPr>
        <w:t>și</w:t>
      </w:r>
      <w:proofErr w:type="spellEnd"/>
      <w:r w:rsidRPr="00223B75">
        <w:rPr>
          <w:rFonts w:ascii="Calibri" w:hAnsi="Calibri"/>
          <w:sz w:val="22"/>
        </w:rPr>
        <w:t xml:space="preserve"> se </w:t>
      </w:r>
      <w:proofErr w:type="spellStart"/>
      <w:r w:rsidRPr="00223B75">
        <w:rPr>
          <w:rFonts w:ascii="Calibri" w:hAnsi="Calibri"/>
          <w:sz w:val="22"/>
        </w:rPr>
        <w:t>aplică</w:t>
      </w:r>
      <w:proofErr w:type="spellEnd"/>
      <w:r w:rsidRPr="00223B75">
        <w:rPr>
          <w:rFonts w:ascii="Calibri" w:hAnsi="Calibri"/>
          <w:sz w:val="22"/>
        </w:rPr>
        <w:t xml:space="preserve"> </w:t>
      </w:r>
      <w:proofErr w:type="spellStart"/>
      <w:r w:rsidRPr="00223B75">
        <w:rPr>
          <w:rFonts w:ascii="Calibri" w:hAnsi="Calibri"/>
          <w:sz w:val="22"/>
        </w:rPr>
        <w:t>în</w:t>
      </w:r>
      <w:proofErr w:type="spellEnd"/>
      <w:r w:rsidRPr="00223B75">
        <w:rPr>
          <w:rFonts w:ascii="Calibri" w:hAnsi="Calibri"/>
          <w:sz w:val="22"/>
        </w:rPr>
        <w:t xml:space="preserve"> mod </w:t>
      </w:r>
      <w:proofErr w:type="spellStart"/>
      <w:r w:rsidRPr="00223B75">
        <w:rPr>
          <w:rFonts w:ascii="Calibri" w:hAnsi="Calibri"/>
          <w:sz w:val="22"/>
        </w:rPr>
        <w:t>corespunzător</w:t>
      </w:r>
      <w:proofErr w:type="spellEnd"/>
      <w:r w:rsidRPr="00223B75">
        <w:rPr>
          <w:rFonts w:ascii="Calibri" w:hAnsi="Calibri"/>
          <w:sz w:val="22"/>
        </w:rPr>
        <w:t xml:space="preserve">. </w:t>
      </w:r>
      <w:r w:rsidRPr="00223B75">
        <w:rPr>
          <w:rFonts w:ascii="Calibri" w:hAnsi="Calibri"/>
          <w:sz w:val="22"/>
          <w:lang w:val="pt-PT"/>
        </w:rPr>
        <w:t>Suprafața totală săptămânală este de 355.475 mp, respectiv 16.351.850 mp pe an, la 46 de săptămâni de sezon și 230 de zile lucrătoare.</w:t>
      </w:r>
    </w:p>
    <w:p w14:paraId="7B105E2D" w14:textId="77777777" w:rsidR="006633E6" w:rsidRPr="00223B75" w:rsidRDefault="00000000">
      <w:pPr>
        <w:keepNext/>
        <w:spacing w:before="160"/>
        <w:jc w:val="center"/>
        <w:rPr>
          <w:lang w:val="pt-PT"/>
        </w:rPr>
      </w:pPr>
      <w:r w:rsidRPr="00223B75">
        <w:rPr>
          <w:b/>
          <w:color w:val="000000"/>
          <w:lang w:val="pt-PT"/>
        </w:rPr>
        <w:t>Anexa nr. 4 la Regulamentul serviciului de salubrizare al orașului Buhuși</w:t>
      </w:r>
    </w:p>
    <w:p w14:paraId="3DF9EA9F" w14:textId="77777777" w:rsidR="00A8160A" w:rsidRPr="00223B75" w:rsidRDefault="00000000">
      <w:pPr>
        <w:spacing w:after="160"/>
        <w:jc w:val="center"/>
        <w:rPr>
          <w:lang w:val="pt-PT"/>
        </w:rPr>
      </w:pPr>
      <w:r w:rsidRPr="00223B75">
        <w:rPr>
          <w:rFonts w:ascii="Calibri" w:hAnsi="Calibri"/>
          <w:b/>
          <w:lang w:val="pt-PT"/>
        </w:rPr>
        <w:t>Căile publice pe care se execută spălatul carosabilului</w:t>
      </w:r>
    </w:p>
    <w:p w14:paraId="37AA9C6C" w14:textId="77777777" w:rsidR="00A8160A" w:rsidRPr="00223B75" w:rsidRDefault="00000000">
      <w:pPr>
        <w:spacing w:after="160"/>
        <w:jc w:val="both"/>
        <w:rPr>
          <w:lang w:val="pt-PT"/>
        </w:rPr>
      </w:pPr>
      <w:r w:rsidRPr="00223B75">
        <w:rPr>
          <w:rFonts w:ascii="Calibri" w:hAnsi="Calibri"/>
          <w:sz w:val="22"/>
          <w:lang w:val="pt-PT"/>
        </w:rPr>
        <w:t>Lista străzilor, cu suprafața la o spălare și suprafața anuală, este prevăzută în anexa nr. 8 la caietul de sarcini, care face parte integrantă din documentația serviciului și se aplică în mod corespunzător. Activitatea se execută începând cu al doilea an de operare, o dată la două săptămâni, respectiv 15 spălări pe an, pe o suprafață de 216.762 mp la o spălare și 3.251.430 mp pe an.</w:t>
      </w:r>
    </w:p>
    <w:p w14:paraId="273F99BA" w14:textId="77777777" w:rsidR="006633E6" w:rsidRPr="00223B75" w:rsidRDefault="00000000">
      <w:pPr>
        <w:keepNext/>
        <w:spacing w:before="160"/>
        <w:jc w:val="center"/>
        <w:rPr>
          <w:lang w:val="pt-PT"/>
        </w:rPr>
      </w:pPr>
      <w:r w:rsidRPr="00223B75">
        <w:rPr>
          <w:b/>
          <w:color w:val="000000"/>
          <w:lang w:val="pt-PT"/>
        </w:rPr>
        <w:t>Anexa nr. 5 la Regulamentul serviciului de salubrizare al orașului Buhuși</w:t>
      </w:r>
    </w:p>
    <w:p w14:paraId="4DF93AC7" w14:textId="77777777" w:rsidR="00A8160A" w:rsidRPr="00223B75" w:rsidRDefault="00000000">
      <w:pPr>
        <w:spacing w:after="160"/>
        <w:jc w:val="center"/>
        <w:rPr>
          <w:lang w:val="pt-PT"/>
        </w:rPr>
      </w:pPr>
      <w:r w:rsidRPr="00223B75">
        <w:rPr>
          <w:rFonts w:ascii="Calibri" w:hAnsi="Calibri"/>
          <w:b/>
          <w:lang w:val="pt-PT"/>
        </w:rPr>
        <w:t>Căile publice pe care se execută răzuitul rigolelor și bordurilor</w:t>
      </w:r>
    </w:p>
    <w:p w14:paraId="6D50C5B3" w14:textId="77777777" w:rsidR="00A8160A" w:rsidRPr="00223B75" w:rsidRDefault="00000000">
      <w:pPr>
        <w:spacing w:after="160"/>
        <w:jc w:val="both"/>
        <w:rPr>
          <w:lang w:val="pt-PT"/>
        </w:rPr>
      </w:pPr>
      <w:r w:rsidRPr="00223B75">
        <w:rPr>
          <w:rFonts w:ascii="Calibri" w:hAnsi="Calibri"/>
          <w:sz w:val="22"/>
          <w:lang w:val="pt-PT"/>
        </w:rPr>
        <w:t>Lista celor 43 de străzi, cu lungimea rigolei, lățimea de lucru și suprafața la o răzuire, este prevăzută în anexa nr. 11 la caietul de sarcini, care face parte integrantă din documentația serviciului și se aplică în mod corespunzător. Lungimea cumulată a rigolelor este de 42.708 m, suprafața la o răzuire este de 32.041 mp, iar suprafața anuală, la trei răzuiri, este de 96.123 mp.</w:t>
      </w:r>
    </w:p>
    <w:p w14:paraId="4EBD42F6" w14:textId="77777777" w:rsidR="006633E6" w:rsidRPr="00223B75" w:rsidRDefault="00000000">
      <w:pPr>
        <w:keepNext/>
        <w:spacing w:before="160"/>
        <w:jc w:val="center"/>
        <w:rPr>
          <w:lang w:val="pt-PT"/>
        </w:rPr>
      </w:pPr>
      <w:r w:rsidRPr="00223B75">
        <w:rPr>
          <w:b/>
          <w:color w:val="000000"/>
          <w:lang w:val="pt-PT"/>
        </w:rPr>
        <w:t>Anexa nr. 6 la Regulamentul serviciului de salubrizare al orașului Buhuși</w:t>
      </w:r>
    </w:p>
    <w:p w14:paraId="4DBEB69A" w14:textId="77777777" w:rsidR="00A8160A" w:rsidRPr="00223B75" w:rsidRDefault="00000000">
      <w:pPr>
        <w:spacing w:after="160"/>
        <w:jc w:val="center"/>
        <w:rPr>
          <w:lang w:val="pt-PT"/>
        </w:rPr>
      </w:pPr>
      <w:r w:rsidRPr="00223B75">
        <w:rPr>
          <w:rFonts w:ascii="Calibri" w:hAnsi="Calibri"/>
          <w:b/>
          <w:lang w:val="pt-PT"/>
        </w:rPr>
        <w:t>Curățarea și transportul zăpezii de pe căile publice și menținerea în funcțiune a acestora pe timp de polei sau de îngheț</w:t>
      </w:r>
    </w:p>
    <w:p w14:paraId="2870069E" w14:textId="77777777" w:rsidR="00A8160A" w:rsidRPr="00DD198D" w:rsidRDefault="00000000">
      <w:pPr>
        <w:spacing w:after="160"/>
        <w:jc w:val="both"/>
        <w:rPr>
          <w:lang w:val="pt-PT"/>
        </w:rPr>
      </w:pPr>
      <w:r w:rsidRPr="00223B75">
        <w:rPr>
          <w:rFonts w:ascii="Calibri" w:hAnsi="Calibri"/>
          <w:sz w:val="22"/>
          <w:lang w:val="pt-PT"/>
        </w:rPr>
        <w:t>Lista căilor publice pe grade de prioritate, amplasamentele spațiilor de depozitare a zăpezii, căile publice supuse combaterii poleiului, stocurile tampon de materiale antiderapante și lista utilajelor sunt prevăzute în anexele nr. 13 – 16 la caietul de sarcini, care fac parte integrantă din documentația serviciului și se aplică în mod corespunzător. Suprafața deszăpezită pe trecere este de 354.000 mp, respectiv 177.000 mp pe fiecare grad de prioritate, iar suprafața anuală este de 5.310.000 mp, la 15 zile cu ninsoare pe an. Suprafața de combatere a poleiului este de 177.000 mp pe trecere, respectiv 4.248.000 mp pe an, la 24 de treceri. Volumul de zăpadă transportat este de 118 mc pe trecere, respectiv 1.416 mc pe an.</w:t>
      </w:r>
    </w:p>
    <w:sectPr w:rsidR="00A8160A" w:rsidRPr="00DD19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935E6" w14:textId="77777777" w:rsidR="000B6D30" w:rsidRDefault="000B6D30">
      <w:pPr>
        <w:spacing w:after="0"/>
      </w:pPr>
      <w:r>
        <w:separator/>
      </w:r>
    </w:p>
  </w:endnote>
  <w:endnote w:type="continuationSeparator" w:id="0">
    <w:p w14:paraId="53519086" w14:textId="77777777" w:rsidR="000B6D30" w:rsidRDefault="000B6D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09244" w14:textId="640DA35A" w:rsidR="0031509C" w:rsidRDefault="0031509C" w:rsidP="0031509C">
    <w:pPr>
      <w:spacing w:after="240"/>
      <w:rPr>
        <w:bCs/>
        <w:color w:val="000000"/>
        <w:sz w:val="20"/>
        <w:szCs w:val="20"/>
        <w:lang w:val="it-CH"/>
      </w:rPr>
    </w:pPr>
    <w:r w:rsidRPr="0031509C">
      <w:rPr>
        <w:bCs/>
        <w:color w:val="000000"/>
        <w:sz w:val="20"/>
        <w:szCs w:val="20"/>
        <w:lang w:val="it-CH"/>
      </w:rPr>
      <w:t>REGULAMENTUL serviciului de salubrizare al orașului Buhuși</w:t>
    </w:r>
  </w:p>
  <w:p w14:paraId="04F030C8" w14:textId="43CE80F9" w:rsidR="001F0542" w:rsidRPr="0031509C" w:rsidRDefault="001F0542" w:rsidP="0031509C">
    <w:pPr>
      <w:spacing w:after="240"/>
      <w:rPr>
        <w:bCs/>
        <w:color w:val="000000"/>
        <w:sz w:val="20"/>
        <w:szCs w:val="20"/>
        <w:lang w:val="it-CH"/>
      </w:rPr>
    </w:pPr>
    <w:r>
      <w:rPr>
        <w:bCs/>
        <w:color w:val="000000"/>
        <w:sz w:val="20"/>
        <w:szCs w:val="20"/>
        <w:lang w:val="it-CH"/>
      </w:rPr>
      <w:t>Anexa 4 la HCL nr....../........2026</w:t>
    </w:r>
  </w:p>
  <w:p w14:paraId="098B2936" w14:textId="3CFEA9B0" w:rsidR="0031509C" w:rsidRPr="0031509C" w:rsidRDefault="0031509C">
    <w:pPr>
      <w:pStyle w:val="Subsol"/>
      <w:rPr>
        <w:lang w:val="it-CH"/>
      </w:rPr>
    </w:pPr>
  </w:p>
  <w:p w14:paraId="2661E50C" w14:textId="77777777" w:rsidR="00081F51" w:rsidRPr="0031509C" w:rsidRDefault="00081F51">
    <w:pPr>
      <w:rPr>
        <w:lang w:val="it-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F0C42" w14:textId="77777777" w:rsidR="000B6D30" w:rsidRDefault="000B6D30">
      <w:pPr>
        <w:spacing w:after="0"/>
      </w:pPr>
      <w:r>
        <w:separator/>
      </w:r>
    </w:p>
  </w:footnote>
  <w:footnote w:type="continuationSeparator" w:id="0">
    <w:p w14:paraId="7D7A41E8" w14:textId="77777777" w:rsidR="000B6D30" w:rsidRDefault="000B6D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84348894">
    <w:abstractNumId w:val="8"/>
  </w:num>
  <w:num w:numId="2" w16cid:durableId="1703237860">
    <w:abstractNumId w:val="6"/>
  </w:num>
  <w:num w:numId="3" w16cid:durableId="638532688">
    <w:abstractNumId w:val="5"/>
  </w:num>
  <w:num w:numId="4" w16cid:durableId="725841009">
    <w:abstractNumId w:val="4"/>
  </w:num>
  <w:num w:numId="5" w16cid:durableId="1059211191">
    <w:abstractNumId w:val="7"/>
  </w:num>
  <w:num w:numId="6" w16cid:durableId="692271133">
    <w:abstractNumId w:val="3"/>
  </w:num>
  <w:num w:numId="7" w16cid:durableId="120848437">
    <w:abstractNumId w:val="2"/>
  </w:num>
  <w:num w:numId="8" w16cid:durableId="1042824775">
    <w:abstractNumId w:val="1"/>
  </w:num>
  <w:num w:numId="9" w16cid:durableId="107847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1F51"/>
    <w:rsid w:val="000B6D30"/>
    <w:rsid w:val="000B7AA3"/>
    <w:rsid w:val="0015074B"/>
    <w:rsid w:val="001F0542"/>
    <w:rsid w:val="001F2DD4"/>
    <w:rsid w:val="00223B75"/>
    <w:rsid w:val="0029639D"/>
    <w:rsid w:val="0031509C"/>
    <w:rsid w:val="00326F90"/>
    <w:rsid w:val="00455022"/>
    <w:rsid w:val="004F69EB"/>
    <w:rsid w:val="005A269D"/>
    <w:rsid w:val="005E15BF"/>
    <w:rsid w:val="006633E6"/>
    <w:rsid w:val="00702E60"/>
    <w:rsid w:val="00735F5F"/>
    <w:rsid w:val="00801037"/>
    <w:rsid w:val="00882C38"/>
    <w:rsid w:val="00946184"/>
    <w:rsid w:val="009B0DA6"/>
    <w:rsid w:val="00A8160A"/>
    <w:rsid w:val="00AA1D8D"/>
    <w:rsid w:val="00B47730"/>
    <w:rsid w:val="00B81A27"/>
    <w:rsid w:val="00BE11F9"/>
    <w:rsid w:val="00C96664"/>
    <w:rsid w:val="00CB0664"/>
    <w:rsid w:val="00DD198D"/>
    <w:rsid w:val="00F37B17"/>
    <w:rsid w:val="00F52A9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F55528"/>
  <w14:defaultImageDpi w14:val="300"/>
  <w15:docId w15:val="{DB4E5B9A-E2CD-4724-A58F-A5AC13A7E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40" w:lineRule="auto"/>
    </w:pPr>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58</Pages>
  <Words>27697</Words>
  <Characters>160644</Characters>
  <Application>Microsoft Office Word</Application>
  <DocSecurity>0</DocSecurity>
  <Lines>1338</Lines>
  <Paragraphs>375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187966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 VIACONS BUSINESS S.R.L.</dc:creator>
  <cp:keywords/>
  <dc:description>generated by python-docx</dc:description>
  <cp:lastModifiedBy>Hotea Viorel</cp:lastModifiedBy>
  <cp:revision>10</cp:revision>
  <dcterms:created xsi:type="dcterms:W3CDTF">2026-09-04T12:01:00Z</dcterms:created>
  <dcterms:modified xsi:type="dcterms:W3CDTF">2026-10-01T10:28:00Z</dcterms:modified>
  <cp:category/>
</cp:coreProperties>
</file>